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45E62" w14:textId="77777777" w:rsidR="00B1281E" w:rsidRDefault="00B1281E" w:rsidP="00B1281E">
      <w:pPr>
        <w:jc w:val="both"/>
        <w:rPr>
          <w:rFonts w:ascii="Times New Roman" w:hAnsi="Times New Roman" w:cs="Times New Roman"/>
          <w:b/>
          <w:color w:val="000000" w:themeColor="text1"/>
          <w:sz w:val="24"/>
          <w:szCs w:val="24"/>
        </w:rPr>
      </w:pPr>
    </w:p>
    <w:p w14:paraId="11CCA92F" w14:textId="77777777" w:rsidR="008A4C5D" w:rsidRDefault="00000000" w:rsidP="008A4C5D">
      <w:pPr>
        <w:jc w:val="center"/>
        <w:rPr>
          <w:rFonts w:ascii="Times New Roman" w:hAnsi="Times New Roman" w:cs="Times New Roman"/>
          <w:color w:val="000000" w:themeColor="text1"/>
          <w:sz w:val="24"/>
          <w:szCs w:val="24"/>
        </w:rPr>
      </w:pPr>
      <w:r w:rsidRPr="00B1281E">
        <w:rPr>
          <w:rFonts w:ascii="Times New Roman" w:hAnsi="Times New Roman" w:cs="Times New Roman"/>
          <w:b/>
          <w:color w:val="000000" w:themeColor="text1"/>
          <w:sz w:val="24"/>
          <w:szCs w:val="24"/>
        </w:rPr>
        <w:t>Title</w:t>
      </w:r>
      <w:r w:rsidRPr="00B1281E">
        <w:rPr>
          <w:rFonts w:ascii="Times New Roman" w:hAnsi="Times New Roman" w:cs="Times New Roman"/>
          <w:b/>
          <w:color w:val="000000" w:themeColor="text1"/>
          <w:sz w:val="24"/>
          <w:szCs w:val="24"/>
        </w:rPr>
        <w:br/>
      </w:r>
      <w:r w:rsidRPr="00B1281E">
        <w:rPr>
          <w:rFonts w:ascii="Times New Roman" w:hAnsi="Times New Roman" w:cs="Times New Roman"/>
          <w:color w:val="000000" w:themeColor="text1"/>
          <w:sz w:val="24"/>
          <w:szCs w:val="24"/>
        </w:rPr>
        <w:t>Concise and informative title reflecting the content of the paper (preferably no more than 12–15 words).</w:t>
      </w:r>
    </w:p>
    <w:p w14:paraId="6F2110A1" w14:textId="28C467BE" w:rsidR="008A4C5D" w:rsidRPr="008A4C5D" w:rsidRDefault="00000000" w:rsidP="008A4C5D">
      <w:pPr>
        <w:jc w:val="center"/>
        <w:rPr>
          <w:rFonts w:ascii="Times New Roman" w:hAnsi="Times New Roman" w:cs="Times New Roman"/>
          <w:color w:val="000000" w:themeColor="text1"/>
          <w:sz w:val="24"/>
          <w:szCs w:val="24"/>
        </w:rPr>
      </w:pPr>
      <w:r w:rsidRPr="00B1281E">
        <w:rPr>
          <w:rFonts w:ascii="Times New Roman" w:hAnsi="Times New Roman" w:cs="Times New Roman"/>
          <w:b/>
          <w:color w:val="000000" w:themeColor="text1"/>
          <w:sz w:val="24"/>
          <w:szCs w:val="24"/>
        </w:rPr>
        <w:br/>
        <w:t>Abstract</w:t>
      </w:r>
    </w:p>
    <w:p w14:paraId="0898845F" w14:textId="0460E951" w:rsidR="008A4C5D" w:rsidRDefault="008A4C5D" w:rsidP="008A4C5D">
      <w:pPr>
        <w:jc w:val="both"/>
        <w:rPr>
          <w:rFonts w:ascii="Times New Roman" w:hAnsi="Times New Roman" w:cs="Times New Roman"/>
          <w:color w:val="000000" w:themeColor="text1"/>
          <w:sz w:val="24"/>
          <w:szCs w:val="24"/>
        </w:rPr>
      </w:pPr>
      <w:r w:rsidRPr="008A4C5D">
        <w:rPr>
          <w:rFonts w:ascii="Times New Roman" w:hAnsi="Times New Roman" w:cs="Times New Roman"/>
          <w:color w:val="000000" w:themeColor="text1"/>
          <w:sz w:val="24"/>
          <w:szCs w:val="24"/>
        </w:rPr>
        <w:t>This study addresses a research topic within a defined problem-oriented context. The research is grounded in an appropriate theoretical framework and aims to examine the main objective of the study. The methodology is based on suitable research design, employing relevant data collection methods. The collected data were analyzed using appropriate analytical techniques. The findings reveal key results and arguments, highlighting the main contribution and implications of the study. Overall, this study contributes to existing literature and practice by providing an original contribution.</w:t>
      </w:r>
    </w:p>
    <w:p w14:paraId="14D8E016" w14:textId="76D6230E" w:rsidR="008A4C5D" w:rsidRPr="008A4C5D" w:rsidRDefault="008A4C5D" w:rsidP="008A4C5D">
      <w:pPr>
        <w:jc w:val="both"/>
        <w:rPr>
          <w:rFonts w:ascii="Times New Roman" w:hAnsi="Times New Roman" w:cs="Times New Roman"/>
          <w:color w:val="000000" w:themeColor="text1"/>
          <w:sz w:val="24"/>
          <w:szCs w:val="24"/>
        </w:rPr>
      </w:pPr>
      <w:r w:rsidRPr="008A4C5D">
        <w:rPr>
          <w:rFonts w:ascii="Times New Roman" w:hAnsi="Times New Roman" w:cs="Times New Roman"/>
          <w:color w:val="000000" w:themeColor="text1"/>
          <w:sz w:val="24"/>
          <w:szCs w:val="24"/>
        </w:rPr>
        <w:t xml:space="preserve">Abstracts must be written in English and should be </w:t>
      </w:r>
      <w:r w:rsidR="00724FA1">
        <w:rPr>
          <w:rFonts w:ascii="Times New Roman" w:hAnsi="Times New Roman" w:cs="Times New Roman"/>
          <w:color w:val="000000" w:themeColor="text1"/>
          <w:sz w:val="24"/>
          <w:szCs w:val="24"/>
        </w:rPr>
        <w:t>300</w:t>
      </w:r>
      <w:r w:rsidRPr="008A4C5D">
        <w:rPr>
          <w:rFonts w:ascii="Times New Roman" w:hAnsi="Times New Roman" w:cs="Times New Roman"/>
          <w:color w:val="000000" w:themeColor="text1"/>
          <w:sz w:val="24"/>
          <w:szCs w:val="24"/>
        </w:rPr>
        <w:t>–</w:t>
      </w:r>
      <w:r w:rsidR="00724FA1">
        <w:rPr>
          <w:rFonts w:ascii="Times New Roman" w:hAnsi="Times New Roman" w:cs="Times New Roman"/>
          <w:color w:val="000000" w:themeColor="text1"/>
          <w:sz w:val="24"/>
          <w:szCs w:val="24"/>
        </w:rPr>
        <w:t>400</w:t>
      </w:r>
      <w:r w:rsidRPr="008A4C5D">
        <w:rPr>
          <w:rFonts w:ascii="Times New Roman" w:hAnsi="Times New Roman" w:cs="Times New Roman"/>
          <w:color w:val="000000" w:themeColor="text1"/>
          <w:sz w:val="24"/>
          <w:szCs w:val="24"/>
        </w:rPr>
        <w:t xml:space="preserve"> words in length.</w:t>
      </w:r>
    </w:p>
    <w:p w14:paraId="6DF1536C" w14:textId="556D3697" w:rsidR="008A4C5D" w:rsidRPr="008A4C5D" w:rsidRDefault="008A4C5D" w:rsidP="008A4C5D">
      <w:pPr>
        <w:jc w:val="both"/>
        <w:rPr>
          <w:rFonts w:ascii="Times New Roman" w:hAnsi="Times New Roman" w:cs="Times New Roman"/>
          <w:b/>
          <w:bCs/>
          <w:color w:val="000000" w:themeColor="text1"/>
          <w:sz w:val="24"/>
          <w:szCs w:val="24"/>
        </w:rPr>
      </w:pPr>
      <w:r w:rsidRPr="008A4C5D">
        <w:rPr>
          <w:rFonts w:ascii="Times New Roman" w:hAnsi="Times New Roman" w:cs="Times New Roman"/>
          <w:b/>
          <w:bCs/>
          <w:color w:val="000000" w:themeColor="text1"/>
          <w:sz w:val="24"/>
          <w:szCs w:val="24"/>
        </w:rPr>
        <w:t>Formatting Guidelines</w:t>
      </w:r>
      <w:r>
        <w:rPr>
          <w:rFonts w:ascii="Times New Roman" w:hAnsi="Times New Roman" w:cs="Times New Roman"/>
          <w:b/>
          <w:bCs/>
          <w:color w:val="000000" w:themeColor="text1"/>
          <w:sz w:val="24"/>
          <w:szCs w:val="24"/>
        </w:rPr>
        <w:t>:</w:t>
      </w:r>
    </w:p>
    <w:p w14:paraId="5E1A57B5" w14:textId="5F2699E1" w:rsidR="008A4C5D" w:rsidRPr="008A4C5D" w:rsidRDefault="008A4C5D" w:rsidP="008A4C5D">
      <w:pPr>
        <w:pStyle w:val="ListeParagraf"/>
        <w:numPr>
          <w:ilvl w:val="0"/>
          <w:numId w:val="10"/>
        </w:numPr>
        <w:jc w:val="both"/>
        <w:rPr>
          <w:rFonts w:ascii="Times New Roman" w:hAnsi="Times New Roman" w:cs="Times New Roman"/>
          <w:color w:val="000000" w:themeColor="text1"/>
          <w:sz w:val="24"/>
          <w:szCs w:val="24"/>
        </w:rPr>
      </w:pPr>
      <w:r w:rsidRPr="008A4C5D">
        <w:rPr>
          <w:rFonts w:ascii="Times New Roman" w:hAnsi="Times New Roman" w:cs="Times New Roman"/>
          <w:color w:val="000000" w:themeColor="text1"/>
          <w:sz w:val="24"/>
          <w:szCs w:val="24"/>
        </w:rPr>
        <w:t>Full text must be prepared in Microsoft Word.</w:t>
      </w:r>
    </w:p>
    <w:p w14:paraId="33A3B629" w14:textId="3FC58E37" w:rsidR="008A4C5D" w:rsidRPr="008A4C5D" w:rsidRDefault="008A4C5D" w:rsidP="008A4C5D">
      <w:pPr>
        <w:pStyle w:val="ListeParagraf"/>
        <w:numPr>
          <w:ilvl w:val="0"/>
          <w:numId w:val="10"/>
        </w:numPr>
        <w:jc w:val="both"/>
        <w:rPr>
          <w:rFonts w:ascii="Times New Roman" w:hAnsi="Times New Roman" w:cs="Times New Roman"/>
          <w:color w:val="000000" w:themeColor="text1"/>
          <w:sz w:val="24"/>
          <w:szCs w:val="24"/>
        </w:rPr>
      </w:pPr>
      <w:r w:rsidRPr="008A4C5D">
        <w:rPr>
          <w:rFonts w:ascii="Times New Roman" w:hAnsi="Times New Roman" w:cs="Times New Roman"/>
          <w:color w:val="000000" w:themeColor="text1"/>
          <w:sz w:val="24"/>
          <w:szCs w:val="24"/>
        </w:rPr>
        <w:t>Font: Times New Roman, 12 pt, single-spaced.</w:t>
      </w:r>
    </w:p>
    <w:p w14:paraId="2A9022F4" w14:textId="6F15BB46" w:rsidR="008A4C5D" w:rsidRPr="008A4C5D" w:rsidRDefault="008A4C5D" w:rsidP="008A4C5D">
      <w:pPr>
        <w:pStyle w:val="ListeParagraf"/>
        <w:numPr>
          <w:ilvl w:val="0"/>
          <w:numId w:val="10"/>
        </w:numPr>
        <w:jc w:val="both"/>
        <w:rPr>
          <w:rFonts w:ascii="Times New Roman" w:hAnsi="Times New Roman" w:cs="Times New Roman"/>
          <w:color w:val="000000" w:themeColor="text1"/>
          <w:sz w:val="24"/>
          <w:szCs w:val="24"/>
        </w:rPr>
      </w:pPr>
      <w:r w:rsidRPr="008A4C5D">
        <w:rPr>
          <w:rFonts w:ascii="Times New Roman" w:hAnsi="Times New Roman" w:cs="Times New Roman"/>
          <w:color w:val="000000" w:themeColor="text1"/>
          <w:sz w:val="24"/>
          <w:szCs w:val="24"/>
        </w:rPr>
        <w:t>Paper size: A4.</w:t>
      </w:r>
    </w:p>
    <w:p w14:paraId="7699BF3B" w14:textId="32A8CAA8" w:rsidR="008A4C5D" w:rsidRPr="008A4C5D" w:rsidRDefault="008A4C5D" w:rsidP="008A4C5D">
      <w:pPr>
        <w:pStyle w:val="ListeParagraf"/>
        <w:numPr>
          <w:ilvl w:val="0"/>
          <w:numId w:val="10"/>
        </w:numPr>
        <w:jc w:val="both"/>
        <w:rPr>
          <w:rFonts w:ascii="Times New Roman" w:hAnsi="Times New Roman" w:cs="Times New Roman"/>
          <w:color w:val="000000" w:themeColor="text1"/>
          <w:sz w:val="24"/>
          <w:szCs w:val="24"/>
        </w:rPr>
      </w:pPr>
      <w:r w:rsidRPr="008A4C5D">
        <w:rPr>
          <w:rFonts w:ascii="Times New Roman" w:hAnsi="Times New Roman" w:cs="Times New Roman"/>
          <w:color w:val="000000" w:themeColor="text1"/>
          <w:sz w:val="24"/>
          <w:szCs w:val="24"/>
        </w:rPr>
        <w:t>Margins: 3 cm (top, bottom, left, and right).</w:t>
      </w:r>
    </w:p>
    <w:p w14:paraId="034A3D6A" w14:textId="36F55FE6" w:rsidR="008A4C5D" w:rsidRPr="008A4C5D" w:rsidRDefault="008A4C5D" w:rsidP="008A4C5D">
      <w:pPr>
        <w:pStyle w:val="ListeParagraf"/>
        <w:numPr>
          <w:ilvl w:val="0"/>
          <w:numId w:val="10"/>
        </w:numPr>
        <w:jc w:val="both"/>
        <w:rPr>
          <w:rFonts w:ascii="Times New Roman" w:hAnsi="Times New Roman" w:cs="Times New Roman"/>
          <w:color w:val="000000" w:themeColor="text1"/>
          <w:sz w:val="24"/>
          <w:szCs w:val="24"/>
        </w:rPr>
      </w:pPr>
      <w:r w:rsidRPr="008A4C5D">
        <w:rPr>
          <w:rFonts w:ascii="Times New Roman" w:hAnsi="Times New Roman" w:cs="Times New Roman"/>
          <w:color w:val="000000" w:themeColor="text1"/>
          <w:sz w:val="24"/>
          <w:szCs w:val="24"/>
        </w:rPr>
        <w:t>Title: centered, bold, 12 pt.</w:t>
      </w:r>
    </w:p>
    <w:p w14:paraId="56D0674A" w14:textId="30311776" w:rsidR="008A4C5D" w:rsidRPr="008A4C5D" w:rsidRDefault="008A4C5D" w:rsidP="008A4C5D">
      <w:pPr>
        <w:pStyle w:val="ListeParagraf"/>
        <w:numPr>
          <w:ilvl w:val="0"/>
          <w:numId w:val="10"/>
        </w:numPr>
        <w:jc w:val="both"/>
        <w:rPr>
          <w:rFonts w:ascii="Times New Roman" w:hAnsi="Times New Roman" w:cs="Times New Roman"/>
          <w:color w:val="000000" w:themeColor="text1"/>
          <w:sz w:val="24"/>
          <w:szCs w:val="24"/>
        </w:rPr>
      </w:pPr>
      <w:r w:rsidRPr="008A4C5D">
        <w:rPr>
          <w:rFonts w:ascii="Times New Roman" w:hAnsi="Times New Roman" w:cs="Times New Roman"/>
          <w:color w:val="000000" w:themeColor="text1"/>
          <w:sz w:val="24"/>
          <w:szCs w:val="24"/>
        </w:rPr>
        <w:t>At the end of the abstract, 3 to 5 keywords reflecting the overall study should be provided in alphabetical order.</w:t>
      </w:r>
    </w:p>
    <w:p w14:paraId="395274A0" w14:textId="17313BD0" w:rsidR="005460BC" w:rsidRDefault="00000000" w:rsidP="008A4C5D">
      <w:pPr>
        <w:jc w:val="both"/>
        <w:rPr>
          <w:rFonts w:ascii="Times New Roman" w:hAnsi="Times New Roman" w:cs="Times New Roman"/>
          <w:color w:val="000000" w:themeColor="text1"/>
          <w:sz w:val="24"/>
          <w:szCs w:val="24"/>
        </w:rPr>
      </w:pPr>
      <w:r w:rsidRPr="00B1281E">
        <w:rPr>
          <w:rFonts w:ascii="Times New Roman" w:hAnsi="Times New Roman" w:cs="Times New Roman"/>
          <w:b/>
          <w:color w:val="000000" w:themeColor="text1"/>
          <w:sz w:val="24"/>
          <w:szCs w:val="24"/>
        </w:rPr>
        <w:br/>
        <w:t>Keywords</w:t>
      </w:r>
      <w:r w:rsidR="00B1281E" w:rsidRPr="00B1281E">
        <w:rPr>
          <w:rFonts w:ascii="Times New Roman" w:hAnsi="Times New Roman" w:cs="Times New Roman"/>
          <w:b/>
          <w:color w:val="000000" w:themeColor="text1"/>
          <w:sz w:val="24"/>
          <w:szCs w:val="24"/>
        </w:rPr>
        <w:t xml:space="preserve">: </w:t>
      </w:r>
      <w:r w:rsidRPr="00B1281E">
        <w:rPr>
          <w:rFonts w:ascii="Times New Roman" w:hAnsi="Times New Roman" w:cs="Times New Roman"/>
          <w:color w:val="000000" w:themeColor="text1"/>
          <w:sz w:val="24"/>
          <w:szCs w:val="24"/>
        </w:rPr>
        <w:t>Keyword 1; Keyword 2; Keyword 3; Keyword 4; Keyword 5</w:t>
      </w:r>
    </w:p>
    <w:p w14:paraId="6F3422F5" w14:textId="77777777" w:rsidR="00434528" w:rsidRPr="00B1281E" w:rsidRDefault="00434528" w:rsidP="008A4C5D">
      <w:pPr>
        <w:jc w:val="both"/>
        <w:rPr>
          <w:rFonts w:ascii="Times New Roman" w:hAnsi="Times New Roman" w:cs="Times New Roman"/>
          <w:color w:val="000000" w:themeColor="text1"/>
          <w:sz w:val="24"/>
          <w:szCs w:val="24"/>
        </w:rPr>
      </w:pPr>
    </w:p>
    <w:sectPr w:rsidR="00434528" w:rsidRPr="00B1281E" w:rsidSect="00034616">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19B46" w14:textId="77777777" w:rsidR="00876A3C" w:rsidRDefault="00876A3C" w:rsidP="00B1281E">
      <w:pPr>
        <w:spacing w:after="0" w:line="240" w:lineRule="auto"/>
      </w:pPr>
      <w:r>
        <w:separator/>
      </w:r>
    </w:p>
  </w:endnote>
  <w:endnote w:type="continuationSeparator" w:id="0">
    <w:p w14:paraId="6C7AB1D2" w14:textId="77777777" w:rsidR="00876A3C" w:rsidRDefault="00876A3C" w:rsidP="00B12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6442A" w14:textId="77777777" w:rsidR="000C64F5" w:rsidRDefault="000C64F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83A61" w14:textId="77777777" w:rsidR="000C64F5" w:rsidRDefault="000C64F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6F516" w14:textId="77777777" w:rsidR="000C64F5" w:rsidRDefault="000C64F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01CFF" w14:textId="77777777" w:rsidR="00876A3C" w:rsidRDefault="00876A3C" w:rsidP="00B1281E">
      <w:pPr>
        <w:spacing w:after="0" w:line="240" w:lineRule="auto"/>
      </w:pPr>
      <w:r>
        <w:separator/>
      </w:r>
    </w:p>
  </w:footnote>
  <w:footnote w:type="continuationSeparator" w:id="0">
    <w:p w14:paraId="12DB7C5A" w14:textId="77777777" w:rsidR="00876A3C" w:rsidRDefault="00876A3C" w:rsidP="00B12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510D4" w14:textId="77777777" w:rsidR="000C64F5" w:rsidRDefault="000C64F5">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7699B" w14:textId="353D9B70" w:rsidR="00B1281E" w:rsidRDefault="000C64F5" w:rsidP="00B1281E">
    <w:pPr>
      <w:pStyle w:val="stBilgi"/>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40320" behindDoc="1" locked="0" layoutInCell="1" allowOverlap="1" wp14:anchorId="3485D314" wp14:editId="5BB39D6C">
          <wp:simplePos x="0" y="0"/>
          <wp:positionH relativeFrom="column">
            <wp:posOffset>519544</wp:posOffset>
          </wp:positionH>
          <wp:positionV relativeFrom="paragraph">
            <wp:posOffset>-69272</wp:posOffset>
          </wp:positionV>
          <wp:extent cx="409495" cy="694020"/>
          <wp:effectExtent l="0" t="0" r="0" b="0"/>
          <wp:wrapNone/>
          <wp:docPr id="73317706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495" cy="694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88448" behindDoc="1" locked="0" layoutInCell="1" allowOverlap="1" wp14:anchorId="3F460997" wp14:editId="546F78BE">
          <wp:simplePos x="0" y="0"/>
          <wp:positionH relativeFrom="column">
            <wp:posOffset>-318655</wp:posOffset>
          </wp:positionH>
          <wp:positionV relativeFrom="paragraph">
            <wp:posOffset>-69504</wp:posOffset>
          </wp:positionV>
          <wp:extent cx="692728" cy="692728"/>
          <wp:effectExtent l="0" t="0" r="0" b="0"/>
          <wp:wrapNone/>
          <wp:docPr id="170706465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3779" cy="6937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702784" behindDoc="1" locked="0" layoutInCell="1" allowOverlap="1" wp14:anchorId="4F59EAFD" wp14:editId="50675420">
          <wp:simplePos x="0" y="0"/>
          <wp:positionH relativeFrom="column">
            <wp:posOffset>5069263</wp:posOffset>
          </wp:positionH>
          <wp:positionV relativeFrom="paragraph">
            <wp:posOffset>158750</wp:posOffset>
          </wp:positionV>
          <wp:extent cx="1353820" cy="355600"/>
          <wp:effectExtent l="0" t="0" r="0" b="6350"/>
          <wp:wrapNone/>
          <wp:docPr id="11356460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5382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65920" behindDoc="1" locked="0" layoutInCell="1" allowOverlap="1" wp14:anchorId="5571A653" wp14:editId="113FB7D2">
          <wp:simplePos x="0" y="0"/>
          <wp:positionH relativeFrom="column">
            <wp:posOffset>4223500</wp:posOffset>
          </wp:positionH>
          <wp:positionV relativeFrom="paragraph">
            <wp:posOffset>-22225</wp:posOffset>
          </wp:positionV>
          <wp:extent cx="734060" cy="646430"/>
          <wp:effectExtent l="0" t="0" r="8890" b="1270"/>
          <wp:wrapNone/>
          <wp:docPr id="78673900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406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81E" w:rsidRPr="00B1281E">
      <w:rPr>
        <w:rFonts w:ascii="Times New Roman" w:hAnsi="Times New Roman" w:cs="Times New Roman"/>
      </w:rPr>
      <w:t>ACCESSIBLE URBAN NEIGHBORHOODS</w:t>
    </w:r>
    <w:r>
      <w:rPr>
        <w:rFonts w:ascii="Times New Roman" w:hAnsi="Times New Roman" w:cs="Times New Roman"/>
      </w:rPr>
      <w:t xml:space="preserve"> </w:t>
    </w:r>
  </w:p>
  <w:p w14:paraId="13EADE4D" w14:textId="32801469" w:rsidR="00B1281E" w:rsidRDefault="00B1281E" w:rsidP="00B1281E">
    <w:pPr>
      <w:pStyle w:val="stBilgi"/>
      <w:jc w:val="center"/>
      <w:rPr>
        <w:rFonts w:ascii="Times New Roman" w:hAnsi="Times New Roman" w:cs="Times New Roman"/>
      </w:rPr>
    </w:pPr>
    <w:r w:rsidRPr="00B1281E">
      <w:rPr>
        <w:rFonts w:ascii="Times New Roman" w:hAnsi="Times New Roman" w:cs="Times New Roman"/>
      </w:rPr>
      <w:t xml:space="preserve"> International Conference </w:t>
    </w:r>
  </w:p>
  <w:p w14:paraId="588CC0AF" w14:textId="0F45A341" w:rsidR="000C64F5" w:rsidRDefault="00B1281E" w:rsidP="00B1281E">
    <w:pPr>
      <w:pStyle w:val="stBilgi"/>
      <w:jc w:val="center"/>
      <w:rPr>
        <w:rFonts w:ascii="Times New Roman" w:hAnsi="Times New Roman" w:cs="Times New Roman"/>
      </w:rPr>
    </w:pPr>
    <w:r w:rsidRPr="00B1281E">
      <w:rPr>
        <w:rFonts w:ascii="Times New Roman" w:hAnsi="Times New Roman" w:cs="Times New Roman"/>
      </w:rPr>
      <w:t>21–23 October 2026 Ankara, Türkiye</w:t>
    </w:r>
    <w:r w:rsidR="000C64F5">
      <w:rPr>
        <w:rFonts w:ascii="Times New Roman" w:hAnsi="Times New Roman" w:cs="Times New Roman"/>
      </w:rPr>
      <w:t xml:space="preserve"> </w:t>
    </w:r>
  </w:p>
  <w:p w14:paraId="75777A45" w14:textId="2C743C1F" w:rsidR="000C64F5" w:rsidRDefault="000C64F5" w:rsidP="00B1281E">
    <w:pPr>
      <w:pStyle w:val="stBilgi"/>
      <w:jc w:val="center"/>
      <w:rPr>
        <w:rFonts w:ascii="Times New Roman" w:hAnsi="Times New Roman" w:cs="Times New Roman"/>
      </w:rPr>
    </w:pPr>
  </w:p>
  <w:p w14:paraId="60B85E17" w14:textId="4646835C" w:rsidR="000C64F5" w:rsidRDefault="000C64F5" w:rsidP="00B1281E">
    <w:pPr>
      <w:pStyle w:val="stBilgi"/>
      <w:jc w:val="center"/>
      <w:rPr>
        <w:rFonts w:ascii="Times New Roman" w:hAnsi="Times New Roman" w:cs="Times New Roman"/>
      </w:rPr>
    </w:pPr>
    <w:r>
      <w:rPr>
        <w:rFonts w:ascii="Times New Roman" w:hAnsi="Times New Roman" w:cs="Times New Roman"/>
        <w:noProof/>
      </w:rPr>
      <w:drawing>
        <wp:inline distT="0" distB="0" distL="0" distR="0" wp14:anchorId="09081F75" wp14:editId="0040854D">
          <wp:extent cx="5478780" cy="7117080"/>
          <wp:effectExtent l="0" t="0" r="7620" b="7620"/>
          <wp:docPr id="188070073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8780" cy="7117080"/>
                  </a:xfrm>
                  <a:prstGeom prst="rect">
                    <a:avLst/>
                  </a:prstGeom>
                  <a:noFill/>
                  <a:ln>
                    <a:noFill/>
                  </a:ln>
                </pic:spPr>
              </pic:pic>
            </a:graphicData>
          </a:graphic>
        </wp:inline>
      </w:drawing>
    </w:r>
  </w:p>
  <w:p w14:paraId="0B615A7C" w14:textId="77777777" w:rsidR="000C64F5" w:rsidRDefault="000C64F5" w:rsidP="00B1281E">
    <w:pPr>
      <w:pStyle w:val="stBilgi"/>
      <w:jc w:val="center"/>
      <w:rPr>
        <w:rFonts w:ascii="Times New Roman" w:hAnsi="Times New Roman" w:cs="Times New Roman"/>
      </w:rPr>
    </w:pPr>
  </w:p>
  <w:p w14:paraId="1214F591" w14:textId="77777777" w:rsidR="000C64F5" w:rsidRDefault="000C64F5" w:rsidP="00B1281E">
    <w:pPr>
      <w:pStyle w:val="stBilgi"/>
      <w:jc w:val="center"/>
      <w:rPr>
        <w:rFonts w:ascii="Times New Roman" w:hAnsi="Times New Roman" w:cs="Times New Roman"/>
      </w:rPr>
    </w:pPr>
  </w:p>
  <w:p w14:paraId="19F416E7" w14:textId="30D90EAE" w:rsidR="00B1281E" w:rsidRPr="00B1281E" w:rsidRDefault="000C64F5" w:rsidP="00B1281E">
    <w:pPr>
      <w:pStyle w:val="stBilgi"/>
      <w:jc w:val="center"/>
      <w:rPr>
        <w:rFonts w:ascii="Times New Roman" w:hAnsi="Times New Roman" w:cs="Times New Roman"/>
      </w:rPr>
    </w:pPr>
    <w:r>
      <w:rPr>
        <w:rFonts w:ascii="Times New Roman" w:hAnsi="Times New Roman" w:cs="Times New Roman"/>
        <w:noProof/>
      </w:rPr>
      <w:drawing>
        <wp:inline distT="0" distB="0" distL="0" distR="0" wp14:anchorId="5D94353B" wp14:editId="4B19B245">
          <wp:extent cx="5478780" cy="7117080"/>
          <wp:effectExtent l="0" t="0" r="7620" b="7620"/>
          <wp:docPr id="119481827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8780" cy="71170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CAF1C" w14:textId="77777777" w:rsidR="000C64F5" w:rsidRDefault="000C64F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ara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ara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Maddemi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Maddemi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ara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Maddemi"/>
      <w:lvlText w:val=""/>
      <w:lvlJc w:val="left"/>
      <w:pPr>
        <w:tabs>
          <w:tab w:val="num" w:pos="360"/>
        </w:tabs>
        <w:ind w:left="360" w:hanging="360"/>
      </w:pPr>
      <w:rPr>
        <w:rFonts w:ascii="Symbol" w:hAnsi="Symbol" w:hint="default"/>
      </w:rPr>
    </w:lvl>
  </w:abstractNum>
  <w:abstractNum w:abstractNumId="9" w15:restartNumberingAfterBreak="0">
    <w:nsid w:val="3AE5339F"/>
    <w:multiLevelType w:val="hybridMultilevel"/>
    <w:tmpl w:val="44CC9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092508402">
    <w:abstractNumId w:val="8"/>
  </w:num>
  <w:num w:numId="2" w16cid:durableId="486671632">
    <w:abstractNumId w:val="6"/>
  </w:num>
  <w:num w:numId="3" w16cid:durableId="159735297">
    <w:abstractNumId w:val="5"/>
  </w:num>
  <w:num w:numId="4" w16cid:durableId="1556350592">
    <w:abstractNumId w:val="4"/>
  </w:num>
  <w:num w:numId="5" w16cid:durableId="1289626370">
    <w:abstractNumId w:val="7"/>
  </w:num>
  <w:num w:numId="6" w16cid:durableId="1985968819">
    <w:abstractNumId w:val="3"/>
  </w:num>
  <w:num w:numId="7" w16cid:durableId="2128618012">
    <w:abstractNumId w:val="2"/>
  </w:num>
  <w:num w:numId="8" w16cid:durableId="1576815800">
    <w:abstractNumId w:val="1"/>
  </w:num>
  <w:num w:numId="9" w16cid:durableId="1458992082">
    <w:abstractNumId w:val="0"/>
  </w:num>
  <w:num w:numId="10" w16cid:durableId="8840995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C64F5"/>
    <w:rsid w:val="0015074B"/>
    <w:rsid w:val="0029639D"/>
    <w:rsid w:val="002D4C40"/>
    <w:rsid w:val="00326F90"/>
    <w:rsid w:val="00332CE5"/>
    <w:rsid w:val="003D0397"/>
    <w:rsid w:val="00434528"/>
    <w:rsid w:val="00451F07"/>
    <w:rsid w:val="005460BC"/>
    <w:rsid w:val="00724FA1"/>
    <w:rsid w:val="00876A3C"/>
    <w:rsid w:val="008A4C5D"/>
    <w:rsid w:val="00A630EC"/>
    <w:rsid w:val="00AA1D8D"/>
    <w:rsid w:val="00B1281E"/>
    <w:rsid w:val="00B47730"/>
    <w:rsid w:val="00CB0664"/>
    <w:rsid w:val="00DB6FC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6AF58C"/>
  <w14:defaultImageDpi w14:val="300"/>
  <w15:docId w15:val="{3BD873AE-134B-401E-B56E-9DCD1D8E4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Balk1">
    <w:name w:val="heading 1"/>
    <w:basedOn w:val="Normal"/>
    <w:next w:val="Normal"/>
    <w:link w:val="Balk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618BF"/>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E618BF"/>
  </w:style>
  <w:style w:type="paragraph" w:styleId="AltBilgi">
    <w:name w:val="footer"/>
    <w:basedOn w:val="Normal"/>
    <w:link w:val="AltBilgiChar"/>
    <w:uiPriority w:val="99"/>
    <w:unhideWhenUsed/>
    <w:rsid w:val="00E618BF"/>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E618BF"/>
  </w:style>
  <w:style w:type="paragraph" w:styleId="AralkYok">
    <w:name w:val="No Spacing"/>
    <w:uiPriority w:val="1"/>
    <w:qFormat/>
    <w:rsid w:val="00FC693F"/>
    <w:pPr>
      <w:spacing w:after="0" w:line="240" w:lineRule="auto"/>
    </w:pPr>
  </w:style>
  <w:style w:type="character" w:customStyle="1" w:styleId="Balk1Char">
    <w:name w:val="Başlık 1 Char"/>
    <w:basedOn w:val="VarsaylanParagrafYazTipi"/>
    <w:link w:val="Bal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FC693F"/>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FC693F"/>
    <w:rPr>
      <w:rFonts w:asciiTheme="majorHAnsi" w:eastAsiaTheme="majorEastAsia" w:hAnsiTheme="majorHAnsi" w:cstheme="majorBidi"/>
      <w:b/>
      <w:bCs/>
      <w:color w:val="4F81BD" w:themeColor="accent1"/>
    </w:rPr>
  </w:style>
  <w:style w:type="paragraph" w:styleId="KonuBal">
    <w:name w:val="Title"/>
    <w:basedOn w:val="Normal"/>
    <w:next w:val="Normal"/>
    <w:link w:val="KonuBa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FC693F"/>
    <w:rPr>
      <w:rFonts w:asciiTheme="majorHAnsi" w:eastAsiaTheme="majorEastAsia" w:hAnsiTheme="majorHAnsi" w:cstheme="majorBidi"/>
      <w:i/>
      <w:iCs/>
      <w:color w:val="4F81BD" w:themeColor="accent1"/>
      <w:spacing w:val="15"/>
      <w:sz w:val="24"/>
      <w:szCs w:val="24"/>
    </w:rPr>
  </w:style>
  <w:style w:type="paragraph" w:styleId="ListeParagraf">
    <w:name w:val="List Paragraph"/>
    <w:basedOn w:val="Normal"/>
    <w:uiPriority w:val="34"/>
    <w:qFormat/>
    <w:rsid w:val="00FC693F"/>
    <w:pPr>
      <w:ind w:left="720"/>
      <w:contextualSpacing/>
    </w:pPr>
  </w:style>
  <w:style w:type="paragraph" w:styleId="GvdeMetni">
    <w:name w:val="Body Text"/>
    <w:basedOn w:val="Normal"/>
    <w:link w:val="GvdeMetniChar"/>
    <w:uiPriority w:val="99"/>
    <w:unhideWhenUsed/>
    <w:rsid w:val="00AA1D8D"/>
    <w:pPr>
      <w:spacing w:after="120"/>
    </w:pPr>
  </w:style>
  <w:style w:type="character" w:customStyle="1" w:styleId="GvdeMetniChar">
    <w:name w:val="Gövde Metni Char"/>
    <w:basedOn w:val="VarsaylanParagrafYazTipi"/>
    <w:link w:val="GvdeMetni"/>
    <w:uiPriority w:val="99"/>
    <w:rsid w:val="00AA1D8D"/>
  </w:style>
  <w:style w:type="paragraph" w:styleId="GvdeMetni2">
    <w:name w:val="Body Text 2"/>
    <w:basedOn w:val="Normal"/>
    <w:link w:val="GvdeMetni2Char"/>
    <w:uiPriority w:val="99"/>
    <w:unhideWhenUsed/>
    <w:rsid w:val="00AA1D8D"/>
    <w:pPr>
      <w:spacing w:after="120" w:line="480" w:lineRule="auto"/>
    </w:pPr>
  </w:style>
  <w:style w:type="character" w:customStyle="1" w:styleId="GvdeMetni2Char">
    <w:name w:val="Gövde Metni 2 Char"/>
    <w:basedOn w:val="VarsaylanParagrafYazTipi"/>
    <w:link w:val="GvdeMetni2"/>
    <w:uiPriority w:val="99"/>
    <w:rsid w:val="00AA1D8D"/>
  </w:style>
  <w:style w:type="paragraph" w:styleId="GvdeMetni3">
    <w:name w:val="Body Text 3"/>
    <w:basedOn w:val="Normal"/>
    <w:link w:val="GvdeMetni3Char"/>
    <w:uiPriority w:val="99"/>
    <w:unhideWhenUsed/>
    <w:rsid w:val="00AA1D8D"/>
    <w:pPr>
      <w:spacing w:after="120"/>
    </w:pPr>
    <w:rPr>
      <w:sz w:val="16"/>
      <w:szCs w:val="16"/>
    </w:rPr>
  </w:style>
  <w:style w:type="character" w:customStyle="1" w:styleId="GvdeMetni3Char">
    <w:name w:val="Gövde Metni 3 Char"/>
    <w:basedOn w:val="VarsaylanParagrafYazTipi"/>
    <w:link w:val="GvdeMetni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Maddemi">
    <w:name w:val="List Bullet"/>
    <w:basedOn w:val="Normal"/>
    <w:uiPriority w:val="99"/>
    <w:unhideWhenUsed/>
    <w:rsid w:val="00326F90"/>
    <w:pPr>
      <w:numPr>
        <w:numId w:val="1"/>
      </w:numPr>
      <w:contextualSpacing/>
    </w:pPr>
  </w:style>
  <w:style w:type="paragraph" w:styleId="ListeMaddemi2">
    <w:name w:val="List Bullet 2"/>
    <w:basedOn w:val="Normal"/>
    <w:uiPriority w:val="99"/>
    <w:unhideWhenUsed/>
    <w:rsid w:val="00326F90"/>
    <w:pPr>
      <w:numPr>
        <w:numId w:val="2"/>
      </w:numPr>
      <w:contextualSpacing/>
    </w:pPr>
  </w:style>
  <w:style w:type="paragraph" w:styleId="ListeMaddemi3">
    <w:name w:val="List Bullet 3"/>
    <w:basedOn w:val="Normal"/>
    <w:uiPriority w:val="99"/>
    <w:unhideWhenUsed/>
    <w:rsid w:val="00326F90"/>
    <w:pPr>
      <w:numPr>
        <w:numId w:val="3"/>
      </w:numPr>
      <w:contextualSpacing/>
    </w:pPr>
  </w:style>
  <w:style w:type="paragraph" w:styleId="ListeNumaras">
    <w:name w:val="List Number"/>
    <w:basedOn w:val="Normal"/>
    <w:uiPriority w:val="99"/>
    <w:unhideWhenUsed/>
    <w:rsid w:val="00326F90"/>
    <w:pPr>
      <w:numPr>
        <w:numId w:val="5"/>
      </w:numPr>
      <w:contextualSpacing/>
    </w:pPr>
  </w:style>
  <w:style w:type="paragraph" w:styleId="ListeNumaras2">
    <w:name w:val="List Number 2"/>
    <w:basedOn w:val="Normal"/>
    <w:uiPriority w:val="99"/>
    <w:unhideWhenUsed/>
    <w:rsid w:val="0029639D"/>
    <w:pPr>
      <w:numPr>
        <w:numId w:val="6"/>
      </w:numPr>
      <w:contextualSpacing/>
    </w:pPr>
  </w:style>
  <w:style w:type="paragraph" w:styleId="ListeNumaras3">
    <w:name w:val="List Number 3"/>
    <w:basedOn w:val="Normal"/>
    <w:uiPriority w:val="99"/>
    <w:unhideWhenUsed/>
    <w:rsid w:val="0029639D"/>
    <w:pPr>
      <w:numPr>
        <w:numId w:val="7"/>
      </w:numPr>
      <w:contextualSpacing/>
    </w:pPr>
  </w:style>
  <w:style w:type="paragraph" w:styleId="ListeDevam">
    <w:name w:val="List Continue"/>
    <w:basedOn w:val="Normal"/>
    <w:uiPriority w:val="99"/>
    <w:unhideWhenUsed/>
    <w:rsid w:val="0029639D"/>
    <w:pPr>
      <w:spacing w:after="120"/>
      <w:ind w:left="360"/>
      <w:contextualSpacing/>
    </w:pPr>
  </w:style>
  <w:style w:type="paragraph" w:styleId="ListeDevam2">
    <w:name w:val="List Continue 2"/>
    <w:basedOn w:val="Normal"/>
    <w:uiPriority w:val="99"/>
    <w:unhideWhenUsed/>
    <w:rsid w:val="0029639D"/>
    <w:pPr>
      <w:spacing w:after="120"/>
      <w:ind w:left="720"/>
      <w:contextualSpacing/>
    </w:pPr>
  </w:style>
  <w:style w:type="paragraph" w:styleId="ListeDevam3">
    <w:name w:val="List Continue 3"/>
    <w:basedOn w:val="Normal"/>
    <w:uiPriority w:val="99"/>
    <w:unhideWhenUsed/>
    <w:rsid w:val="0029639D"/>
    <w:pPr>
      <w:spacing w:after="120"/>
      <w:ind w:left="1080"/>
      <w:contextualSpacing/>
    </w:pPr>
  </w:style>
  <w:style w:type="paragraph" w:styleId="MakroMetni">
    <w:name w:val="macro"/>
    <w:link w:val="MakroMetni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MetniChar">
    <w:name w:val="Makro Metni Char"/>
    <w:basedOn w:val="VarsaylanParagrafYazTipi"/>
    <w:link w:val="MakroMetni"/>
    <w:uiPriority w:val="99"/>
    <w:rsid w:val="0029639D"/>
    <w:rPr>
      <w:rFonts w:ascii="Courier" w:hAnsi="Courier"/>
      <w:sz w:val="20"/>
      <w:szCs w:val="20"/>
    </w:rPr>
  </w:style>
  <w:style w:type="paragraph" w:styleId="Alnt">
    <w:name w:val="Quote"/>
    <w:basedOn w:val="Normal"/>
    <w:next w:val="Normal"/>
    <w:link w:val="AlntChar"/>
    <w:uiPriority w:val="29"/>
    <w:qFormat/>
    <w:rsid w:val="00FC693F"/>
    <w:rPr>
      <w:i/>
      <w:iCs/>
      <w:color w:val="000000" w:themeColor="text1"/>
    </w:rPr>
  </w:style>
  <w:style w:type="character" w:customStyle="1" w:styleId="AlntChar">
    <w:name w:val="Alıntı Char"/>
    <w:basedOn w:val="VarsaylanParagrafYazTipi"/>
    <w:link w:val="Alnt"/>
    <w:uiPriority w:val="29"/>
    <w:rsid w:val="00FC693F"/>
    <w:rPr>
      <w:i/>
      <w:iCs/>
      <w:color w:val="000000" w:themeColor="text1"/>
    </w:rPr>
  </w:style>
  <w:style w:type="character" w:customStyle="1" w:styleId="Balk4Char">
    <w:name w:val="Başlık 4 Char"/>
    <w:basedOn w:val="VarsaylanParagrafYazTipi"/>
    <w:link w:val="Balk4"/>
    <w:uiPriority w:val="9"/>
    <w:semiHidden/>
    <w:rsid w:val="00FC693F"/>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FC693F"/>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FC693F"/>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FC693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FC693F"/>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semiHidden/>
    <w:rsid w:val="00FC693F"/>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Gl">
    <w:name w:val="Strong"/>
    <w:basedOn w:val="VarsaylanParagrafYazTipi"/>
    <w:uiPriority w:val="22"/>
    <w:qFormat/>
    <w:rsid w:val="00FC693F"/>
    <w:rPr>
      <w:b/>
      <w:bCs/>
    </w:rPr>
  </w:style>
  <w:style w:type="character" w:styleId="Vurgu">
    <w:name w:val="Emphasis"/>
    <w:basedOn w:val="VarsaylanParagrafYazTipi"/>
    <w:uiPriority w:val="20"/>
    <w:qFormat/>
    <w:rsid w:val="00FC693F"/>
    <w:rPr>
      <w:i/>
      <w:iCs/>
    </w:rPr>
  </w:style>
  <w:style w:type="paragraph" w:styleId="GlAlnt">
    <w:name w:val="Intense Quote"/>
    <w:basedOn w:val="Normal"/>
    <w:next w:val="Normal"/>
    <w:link w:val="GlAln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FC693F"/>
    <w:rPr>
      <w:b/>
      <w:bCs/>
      <w:i/>
      <w:iCs/>
      <w:color w:val="4F81BD" w:themeColor="accent1"/>
    </w:rPr>
  </w:style>
  <w:style w:type="character" w:styleId="HafifVurgulama">
    <w:name w:val="Subtle Emphasis"/>
    <w:basedOn w:val="VarsaylanParagrafYazTipi"/>
    <w:uiPriority w:val="19"/>
    <w:qFormat/>
    <w:rsid w:val="00FC693F"/>
    <w:rPr>
      <w:i/>
      <w:iCs/>
      <w:color w:val="808080" w:themeColor="text1" w:themeTint="7F"/>
    </w:rPr>
  </w:style>
  <w:style w:type="character" w:styleId="GlVurgulama">
    <w:name w:val="Intense Emphasis"/>
    <w:basedOn w:val="VarsaylanParagrafYazTipi"/>
    <w:uiPriority w:val="21"/>
    <w:qFormat/>
    <w:rsid w:val="00FC693F"/>
    <w:rPr>
      <w:b/>
      <w:bCs/>
      <w:i/>
      <w:iCs/>
      <w:color w:val="4F81BD" w:themeColor="accent1"/>
    </w:rPr>
  </w:style>
  <w:style w:type="character" w:styleId="HafifBavuru">
    <w:name w:val="Subtle Reference"/>
    <w:basedOn w:val="VarsaylanParagrafYazTipi"/>
    <w:uiPriority w:val="31"/>
    <w:qFormat/>
    <w:rsid w:val="00FC693F"/>
    <w:rPr>
      <w:smallCaps/>
      <w:color w:val="C0504D" w:themeColor="accent2"/>
      <w:u w:val="single"/>
    </w:rPr>
  </w:style>
  <w:style w:type="character" w:styleId="GlBavuru">
    <w:name w:val="Intense Reference"/>
    <w:basedOn w:val="VarsaylanParagrafYazTipi"/>
    <w:uiPriority w:val="32"/>
    <w:qFormat/>
    <w:rsid w:val="00FC693F"/>
    <w:rPr>
      <w:b/>
      <w:bCs/>
      <w:smallCaps/>
      <w:color w:val="C0504D" w:themeColor="accent2"/>
      <w:spacing w:val="5"/>
      <w:u w:val="single"/>
    </w:rPr>
  </w:style>
  <w:style w:type="character" w:styleId="KitapBal">
    <w:name w:val="Book Title"/>
    <w:basedOn w:val="VarsaylanParagrafYazTipi"/>
    <w:uiPriority w:val="33"/>
    <w:qFormat/>
    <w:rsid w:val="00FC693F"/>
    <w:rPr>
      <w:b/>
      <w:bCs/>
      <w:smallCaps/>
      <w:spacing w:val="5"/>
    </w:rPr>
  </w:style>
  <w:style w:type="paragraph" w:styleId="TBal">
    <w:name w:val="TOC Heading"/>
    <w:basedOn w:val="Balk1"/>
    <w:next w:val="Normal"/>
    <w:uiPriority w:val="39"/>
    <w:semiHidden/>
    <w:unhideWhenUsed/>
    <w:qFormat/>
    <w:rsid w:val="00FC693F"/>
    <w:pPr>
      <w:outlineLvl w:val="9"/>
    </w:pPr>
  </w:style>
  <w:style w:type="table" w:styleId="TabloKlavuzu">
    <w:name w:val="Table Grid"/>
    <w:basedOn w:val="NormalTablo"/>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Liste">
    <w:name w:val="Light List"/>
    <w:basedOn w:val="NormalTablo"/>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3">
    <w:name w:val="Light List Accent 3"/>
    <w:basedOn w:val="NormalTablo"/>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4">
    <w:name w:val="Light List Accent 4"/>
    <w:basedOn w:val="NormalTablo"/>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5">
    <w:name w:val="Light List Accent 5"/>
    <w:basedOn w:val="NormalTablo"/>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6">
    <w:name w:val="Light List Accent 6"/>
    <w:basedOn w:val="NormalTablo"/>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Klavuz">
    <w:name w:val="Light Grid"/>
    <w:basedOn w:val="NormalTablo"/>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4">
    <w:name w:val="Light Grid Accent 4"/>
    <w:basedOn w:val="NormalTablo"/>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5">
    <w:name w:val="Light Grid Accent 5"/>
    <w:basedOn w:val="NormalTablo"/>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6">
    <w:name w:val="Light Grid Accent 6"/>
    <w:basedOn w:val="NormalTablo"/>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
    <w:name w:val="Medium Shading 1"/>
    <w:basedOn w:val="NormalTablo"/>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1">
    <w:name w:val="Medium List 1"/>
    <w:basedOn w:val="NormalTablo"/>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1-Vurgu2">
    <w:name w:val="Medium List 1 Accent 2"/>
    <w:basedOn w:val="NormalTablo"/>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Liste1-Vurgu3">
    <w:name w:val="Medium List 1 Accent 3"/>
    <w:basedOn w:val="NormalTablo"/>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Liste1-Vurgu4">
    <w:name w:val="Medium List 1 Accent 4"/>
    <w:basedOn w:val="NormalTablo"/>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OrtaListe1-Vurgu5">
    <w:name w:val="Medium List 1 Accent 5"/>
    <w:basedOn w:val="NormalTablo"/>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6">
    <w:name w:val="Medium List 1 Accent 6"/>
    <w:basedOn w:val="NormalTablo"/>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Liste2">
    <w:name w:val="Medium Lis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
    <w:name w:val="Medium Grid 1"/>
    <w:basedOn w:val="NormalTablo"/>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4">
    <w:name w:val="Medium Grid 1 Accent 4"/>
    <w:basedOn w:val="NormalTablo"/>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6">
    <w:name w:val="Medium Grid 1 Accent 6"/>
    <w:basedOn w:val="NormalTablo"/>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2">
    <w:name w:val="Medium Grid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2">
    <w:name w:val="Medium Grid 3 Accent 2"/>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3-Vurgu3">
    <w:name w:val="Medium Grid 3 Accent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4">
    <w:name w:val="Medium Grid 3 Accent 4"/>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5">
    <w:name w:val="Medium Grid 3 Accent 5"/>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6">
    <w:name w:val="Medium Grid 3 Accent 6"/>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KoyuListe">
    <w:name w:val="Dark List"/>
    <w:basedOn w:val="NormalTablo"/>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KoyuListe-Vurgu2">
    <w:name w:val="Dark List Accent 2"/>
    <w:basedOn w:val="NormalTablo"/>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KoyuListe-Vurgu3">
    <w:name w:val="Dark List Accent 3"/>
    <w:basedOn w:val="NormalTablo"/>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KoyuListe-Vurgu4">
    <w:name w:val="Dark List Accent 4"/>
    <w:basedOn w:val="NormalTablo"/>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KoyuListe-Vurgu5">
    <w:name w:val="Dark List Accent 5"/>
    <w:basedOn w:val="NormalTablo"/>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yuListe-Vurgu6">
    <w:name w:val="Dark List Accent 6"/>
    <w:basedOn w:val="NormalTablo"/>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RenkliGlgeleme">
    <w:name w:val="Colorful Shading"/>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Glgeleme-Vurgu4">
    <w:name w:val="Colorful Shading Accent 4"/>
    <w:basedOn w:val="NormalTablo"/>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
    <w:name w:val="Colorful List"/>
    <w:basedOn w:val="NormalTablo"/>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3">
    <w:name w:val="Colorful List Accent 3"/>
    <w:basedOn w:val="NormalTablo"/>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RenkliListe-Vurgu6">
    <w:name w:val="Colorful List Accent 6"/>
    <w:basedOn w:val="NormalTablo"/>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Klavuz">
    <w:name w:val="Colorful Grid"/>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2">
    <w:name w:val="Colorful Grid Accent 2"/>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3">
    <w:name w:val="Colorful Grid Accent 3"/>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Klavuz-Vurgu5">
    <w:name w:val="Colorful Grid Accent 5"/>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6">
    <w:name w:val="Colorful Grid Accent 6"/>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Kpr">
    <w:name w:val="Hyperlink"/>
    <w:basedOn w:val="VarsaylanParagrafYazTipi"/>
    <w:uiPriority w:val="99"/>
    <w:unhideWhenUsed/>
    <w:rsid w:val="00434528"/>
    <w:rPr>
      <w:color w:val="0000FF" w:themeColor="hyperlink"/>
      <w:u w:val="single"/>
    </w:rPr>
  </w:style>
  <w:style w:type="character" w:styleId="zmlenmeyenBahsetme">
    <w:name w:val="Unresolved Mention"/>
    <w:basedOn w:val="VarsaylanParagrafYazTipi"/>
    <w:uiPriority w:val="99"/>
    <w:semiHidden/>
    <w:unhideWhenUsed/>
    <w:rsid w:val="004345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Pages>
  <Words>178</Words>
  <Characters>998</Characters>
  <Application>Microsoft Office Word</Application>
  <DocSecurity>0</DocSecurity>
  <Lines>24</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Tutku Gizem Yazıcı</cp:lastModifiedBy>
  <cp:revision>7</cp:revision>
  <dcterms:created xsi:type="dcterms:W3CDTF">2026-02-08T22:37:00Z</dcterms:created>
  <dcterms:modified xsi:type="dcterms:W3CDTF">2026-02-18T15:03:00Z</dcterms:modified>
  <cp:category/>
</cp:coreProperties>
</file>