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41" w:type="dxa"/>
        <w:tblLayout w:type="fixed"/>
        <w:tblLook w:val="04A0" w:firstRow="1" w:lastRow="0" w:firstColumn="1" w:lastColumn="0" w:noHBand="0" w:noVBand="1"/>
      </w:tblPr>
      <w:tblGrid>
        <w:gridCol w:w="1440"/>
        <w:gridCol w:w="6005"/>
        <w:gridCol w:w="1181"/>
        <w:gridCol w:w="1915"/>
      </w:tblGrid>
      <w:tr w:rsidR="001C5F24" w:rsidRPr="005A3927" w:rsidTr="006425D4">
        <w:trPr>
          <w:trHeight w:val="490"/>
        </w:trPr>
        <w:tc>
          <w:tcPr>
            <w:tcW w:w="1440" w:type="dxa"/>
            <w:vMerge w:val="restart"/>
            <w:tcBorders>
              <w:top w:val="single" w:sz="14" w:space="0" w:color="1B365D"/>
              <w:left w:val="single" w:sz="14" w:space="0" w:color="1B365D"/>
              <w:bottom w:val="single" w:sz="6" w:space="0" w:color="1B365D"/>
              <w:right w:val="single" w:sz="6" w:space="0" w:color="1B365D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C5F24" w:rsidRPr="005A3927" w:rsidRDefault="001C5F24" w:rsidP="006425D4">
            <w:pPr>
              <w:jc w:val="center"/>
              <w:rPr>
                <w:lang w:val="tr-TR"/>
              </w:rPr>
            </w:pPr>
            <w:r w:rsidRPr="005A3927">
              <w:rPr>
                <w:noProof/>
                <w:lang w:eastAsia="zh-CN"/>
              </w:rPr>
              <w:drawing>
                <wp:inline distT="0" distB="0" distL="0" distR="0" wp14:anchorId="565DB4C7" wp14:editId="63ED1D2B">
                  <wp:extent cx="713232" cy="71977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zi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719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5" w:type="dxa"/>
            <w:vMerge w:val="restart"/>
            <w:tcBorders>
              <w:top w:val="single" w:sz="14" w:space="0" w:color="1B365D"/>
              <w:left w:val="single" w:sz="6" w:space="0" w:color="1B365D"/>
              <w:bottom w:val="single" w:sz="6" w:space="0" w:color="1B365D"/>
              <w:right w:val="single" w:sz="6" w:space="0" w:color="1B365D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E000FF" w:rsidRDefault="001C5F24" w:rsidP="006425D4">
            <w:pPr>
              <w:spacing w:after="20"/>
              <w:jc w:val="center"/>
              <w:rPr>
                <w:rFonts w:eastAsia="Times New Roman"/>
                <w:b/>
                <w:color w:val="1B365D"/>
                <w:sz w:val="17"/>
                <w:lang w:val="tr-TR"/>
              </w:rPr>
            </w:pPr>
            <w:r w:rsidRPr="005A3927">
              <w:rPr>
                <w:rFonts w:eastAsia="Times New Roman"/>
                <w:b/>
                <w:color w:val="1B365D"/>
                <w:sz w:val="17"/>
                <w:lang w:val="tr-TR"/>
              </w:rPr>
              <w:t xml:space="preserve">T.C. </w:t>
            </w:r>
          </w:p>
          <w:p w:rsidR="001C5F24" w:rsidRPr="005A3927" w:rsidRDefault="001C5F24" w:rsidP="00C71FD5">
            <w:pPr>
              <w:spacing w:after="20"/>
              <w:jc w:val="center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1B365D"/>
                <w:sz w:val="17"/>
                <w:lang w:val="tr-TR"/>
              </w:rPr>
              <w:t>GAZİ ÜNİVERSİTESİ</w:t>
            </w:r>
            <w:r w:rsidRPr="005A3927">
              <w:rPr>
                <w:rFonts w:eastAsia="Times New Roman"/>
                <w:b/>
                <w:color w:val="1B365D"/>
                <w:sz w:val="17"/>
                <w:lang w:val="tr-TR"/>
              </w:rPr>
              <w:br/>
              <w:t>FEN BİLİMLERİ ENSTİTÜSÜ</w:t>
            </w:r>
            <w:r w:rsidRPr="005A3927">
              <w:rPr>
                <w:rFonts w:eastAsia="Times New Roman"/>
                <w:b/>
                <w:color w:val="1B365D"/>
                <w:sz w:val="17"/>
                <w:lang w:val="tr-TR"/>
              </w:rPr>
              <w:br/>
            </w:r>
            <w:r w:rsidRPr="005A3927">
              <w:rPr>
                <w:rFonts w:eastAsia="Times New Roman"/>
                <w:b/>
                <w:color w:val="1B365D"/>
                <w:sz w:val="16"/>
                <w:lang w:val="tr-TR"/>
              </w:rPr>
              <w:t>OTOMOTİV MÜHENDİSLİĞİ ANA BİLİM DALI</w:t>
            </w:r>
            <w:r w:rsidRPr="005A3927">
              <w:rPr>
                <w:rFonts w:eastAsia="Times New Roman"/>
                <w:b/>
                <w:color w:val="1B365D"/>
                <w:sz w:val="16"/>
                <w:lang w:val="tr-TR"/>
              </w:rPr>
              <w:br/>
            </w:r>
            <w:r w:rsidRPr="005A3927">
              <w:rPr>
                <w:rFonts w:eastAsia="Times New Roman"/>
                <w:b/>
                <w:color w:val="000000"/>
                <w:sz w:val="23"/>
                <w:lang w:val="tr-TR"/>
              </w:rPr>
              <w:t>LİSANSÜ</w:t>
            </w:r>
            <w:r w:rsidR="00E000FF">
              <w:rPr>
                <w:rFonts w:eastAsia="Times New Roman"/>
                <w:b/>
                <w:color w:val="000000"/>
                <w:sz w:val="23"/>
                <w:lang w:val="tr-TR"/>
              </w:rPr>
              <w:t xml:space="preserve">STÜ DANIŞMANLIK </w:t>
            </w:r>
            <w:bookmarkStart w:id="0" w:name="_GoBack"/>
            <w:bookmarkEnd w:id="0"/>
            <w:r w:rsidR="00E000FF">
              <w:rPr>
                <w:rFonts w:eastAsia="Times New Roman"/>
                <w:b/>
                <w:color w:val="000000"/>
                <w:sz w:val="23"/>
                <w:lang w:val="tr-TR"/>
              </w:rPr>
              <w:t>ÖN</w:t>
            </w:r>
            <w:r w:rsidR="00C71FD5">
              <w:rPr>
                <w:rFonts w:eastAsia="Times New Roman"/>
                <w:b/>
                <w:color w:val="000000"/>
                <w:sz w:val="23"/>
                <w:lang w:val="tr-TR"/>
              </w:rPr>
              <w:t xml:space="preserve"> GÖRÜŞME/</w:t>
            </w:r>
            <w:r w:rsidRPr="005A3927">
              <w:rPr>
                <w:rFonts w:eastAsia="Times New Roman"/>
                <w:b/>
                <w:color w:val="000000"/>
                <w:sz w:val="23"/>
                <w:lang w:val="tr-TR"/>
              </w:rPr>
              <w:t>KABUL FORMU</w:t>
            </w:r>
          </w:p>
        </w:tc>
        <w:tc>
          <w:tcPr>
            <w:tcW w:w="1181" w:type="dxa"/>
            <w:tcBorders>
              <w:top w:val="single" w:sz="14" w:space="0" w:color="1B365D"/>
              <w:left w:val="single" w:sz="6" w:space="0" w:color="1B365D"/>
              <w:bottom w:val="single" w:sz="6" w:space="0" w:color="1B365D"/>
              <w:right w:val="single" w:sz="6" w:space="0" w:color="1B365D"/>
            </w:tcBorders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5"/>
                <w:lang w:val="tr-TR"/>
              </w:rPr>
              <w:t>Birim</w:t>
            </w:r>
          </w:p>
        </w:tc>
        <w:tc>
          <w:tcPr>
            <w:tcW w:w="1915" w:type="dxa"/>
            <w:tcBorders>
              <w:top w:val="single" w:sz="14" w:space="0" w:color="1B365D"/>
              <w:left w:val="single" w:sz="6" w:space="0" w:color="1B365D"/>
              <w:bottom w:val="single" w:sz="6" w:space="0" w:color="1B365D"/>
              <w:right w:val="single" w:sz="14" w:space="0" w:color="1B365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4"/>
                <w:lang w:val="tr-TR"/>
              </w:rPr>
              <w:t>Otomotiv Müh. ABD</w:t>
            </w:r>
          </w:p>
        </w:tc>
      </w:tr>
      <w:tr w:rsidR="001C5F24" w:rsidRPr="005A3927" w:rsidTr="006425D4">
        <w:trPr>
          <w:trHeight w:val="490"/>
        </w:trPr>
        <w:tc>
          <w:tcPr>
            <w:tcW w:w="1440" w:type="dxa"/>
            <w:vMerge/>
            <w:tcBorders>
              <w:top w:val="single" w:sz="6" w:space="0" w:color="1B365D"/>
              <w:left w:val="single" w:sz="14" w:space="0" w:color="1B365D"/>
              <w:bottom w:val="single" w:sz="6" w:space="0" w:color="1B365D"/>
              <w:right w:val="single" w:sz="6" w:space="0" w:color="1B365D"/>
            </w:tcBorders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  <w:tc>
          <w:tcPr>
            <w:tcW w:w="6005" w:type="dxa"/>
            <w:vMerge/>
            <w:tcBorders>
              <w:top w:val="single" w:sz="6" w:space="0" w:color="1B365D"/>
              <w:left w:val="single" w:sz="6" w:space="0" w:color="1B365D"/>
              <w:bottom w:val="single" w:sz="6" w:space="0" w:color="1B365D"/>
              <w:right w:val="single" w:sz="6" w:space="0" w:color="1B365D"/>
            </w:tcBorders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  <w:tc>
          <w:tcPr>
            <w:tcW w:w="1181" w:type="dxa"/>
            <w:tcBorders>
              <w:top w:val="single" w:sz="6" w:space="0" w:color="1B365D"/>
              <w:left w:val="single" w:sz="6" w:space="0" w:color="1B365D"/>
              <w:bottom w:val="single" w:sz="6" w:space="0" w:color="1B365D"/>
              <w:right w:val="single" w:sz="6" w:space="0" w:color="1B365D"/>
            </w:tcBorders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5"/>
                <w:lang w:val="tr-TR"/>
              </w:rPr>
              <w:t>Belge</w:t>
            </w:r>
          </w:p>
        </w:tc>
        <w:tc>
          <w:tcPr>
            <w:tcW w:w="1915" w:type="dxa"/>
            <w:tcBorders>
              <w:top w:val="single" w:sz="6" w:space="0" w:color="1B365D"/>
              <w:left w:val="single" w:sz="6" w:space="0" w:color="1B365D"/>
              <w:bottom w:val="single" w:sz="6" w:space="0" w:color="1B365D"/>
              <w:right w:val="single" w:sz="14" w:space="0" w:color="1B365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</w:tr>
      <w:tr w:rsidR="001C5F24" w:rsidRPr="005A3927" w:rsidTr="006425D4">
        <w:trPr>
          <w:trHeight w:val="490"/>
        </w:trPr>
        <w:tc>
          <w:tcPr>
            <w:tcW w:w="1440" w:type="dxa"/>
            <w:vMerge/>
            <w:tcBorders>
              <w:top w:val="single" w:sz="6" w:space="0" w:color="1B365D"/>
              <w:left w:val="single" w:sz="14" w:space="0" w:color="1B365D"/>
              <w:bottom w:val="single" w:sz="14" w:space="0" w:color="1B365D"/>
              <w:right w:val="single" w:sz="6" w:space="0" w:color="1B365D"/>
            </w:tcBorders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  <w:tc>
          <w:tcPr>
            <w:tcW w:w="6005" w:type="dxa"/>
            <w:vMerge/>
            <w:tcBorders>
              <w:top w:val="single" w:sz="6" w:space="0" w:color="1B365D"/>
              <w:left w:val="single" w:sz="6" w:space="0" w:color="1B365D"/>
              <w:bottom w:val="single" w:sz="14" w:space="0" w:color="1B365D"/>
              <w:right w:val="single" w:sz="6" w:space="0" w:color="1B365D"/>
            </w:tcBorders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  <w:tc>
          <w:tcPr>
            <w:tcW w:w="1181" w:type="dxa"/>
            <w:tcBorders>
              <w:top w:val="single" w:sz="6" w:space="0" w:color="1B365D"/>
              <w:left w:val="single" w:sz="6" w:space="0" w:color="1B365D"/>
              <w:bottom w:val="single" w:sz="14" w:space="0" w:color="1B365D"/>
              <w:right w:val="single" w:sz="6" w:space="0" w:color="1B365D"/>
            </w:tcBorders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5"/>
                <w:lang w:val="tr-TR"/>
              </w:rPr>
              <w:t>Sayfa</w:t>
            </w:r>
          </w:p>
        </w:tc>
        <w:tc>
          <w:tcPr>
            <w:tcW w:w="1915" w:type="dxa"/>
            <w:tcBorders>
              <w:top w:val="single" w:sz="6" w:space="0" w:color="1B365D"/>
              <w:left w:val="single" w:sz="6" w:space="0" w:color="1B365D"/>
              <w:bottom w:val="single" w:sz="14" w:space="0" w:color="1B365D"/>
              <w:right w:val="single" w:sz="14" w:space="0" w:color="1B365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4"/>
                <w:lang w:val="tr-TR"/>
              </w:rPr>
              <w:t>1 / 1</w:t>
            </w:r>
          </w:p>
        </w:tc>
      </w:tr>
    </w:tbl>
    <w:p w:rsidR="001C5F24" w:rsidRPr="005A3927" w:rsidRDefault="001C5F24" w:rsidP="001C5F24">
      <w:pPr>
        <w:spacing w:line="40" w:lineRule="exact"/>
        <w:rPr>
          <w:lang w:val="tr-TR"/>
        </w:rPr>
      </w:pPr>
    </w:p>
    <w:tbl>
      <w:tblPr>
        <w:tblW w:w="10541" w:type="dxa"/>
        <w:tblLayout w:type="fixed"/>
        <w:tblLook w:val="04A0" w:firstRow="1" w:lastRow="0" w:firstColumn="1" w:lastColumn="0" w:noHBand="0" w:noVBand="1"/>
      </w:tblPr>
      <w:tblGrid>
        <w:gridCol w:w="10541"/>
      </w:tblGrid>
      <w:tr w:rsidR="001C5F24" w:rsidRPr="005A3927" w:rsidTr="006425D4">
        <w:tc>
          <w:tcPr>
            <w:tcW w:w="10541" w:type="dxa"/>
            <w:tcBorders>
              <w:top w:val="single" w:sz="8" w:space="0" w:color="7698A8"/>
              <w:left w:val="single" w:sz="8" w:space="0" w:color="7698A8"/>
              <w:bottom w:val="single" w:sz="8" w:space="0" w:color="7698A8"/>
              <w:right w:val="single" w:sz="8" w:space="0" w:color="7698A8"/>
            </w:tcBorders>
            <w:shd w:val="clear" w:color="auto" w:fill="F4F8FA"/>
            <w:tcMar>
              <w:top w:w="75" w:type="dxa"/>
              <w:left w:w="110" w:type="dxa"/>
              <w:bottom w:w="75" w:type="dxa"/>
              <w:right w:w="110" w:type="dxa"/>
            </w:tcMar>
          </w:tcPr>
          <w:p w:rsidR="001C5F24" w:rsidRPr="005A3927" w:rsidRDefault="001C5F24" w:rsidP="006425D4">
            <w:pPr>
              <w:spacing w:line="252" w:lineRule="auto"/>
              <w:jc w:val="both"/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7"/>
                <w:lang w:val="tr-TR"/>
              </w:rPr>
              <w:t>Bu form, lisansüstü öğrencinin çalışma alanı bakımından uygun gördüğü öğretim üyesiyle yaptığı ön görüşmeyi ve tarafların danışmanlık konusundaki karşılıklı irade beyanını Ana Bilim Dalı Başkanlığına bildirmek amacıyla düzenlenir.</w:t>
            </w:r>
          </w:p>
        </w:tc>
      </w:tr>
    </w:tbl>
    <w:p w:rsidR="001C5F24" w:rsidRPr="005A3927" w:rsidRDefault="001C5F24" w:rsidP="001C5F24">
      <w:pPr>
        <w:spacing w:line="40" w:lineRule="exact"/>
        <w:rPr>
          <w:lang w:val="tr-TR"/>
        </w:rPr>
      </w:pPr>
    </w:p>
    <w:tbl>
      <w:tblPr>
        <w:tblW w:w="10541" w:type="dxa"/>
        <w:tblLayout w:type="fixed"/>
        <w:tblLook w:val="04A0" w:firstRow="1" w:lastRow="0" w:firstColumn="1" w:lastColumn="0" w:noHBand="0" w:noVBand="1"/>
      </w:tblPr>
      <w:tblGrid>
        <w:gridCol w:w="1699"/>
        <w:gridCol w:w="3658"/>
        <w:gridCol w:w="1872"/>
        <w:gridCol w:w="3312"/>
      </w:tblGrid>
      <w:tr w:rsidR="001C5F24" w:rsidRPr="005A3927" w:rsidTr="006425D4">
        <w:trPr>
          <w:trHeight w:val="331"/>
        </w:trPr>
        <w:tc>
          <w:tcPr>
            <w:tcW w:w="10541" w:type="dxa"/>
            <w:gridSpan w:val="4"/>
            <w:tcBorders>
              <w:top w:val="single" w:sz="8" w:space="0" w:color="1B365D"/>
              <w:left w:val="single" w:sz="8" w:space="0" w:color="1B365D"/>
              <w:bottom w:val="single" w:sz="8" w:space="0" w:color="1B365D"/>
              <w:right w:val="single" w:sz="8" w:space="0" w:color="1B365D"/>
            </w:tcBorders>
            <w:shd w:val="clear" w:color="auto" w:fill="1B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FFFFFF"/>
                <w:lang w:val="tr-TR"/>
              </w:rPr>
              <w:t>1. ÖĞRENCİ BİLGİLERİ</w:t>
            </w:r>
          </w:p>
        </w:tc>
      </w:tr>
      <w:tr w:rsidR="001C5F24" w:rsidRPr="005A3927" w:rsidTr="006425D4">
        <w:trPr>
          <w:trHeight w:val="446"/>
        </w:trPr>
        <w:tc>
          <w:tcPr>
            <w:tcW w:w="1699" w:type="dxa"/>
            <w:tcBorders>
              <w:top w:val="single" w:sz="8" w:space="0" w:color="6F7A80"/>
              <w:left w:val="single" w:sz="8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7"/>
                <w:lang w:val="tr-TR"/>
              </w:rPr>
              <w:t>Adı Soyadı</w:t>
            </w:r>
          </w:p>
        </w:tc>
        <w:tc>
          <w:tcPr>
            <w:tcW w:w="3658" w:type="dxa"/>
            <w:tcBorders>
              <w:top w:val="single" w:sz="8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  <w:tc>
          <w:tcPr>
            <w:tcW w:w="1872" w:type="dxa"/>
            <w:tcBorders>
              <w:top w:val="single" w:sz="8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7"/>
                <w:lang w:val="tr-TR"/>
              </w:rPr>
              <w:t>Öğrenci No</w:t>
            </w:r>
          </w:p>
        </w:tc>
        <w:tc>
          <w:tcPr>
            <w:tcW w:w="3312" w:type="dxa"/>
            <w:tcBorders>
              <w:top w:val="single" w:sz="8" w:space="0" w:color="6F7A80"/>
              <w:left w:val="single" w:sz="5" w:space="0" w:color="6F7A80"/>
              <w:bottom w:val="single" w:sz="5" w:space="0" w:color="6F7A80"/>
              <w:right w:val="single" w:sz="8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</w:tr>
      <w:tr w:rsidR="001C5F24" w:rsidRPr="005A3927" w:rsidTr="006425D4">
        <w:trPr>
          <w:trHeight w:val="446"/>
        </w:trPr>
        <w:tc>
          <w:tcPr>
            <w:tcW w:w="1699" w:type="dxa"/>
            <w:tcBorders>
              <w:top w:val="single" w:sz="5" w:space="0" w:color="6F7A80"/>
              <w:left w:val="single" w:sz="8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7"/>
                <w:lang w:val="tr-TR"/>
              </w:rPr>
              <w:t>Programı</w:t>
            </w:r>
          </w:p>
        </w:tc>
        <w:tc>
          <w:tcPr>
            <w:tcW w:w="8842" w:type="dxa"/>
            <w:gridSpan w:val="3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lang w:val="tr-TR"/>
              </w:rPr>
              <w:t>☐ Tezli Yüksek Lisans      ☐ Doktora</w:t>
            </w:r>
          </w:p>
        </w:tc>
      </w:tr>
      <w:tr w:rsidR="001C5F24" w:rsidRPr="005A3927" w:rsidTr="006425D4">
        <w:trPr>
          <w:trHeight w:val="446"/>
        </w:trPr>
        <w:tc>
          <w:tcPr>
            <w:tcW w:w="1699" w:type="dxa"/>
            <w:tcBorders>
              <w:top w:val="single" w:sz="5" w:space="0" w:color="6F7A80"/>
              <w:left w:val="single" w:sz="8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7"/>
                <w:lang w:val="tr-TR"/>
              </w:rPr>
              <w:t>E-posta</w:t>
            </w:r>
          </w:p>
        </w:tc>
        <w:tc>
          <w:tcPr>
            <w:tcW w:w="3658" w:type="dxa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  <w:tc>
          <w:tcPr>
            <w:tcW w:w="1872" w:type="dxa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7"/>
                <w:lang w:val="tr-TR"/>
              </w:rPr>
              <w:t>Telefon</w:t>
            </w:r>
          </w:p>
        </w:tc>
        <w:tc>
          <w:tcPr>
            <w:tcW w:w="3312" w:type="dxa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8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</w:tr>
      <w:tr w:rsidR="001C5F24" w:rsidRPr="005A3927" w:rsidTr="006425D4">
        <w:trPr>
          <w:trHeight w:val="547"/>
        </w:trPr>
        <w:tc>
          <w:tcPr>
            <w:tcW w:w="1699" w:type="dxa"/>
            <w:tcBorders>
              <w:top w:val="single" w:sz="5" w:space="0" w:color="6F7A80"/>
              <w:left w:val="single" w:sz="8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Eğitim-Öğretim</w:t>
            </w: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br/>
              <w:t>Yılı / Dönemi</w:t>
            </w:r>
          </w:p>
        </w:tc>
        <w:tc>
          <w:tcPr>
            <w:tcW w:w="3658" w:type="dxa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6"/>
                <w:lang w:val="tr-TR"/>
              </w:rPr>
              <w:t>20</w:t>
            </w:r>
            <w:proofErr w:type="gramStart"/>
            <w:r w:rsidRPr="005A3927">
              <w:rPr>
                <w:rFonts w:eastAsia="Times New Roman"/>
                <w:color w:val="000000"/>
                <w:sz w:val="16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color w:val="000000"/>
                <w:sz w:val="16"/>
                <w:lang w:val="tr-TR"/>
              </w:rPr>
              <w:t xml:space="preserve"> - 20....   ☐ Güz   ☐ Bahar</w:t>
            </w:r>
          </w:p>
        </w:tc>
        <w:tc>
          <w:tcPr>
            <w:tcW w:w="1872" w:type="dxa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Enstitü Kayıt</w:t>
            </w: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br/>
              <w:t>Tarihi</w:t>
            </w:r>
          </w:p>
        </w:tc>
        <w:tc>
          <w:tcPr>
            <w:tcW w:w="3312" w:type="dxa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8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proofErr w:type="gramStart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 xml:space="preserve"> / </w:t>
            </w:r>
            <w:proofErr w:type="gramStart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 xml:space="preserve"> / 20</w:t>
            </w:r>
            <w:proofErr w:type="gramStart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>....</w:t>
            </w:r>
            <w:proofErr w:type="gramEnd"/>
          </w:p>
        </w:tc>
      </w:tr>
    </w:tbl>
    <w:p w:rsidR="001C5F24" w:rsidRPr="005A3927" w:rsidRDefault="001C5F24" w:rsidP="001C5F24">
      <w:pPr>
        <w:spacing w:line="40" w:lineRule="exact"/>
        <w:rPr>
          <w:lang w:val="tr-TR"/>
        </w:rPr>
      </w:pPr>
    </w:p>
    <w:tbl>
      <w:tblPr>
        <w:tblW w:w="10541" w:type="dxa"/>
        <w:tblLayout w:type="fixed"/>
        <w:tblLook w:val="04A0" w:firstRow="1" w:lastRow="0" w:firstColumn="1" w:lastColumn="0" w:noHBand="0" w:noVBand="1"/>
      </w:tblPr>
      <w:tblGrid>
        <w:gridCol w:w="2117"/>
        <w:gridCol w:w="3024"/>
        <w:gridCol w:w="1685"/>
        <w:gridCol w:w="3715"/>
      </w:tblGrid>
      <w:tr w:rsidR="001C5F24" w:rsidRPr="005A3927" w:rsidTr="006425D4">
        <w:trPr>
          <w:trHeight w:val="331"/>
        </w:trPr>
        <w:tc>
          <w:tcPr>
            <w:tcW w:w="10541" w:type="dxa"/>
            <w:gridSpan w:val="4"/>
            <w:tcBorders>
              <w:top w:val="single" w:sz="8" w:space="0" w:color="1B365D"/>
              <w:left w:val="single" w:sz="8" w:space="0" w:color="1B365D"/>
              <w:bottom w:val="single" w:sz="8" w:space="0" w:color="1B365D"/>
              <w:right w:val="single" w:sz="8" w:space="0" w:color="1B365D"/>
            </w:tcBorders>
            <w:shd w:val="clear" w:color="auto" w:fill="1B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FFFFFF"/>
                <w:lang w:val="tr-TR"/>
              </w:rPr>
              <w:t>2. ÖN GÖRÜŞME VE PLANLANAN ÇALIŞMA</w:t>
            </w:r>
          </w:p>
        </w:tc>
      </w:tr>
      <w:tr w:rsidR="001C5F24" w:rsidRPr="005A3927" w:rsidTr="006425D4">
        <w:trPr>
          <w:trHeight w:val="461"/>
        </w:trPr>
        <w:tc>
          <w:tcPr>
            <w:tcW w:w="2117" w:type="dxa"/>
            <w:tcBorders>
              <w:top w:val="single" w:sz="8" w:space="0" w:color="6F7A80"/>
              <w:left w:val="single" w:sz="8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7"/>
                <w:lang w:val="tr-TR"/>
              </w:rPr>
              <w:t>Görüşme Tarihi</w:t>
            </w:r>
          </w:p>
        </w:tc>
        <w:tc>
          <w:tcPr>
            <w:tcW w:w="3024" w:type="dxa"/>
            <w:tcBorders>
              <w:top w:val="single" w:sz="8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proofErr w:type="gramStart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 xml:space="preserve"> / </w:t>
            </w:r>
            <w:proofErr w:type="gramStart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 xml:space="preserve"> / 20</w:t>
            </w:r>
            <w:proofErr w:type="gramStart"/>
            <w:r w:rsidRPr="005A3927">
              <w:rPr>
                <w:rFonts w:eastAsia="Times New Roman"/>
                <w:color w:val="000000"/>
                <w:sz w:val="17"/>
                <w:lang w:val="tr-TR"/>
              </w:rPr>
              <w:t>....</w:t>
            </w:r>
            <w:proofErr w:type="gramEnd"/>
          </w:p>
        </w:tc>
        <w:tc>
          <w:tcPr>
            <w:tcW w:w="1685" w:type="dxa"/>
            <w:tcBorders>
              <w:top w:val="single" w:sz="8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7"/>
                <w:lang w:val="tr-TR"/>
              </w:rPr>
              <w:t>Görüşme Şekli</w:t>
            </w:r>
          </w:p>
        </w:tc>
        <w:tc>
          <w:tcPr>
            <w:tcW w:w="3715" w:type="dxa"/>
            <w:tcBorders>
              <w:top w:val="single" w:sz="8" w:space="0" w:color="6F7A80"/>
              <w:left w:val="single" w:sz="5" w:space="0" w:color="6F7A80"/>
              <w:bottom w:val="single" w:sz="5" w:space="0" w:color="6F7A80"/>
              <w:right w:val="single" w:sz="8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7"/>
                <w:lang w:val="tr-TR"/>
              </w:rPr>
              <w:t>☐ Yüz yüze   ☐ Çevrim içi</w:t>
            </w:r>
          </w:p>
        </w:tc>
      </w:tr>
      <w:tr w:rsidR="001C5F24" w:rsidRPr="005A3927" w:rsidTr="006425D4">
        <w:trPr>
          <w:trHeight w:val="518"/>
        </w:trPr>
        <w:tc>
          <w:tcPr>
            <w:tcW w:w="2117" w:type="dxa"/>
            <w:tcBorders>
              <w:top w:val="single" w:sz="5" w:space="0" w:color="6F7A80"/>
              <w:left w:val="single" w:sz="8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Çalışma Alanı</w:t>
            </w:r>
          </w:p>
        </w:tc>
        <w:tc>
          <w:tcPr>
            <w:tcW w:w="8424" w:type="dxa"/>
            <w:gridSpan w:val="3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</w:tr>
      <w:tr w:rsidR="001C5F24" w:rsidRPr="005A3927" w:rsidTr="006425D4">
        <w:trPr>
          <w:trHeight w:val="662"/>
        </w:trPr>
        <w:tc>
          <w:tcPr>
            <w:tcW w:w="2117" w:type="dxa"/>
            <w:tcBorders>
              <w:top w:val="single" w:sz="5" w:space="0" w:color="6F7A80"/>
              <w:left w:val="single" w:sz="8" w:space="0" w:color="6F7A80"/>
              <w:bottom w:val="single" w:sz="5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C70DEA" w:rsidP="00C70DEA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Önerilen Çalışma Konusu</w:t>
            </w:r>
          </w:p>
        </w:tc>
        <w:tc>
          <w:tcPr>
            <w:tcW w:w="8424" w:type="dxa"/>
            <w:gridSpan w:val="3"/>
            <w:tcBorders>
              <w:top w:val="single" w:sz="5" w:space="0" w:color="6F7A80"/>
              <w:left w:val="single" w:sz="5" w:space="0" w:color="6F7A80"/>
              <w:bottom w:val="single" w:sz="5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1C5F24" w:rsidRPr="005A3927" w:rsidRDefault="001C5F24" w:rsidP="006425D4">
            <w:pPr>
              <w:rPr>
                <w:lang w:val="tr-TR"/>
              </w:rPr>
            </w:pPr>
          </w:p>
        </w:tc>
      </w:tr>
      <w:tr w:rsidR="001C5F24" w:rsidRPr="005A3927" w:rsidTr="006425D4">
        <w:trPr>
          <w:trHeight w:val="634"/>
        </w:trPr>
        <w:tc>
          <w:tcPr>
            <w:tcW w:w="2117" w:type="dxa"/>
            <w:tcBorders>
              <w:top w:val="single" w:sz="5" w:space="0" w:color="6F7A80"/>
              <w:left w:val="single" w:sz="8" w:space="0" w:color="6F7A80"/>
              <w:bottom w:val="single" w:sz="8" w:space="0" w:color="6F7A80"/>
              <w:right w:val="single" w:sz="5" w:space="0" w:color="6F7A80"/>
            </w:tcBorders>
            <w:shd w:val="clear" w:color="auto" w:fill="EAF3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Görüşmede Ele Alınan Hususlar</w:t>
            </w:r>
          </w:p>
        </w:tc>
        <w:tc>
          <w:tcPr>
            <w:tcW w:w="8424" w:type="dxa"/>
            <w:gridSpan w:val="3"/>
            <w:tcBorders>
              <w:top w:val="single" w:sz="5" w:space="0" w:color="6F7A80"/>
              <w:left w:val="single" w:sz="5" w:space="0" w:color="6F7A80"/>
              <w:bottom w:val="single" w:sz="8" w:space="0" w:color="6F7A80"/>
              <w:right w:val="single" w:sz="5" w:space="0" w:color="6F7A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spacing w:line="252" w:lineRule="auto"/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6"/>
                <w:lang w:val="tr-TR"/>
              </w:rPr>
              <w:t>☐ Çalışma alanı / konu     ☐ Yöntem ve altyapı     ☐ Çalışma ve iletişim düzeni     ☐ Bilimsel etik ve yayın beklentileri</w:t>
            </w:r>
          </w:p>
        </w:tc>
      </w:tr>
    </w:tbl>
    <w:p w:rsidR="001C5F24" w:rsidRPr="005A3927" w:rsidRDefault="001C5F24" w:rsidP="001C5F24">
      <w:pPr>
        <w:spacing w:line="40" w:lineRule="exact"/>
        <w:rPr>
          <w:lang w:val="tr-TR"/>
        </w:rPr>
      </w:pPr>
    </w:p>
    <w:tbl>
      <w:tblPr>
        <w:tblW w:w="10541" w:type="dxa"/>
        <w:tblLayout w:type="fixed"/>
        <w:tblLook w:val="04A0" w:firstRow="1" w:lastRow="0" w:firstColumn="1" w:lastColumn="0" w:noHBand="0" w:noVBand="1"/>
      </w:tblPr>
      <w:tblGrid>
        <w:gridCol w:w="5260"/>
        <w:gridCol w:w="5260"/>
        <w:gridCol w:w="21"/>
      </w:tblGrid>
      <w:tr w:rsidR="001C5F24" w:rsidRPr="005A3927" w:rsidTr="006425D4">
        <w:trPr>
          <w:trHeight w:val="331"/>
        </w:trPr>
        <w:tc>
          <w:tcPr>
            <w:tcW w:w="10541" w:type="dxa"/>
            <w:gridSpan w:val="3"/>
            <w:tcBorders>
              <w:top w:val="single" w:sz="8" w:space="0" w:color="1B365D"/>
              <w:left w:val="single" w:sz="8" w:space="0" w:color="1B365D"/>
              <w:bottom w:val="single" w:sz="8" w:space="0" w:color="1B365D"/>
              <w:right w:val="single" w:sz="8" w:space="0" w:color="1B365D"/>
            </w:tcBorders>
            <w:shd w:val="clear" w:color="auto" w:fill="1B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C5F24" w:rsidRPr="005A3927" w:rsidRDefault="001C5F24" w:rsidP="006425D4">
            <w:pPr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FFFFFF"/>
                <w:lang w:val="tr-TR"/>
              </w:rPr>
              <w:t>3. KARŞILIKLI BEYAN VE İMZALAR</w:t>
            </w:r>
          </w:p>
        </w:tc>
      </w:tr>
      <w:tr w:rsidR="001C5F24" w:rsidRPr="005A3927" w:rsidTr="006425D4">
        <w:trPr>
          <w:gridAfter w:val="1"/>
          <w:wAfter w:w="21" w:type="dxa"/>
          <w:trHeight w:val="2045"/>
        </w:trPr>
        <w:tc>
          <w:tcPr>
            <w:tcW w:w="5270" w:type="dxa"/>
            <w:tcBorders>
              <w:top w:val="single" w:sz="8" w:space="0" w:color="6F7A80"/>
              <w:left w:val="single" w:sz="8" w:space="0" w:color="6F7A80"/>
              <w:bottom w:val="single" w:sz="8" w:space="0" w:color="6F7A80"/>
              <w:right w:val="single" w:sz="5" w:space="0" w:color="6F7A8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:rsidR="001C5F24" w:rsidRPr="005A3927" w:rsidRDefault="001C5F24" w:rsidP="006425D4">
            <w:pPr>
              <w:spacing w:after="60"/>
              <w:jc w:val="center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1B365D"/>
                <w:sz w:val="17"/>
                <w:lang w:val="tr-TR"/>
              </w:rPr>
              <w:t>ÖĞRENCİNİN TALEBİ VE BEYANI</w:t>
            </w:r>
          </w:p>
          <w:p w:rsidR="001C5F24" w:rsidRPr="005A3927" w:rsidRDefault="001C5F24" w:rsidP="006425D4">
            <w:pPr>
              <w:spacing w:after="80"/>
              <w:jc w:val="both"/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6"/>
                <w:lang w:val="tr-TR"/>
              </w:rPr>
              <w:t>Yukarıda belirtilen öğretim üyesi ile görüştüğümü; çalışma alanı, çalışma düzeni ve karşılıklı beklentiler hakkında bilgi aldığımı; ilgili öğretim üyesinin danışman olarak önerilmesini talep ettiğimi beyan ederim.</w:t>
            </w:r>
          </w:p>
          <w:p w:rsidR="001C5F24" w:rsidRPr="005A3927" w:rsidRDefault="001C5F24" w:rsidP="006425D4">
            <w:pPr>
              <w:spacing w:after="20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Adı Soyadı:  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........................................................</w:t>
            </w:r>
            <w:proofErr w:type="gramEnd"/>
          </w:p>
          <w:p w:rsidR="001C5F24" w:rsidRPr="005A3927" w:rsidRDefault="001C5F24" w:rsidP="006425D4">
            <w:pPr>
              <w:spacing w:after="20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Tarih:  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 / 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 / 20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</w:t>
            </w:r>
            <w:proofErr w:type="gramEnd"/>
          </w:p>
          <w:p w:rsidR="001C5F24" w:rsidRPr="005A3927" w:rsidRDefault="001C5F24" w:rsidP="006425D4">
            <w:pPr>
              <w:spacing w:after="20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İmza:</w:t>
            </w:r>
          </w:p>
        </w:tc>
        <w:tc>
          <w:tcPr>
            <w:tcW w:w="5270" w:type="dxa"/>
            <w:tcBorders>
              <w:top w:val="single" w:sz="8" w:space="0" w:color="6F7A80"/>
              <w:left w:val="single" w:sz="5" w:space="0" w:color="6F7A80"/>
              <w:bottom w:val="single" w:sz="8" w:space="0" w:color="6F7A80"/>
              <w:right w:val="single" w:sz="8" w:space="0" w:color="6F7A8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:rsidR="001C5F24" w:rsidRPr="005A3927" w:rsidRDefault="001C5F24" w:rsidP="006425D4">
            <w:pPr>
              <w:spacing w:after="60"/>
              <w:jc w:val="center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1B365D"/>
                <w:sz w:val="17"/>
                <w:lang w:val="tr-TR"/>
              </w:rPr>
              <w:t>ÖĞRETİM ÜYESİNİN ÖN KABUL BEYANI</w:t>
            </w:r>
          </w:p>
          <w:p w:rsidR="001C5F24" w:rsidRPr="005A3927" w:rsidRDefault="001C5F24" w:rsidP="006425D4">
            <w:pPr>
              <w:spacing w:after="80"/>
              <w:jc w:val="both"/>
              <w:rPr>
                <w:lang w:val="tr-TR"/>
              </w:rPr>
            </w:pPr>
            <w:r w:rsidRPr="005A3927">
              <w:rPr>
                <w:rFonts w:eastAsia="Times New Roman"/>
                <w:color w:val="000000"/>
                <w:sz w:val="16"/>
                <w:lang w:val="tr-TR"/>
              </w:rPr>
              <w:t>Öğrenci ile ön görüşme yaptığımı; akademik ilgisini, önerilen çalışma alanını ve çalışma koşullarını değerlendirdiğimi; uzmanlık alanım ve lisansüstü danışmanlık kontenjanım kapsamında danışman olarak önerilmemi kabul ettiğimi beyan ederim.</w:t>
            </w:r>
          </w:p>
          <w:p w:rsidR="001C5F24" w:rsidRPr="005A3927" w:rsidRDefault="001C5F24" w:rsidP="006425D4">
            <w:pPr>
              <w:spacing w:after="20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Unvanı, Adı Soyadı:  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...........................................</w:t>
            </w:r>
            <w:proofErr w:type="gramEnd"/>
          </w:p>
          <w:p w:rsidR="001C5F24" w:rsidRPr="005A3927" w:rsidRDefault="001C5F24" w:rsidP="006425D4">
            <w:pPr>
              <w:spacing w:after="20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Birim / Ana Bilim Dalı:  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.......................................</w:t>
            </w:r>
            <w:proofErr w:type="gramEnd"/>
          </w:p>
          <w:p w:rsidR="001C5F24" w:rsidRPr="005A3927" w:rsidRDefault="001C5F24" w:rsidP="006425D4">
            <w:pPr>
              <w:spacing w:after="20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Tarih:  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 / 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 / 20</w:t>
            </w:r>
            <w:proofErr w:type="gramStart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>....</w:t>
            </w:r>
            <w:proofErr w:type="gramEnd"/>
            <w:r w:rsidRPr="005A3927">
              <w:rPr>
                <w:rFonts w:eastAsia="Times New Roman"/>
                <w:b/>
                <w:color w:val="000000"/>
                <w:sz w:val="16"/>
                <w:lang w:val="tr-TR"/>
              </w:rPr>
              <w:t xml:space="preserve">          İmza:</w:t>
            </w:r>
          </w:p>
        </w:tc>
      </w:tr>
    </w:tbl>
    <w:p w:rsidR="001C5F24" w:rsidRPr="005A3927" w:rsidRDefault="001C5F24" w:rsidP="001C5F24">
      <w:pPr>
        <w:spacing w:line="40" w:lineRule="exact"/>
        <w:rPr>
          <w:lang w:val="tr-TR"/>
        </w:rPr>
      </w:pPr>
    </w:p>
    <w:tbl>
      <w:tblPr>
        <w:tblW w:w="10541" w:type="dxa"/>
        <w:tblLayout w:type="fixed"/>
        <w:tblLook w:val="04A0" w:firstRow="1" w:lastRow="0" w:firstColumn="1" w:lastColumn="0" w:noHBand="0" w:noVBand="1"/>
      </w:tblPr>
      <w:tblGrid>
        <w:gridCol w:w="10541"/>
      </w:tblGrid>
      <w:tr w:rsidR="001C5F24" w:rsidRPr="005A3927" w:rsidTr="006425D4">
        <w:tc>
          <w:tcPr>
            <w:tcW w:w="10541" w:type="dxa"/>
            <w:tcBorders>
              <w:top w:val="single" w:sz="10" w:space="0" w:color="1B365D"/>
              <w:left w:val="single" w:sz="10" w:space="0" w:color="1B365D"/>
              <w:bottom w:val="single" w:sz="10" w:space="0" w:color="1B365D"/>
              <w:right w:val="single" w:sz="10" w:space="0" w:color="1B365D"/>
            </w:tcBorders>
            <w:shd w:val="clear" w:color="auto" w:fill="F4F8F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1C5F24" w:rsidRPr="005A3927" w:rsidRDefault="001C5F24" w:rsidP="00C70DEA">
            <w:pPr>
              <w:jc w:val="both"/>
              <w:rPr>
                <w:lang w:val="tr-TR"/>
              </w:rPr>
            </w:pPr>
            <w:r w:rsidRPr="005A3927">
              <w:rPr>
                <w:rFonts w:eastAsia="Times New Roman"/>
                <w:b/>
                <w:color w:val="1B365D"/>
                <w:sz w:val="16"/>
                <w:lang w:val="tr-TR"/>
              </w:rPr>
              <w:t xml:space="preserve">ÖNEMLİ: </w:t>
            </w:r>
            <w:r w:rsidRPr="005A3927">
              <w:rPr>
                <w:rFonts w:eastAsia="Times New Roman"/>
                <w:color w:val="000000"/>
                <w:sz w:val="16"/>
                <w:lang w:val="tr-TR"/>
              </w:rPr>
              <w:t xml:space="preserve">Bu form </w:t>
            </w:r>
            <w:r w:rsidR="00C70DEA" w:rsidRPr="005A3927">
              <w:rPr>
                <w:rFonts w:eastAsia="Times New Roman"/>
                <w:color w:val="000000"/>
                <w:sz w:val="16"/>
                <w:lang w:val="tr-TR"/>
              </w:rPr>
              <w:t>ana bilim dalı</w:t>
            </w:r>
            <w:r w:rsidRPr="005A3927">
              <w:rPr>
                <w:rFonts w:eastAsia="Times New Roman"/>
                <w:color w:val="000000"/>
                <w:sz w:val="16"/>
                <w:lang w:val="tr-TR"/>
              </w:rPr>
              <w:t xml:space="preserve"> içi ön görüşme ve karşılıklı irade beyanı niteliğindedir; danışman ataması yerine geçmez. Danışman önerisi, Ana Bilim Dalı Akademik Kurulunun uygun görüşü ve Enstitü Yönetim Kurulu kararıyla kesinleşir. Resmî işlem için güncel FBE 2 - Danışman Atama Formu ayrıca düzenlenir. Burada belirtilen çalışma / tez konusu ön nitelikte olup FBE 6 - Tez Konusu Belirleme Formunun yerine geçmez.</w:t>
            </w:r>
          </w:p>
        </w:tc>
      </w:tr>
    </w:tbl>
    <w:p w:rsidR="001C5F24" w:rsidRPr="005A3927" w:rsidRDefault="001C5F24" w:rsidP="001C5F24">
      <w:pPr>
        <w:spacing w:line="40" w:lineRule="exact"/>
        <w:rPr>
          <w:lang w:val="tr-TR"/>
        </w:rPr>
      </w:pPr>
    </w:p>
    <w:p w:rsidR="001C5F24" w:rsidRPr="005A3927" w:rsidRDefault="001C5F24" w:rsidP="001C5F24">
      <w:pPr>
        <w:spacing w:before="40"/>
        <w:jc w:val="center"/>
        <w:rPr>
          <w:lang w:val="tr-TR"/>
        </w:rPr>
      </w:pPr>
      <w:r w:rsidRPr="005A3927">
        <w:rPr>
          <w:rFonts w:eastAsia="Times New Roman"/>
          <w:i/>
          <w:color w:val="666666"/>
          <w:sz w:val="15"/>
          <w:lang w:val="tr-TR"/>
        </w:rPr>
        <w:t>Form bilgisayar ortamında doldurulmalı; öğrenci ve öğretim üyesi tarafından imzalanarak Ana Bilim Dalı Başkanlığına teslim edilmelidir.</w:t>
      </w:r>
    </w:p>
    <w:p w:rsidR="001C5F24" w:rsidRPr="005A3927" w:rsidRDefault="001C5F24" w:rsidP="001C5F24">
      <w:pPr>
        <w:rPr>
          <w:lang w:val="tr-TR"/>
        </w:rPr>
      </w:pPr>
    </w:p>
    <w:sectPr w:rsidR="001C5F24" w:rsidRPr="005A3927" w:rsidSect="00034616">
      <w:footerReference w:type="default" r:id="rId9"/>
      <w:pgSz w:w="11906" w:h="16838"/>
      <w:pgMar w:top="454" w:right="680" w:bottom="454" w:left="680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D04" w:rsidRDefault="00876D04">
      <w:r>
        <w:separator/>
      </w:r>
    </w:p>
  </w:endnote>
  <w:endnote w:type="continuationSeparator" w:id="0">
    <w:p w:rsidR="00876D04" w:rsidRDefault="00876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ED2" w:rsidRDefault="00EA5D29">
    <w:pPr>
      <w:pStyle w:val="AltBilgi"/>
      <w:jc w:val="center"/>
    </w:pPr>
    <w:proofErr w:type="spellStart"/>
    <w:r>
      <w:rPr>
        <w:rFonts w:eastAsia="Times New Roman"/>
        <w:color w:val="666666"/>
        <w:sz w:val="14"/>
      </w:rPr>
      <w:t>Gazi</w:t>
    </w:r>
    <w:proofErr w:type="spellEnd"/>
    <w:r>
      <w:rPr>
        <w:rFonts w:eastAsia="Times New Roman"/>
        <w:color w:val="666666"/>
        <w:sz w:val="14"/>
      </w:rPr>
      <w:t xml:space="preserve"> </w:t>
    </w:r>
    <w:proofErr w:type="spellStart"/>
    <w:r>
      <w:rPr>
        <w:rFonts w:eastAsia="Times New Roman"/>
        <w:color w:val="666666"/>
        <w:sz w:val="14"/>
      </w:rPr>
      <w:t>Üniversitesi</w:t>
    </w:r>
    <w:proofErr w:type="spellEnd"/>
    <w:r>
      <w:rPr>
        <w:rFonts w:eastAsia="Times New Roman"/>
        <w:color w:val="666666"/>
        <w:sz w:val="14"/>
      </w:rPr>
      <w:t xml:space="preserve"> | Fen </w:t>
    </w:r>
    <w:proofErr w:type="spellStart"/>
    <w:r>
      <w:rPr>
        <w:rFonts w:eastAsia="Times New Roman"/>
        <w:color w:val="666666"/>
        <w:sz w:val="14"/>
      </w:rPr>
      <w:t>Bilimleri</w:t>
    </w:r>
    <w:proofErr w:type="spellEnd"/>
    <w:r>
      <w:rPr>
        <w:rFonts w:eastAsia="Times New Roman"/>
        <w:color w:val="666666"/>
        <w:sz w:val="14"/>
      </w:rPr>
      <w:t xml:space="preserve"> </w:t>
    </w:r>
    <w:proofErr w:type="spellStart"/>
    <w:r>
      <w:rPr>
        <w:rFonts w:eastAsia="Times New Roman"/>
        <w:color w:val="666666"/>
        <w:sz w:val="14"/>
      </w:rPr>
      <w:t>Enstitüsü</w:t>
    </w:r>
    <w:proofErr w:type="spellEnd"/>
    <w:r>
      <w:rPr>
        <w:rFonts w:eastAsia="Times New Roman"/>
        <w:color w:val="666666"/>
        <w:sz w:val="14"/>
      </w:rPr>
      <w:t xml:space="preserve"> | </w:t>
    </w:r>
    <w:proofErr w:type="spellStart"/>
    <w:r>
      <w:rPr>
        <w:rFonts w:eastAsia="Times New Roman"/>
        <w:color w:val="666666"/>
        <w:sz w:val="14"/>
      </w:rPr>
      <w:t>Otomotiv</w:t>
    </w:r>
    <w:proofErr w:type="spellEnd"/>
    <w:r>
      <w:rPr>
        <w:rFonts w:eastAsia="Times New Roman"/>
        <w:color w:val="666666"/>
        <w:sz w:val="14"/>
      </w:rPr>
      <w:t xml:space="preserve"> </w:t>
    </w:r>
    <w:proofErr w:type="spellStart"/>
    <w:r>
      <w:rPr>
        <w:rFonts w:eastAsia="Times New Roman"/>
        <w:color w:val="666666"/>
        <w:sz w:val="14"/>
      </w:rPr>
      <w:t>Mühendisliği</w:t>
    </w:r>
    <w:proofErr w:type="spellEnd"/>
    <w:r>
      <w:rPr>
        <w:rFonts w:eastAsia="Times New Roman"/>
        <w:color w:val="666666"/>
        <w:sz w:val="14"/>
      </w:rPr>
      <w:t xml:space="preserve"> Ana </w:t>
    </w:r>
    <w:proofErr w:type="spellStart"/>
    <w:r>
      <w:rPr>
        <w:rFonts w:eastAsia="Times New Roman"/>
        <w:color w:val="666666"/>
        <w:sz w:val="14"/>
      </w:rPr>
      <w:t>Bilim</w:t>
    </w:r>
    <w:proofErr w:type="spellEnd"/>
    <w:r>
      <w:rPr>
        <w:rFonts w:eastAsia="Times New Roman"/>
        <w:color w:val="666666"/>
        <w:sz w:val="14"/>
      </w:rPr>
      <w:t xml:space="preserve"> Dalı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D04" w:rsidRDefault="00876D04">
      <w:r>
        <w:separator/>
      </w:r>
    </w:p>
  </w:footnote>
  <w:footnote w:type="continuationSeparator" w:id="0">
    <w:p w:rsidR="00876D04" w:rsidRDefault="00876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576A"/>
    <w:rsid w:val="0006063C"/>
    <w:rsid w:val="00104ED2"/>
    <w:rsid w:val="0015074B"/>
    <w:rsid w:val="001C5F24"/>
    <w:rsid w:val="0029639D"/>
    <w:rsid w:val="00326F90"/>
    <w:rsid w:val="005A3927"/>
    <w:rsid w:val="005F5E54"/>
    <w:rsid w:val="00651036"/>
    <w:rsid w:val="00876D04"/>
    <w:rsid w:val="008E1688"/>
    <w:rsid w:val="00AA1D8D"/>
    <w:rsid w:val="00B47730"/>
    <w:rsid w:val="00C70DEA"/>
    <w:rsid w:val="00C71FD5"/>
    <w:rsid w:val="00C96556"/>
    <w:rsid w:val="00CB0664"/>
    <w:rsid w:val="00E000FF"/>
    <w:rsid w:val="00EA5D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ED253"/>
  <w14:defaultImageDpi w14:val="300"/>
  <w15:docId w15:val="{5E0B9927-623E-41E8-A0A0-679A12B6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67DB1B-F8CF-492A-A0A6-672450CA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Lisansüstü Danışmanlık Ön Görüşme ve Ön Kabul Formu</dc:title>
  <dc:subject>Otomotiv Mühendisliği Ana Bilim Dalı lisansüstü danışman atama ön süreci</dc:subject>
  <dc:creator>Gazi Üniversitesi Otomotiv Mühendisliği Ana Bilim Dalı</dc:creator>
  <cp:keywords/>
  <dc:description>Bölüm içi kullanım için hazırlanmıştır.</dc:description>
  <cp:lastModifiedBy>Onur</cp:lastModifiedBy>
  <cp:revision>10</cp:revision>
  <dcterms:created xsi:type="dcterms:W3CDTF">2013-12-23T23:15:00Z</dcterms:created>
  <dcterms:modified xsi:type="dcterms:W3CDTF">2026-09-16T19:06:00Z</dcterms:modified>
  <cp:category/>
</cp:coreProperties>
</file>