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20B27" w14:textId="77777777" w:rsidR="00310D26" w:rsidRPr="00310D26" w:rsidRDefault="00310D26" w:rsidP="005C76A8">
      <w:pPr>
        <w:jc w:val="both"/>
        <w:rPr>
          <w:rFonts w:cs="Times New Roman"/>
          <w:b/>
          <w:color w:val="000000" w:themeColor="text1"/>
          <w:szCs w:val="20"/>
        </w:rPr>
      </w:pPr>
    </w:p>
    <w:p w14:paraId="2772CC6F" w14:textId="23882E95" w:rsidR="005C76A8" w:rsidRPr="00B14FD4" w:rsidRDefault="00B14FD4" w:rsidP="00B14FD4">
      <w:pPr>
        <w:jc w:val="center"/>
        <w:rPr>
          <w:rFonts w:cs="Times New Roman"/>
          <w:szCs w:val="20"/>
        </w:rPr>
      </w:pPr>
      <w:r w:rsidRPr="00B14FD4">
        <w:rPr>
          <w:rFonts w:cs="Times New Roman"/>
          <w:b/>
          <w:color w:val="000000" w:themeColor="text1"/>
          <w:szCs w:val="20"/>
        </w:rPr>
        <w:t xml:space="preserve">EN BAŞARILI DOKTORA TEZ ÖDÜLLERI YARIŞMASI </w:t>
      </w:r>
      <w:r>
        <w:rPr>
          <w:rFonts w:cs="Times New Roman"/>
          <w:b/>
          <w:color w:val="000000" w:themeColor="text1"/>
          <w:szCs w:val="20"/>
        </w:rPr>
        <w:t xml:space="preserve">İÇİN </w:t>
      </w:r>
      <w:r w:rsidRPr="00B14FD4">
        <w:rPr>
          <w:rFonts w:cs="Times New Roman"/>
          <w:b/>
          <w:color w:val="000000" w:themeColor="text1"/>
          <w:szCs w:val="20"/>
        </w:rPr>
        <w:t>AŞAĞIDAK</w:t>
      </w:r>
      <w:r>
        <w:rPr>
          <w:rFonts w:cs="Times New Roman"/>
          <w:b/>
          <w:color w:val="000000" w:themeColor="text1"/>
          <w:szCs w:val="20"/>
        </w:rPr>
        <w:t>İ</w:t>
      </w:r>
      <w:r w:rsidRPr="00B14FD4">
        <w:rPr>
          <w:rFonts w:cs="Times New Roman"/>
          <w:b/>
          <w:color w:val="000000" w:themeColor="text1"/>
          <w:szCs w:val="20"/>
        </w:rPr>
        <w:t xml:space="preserve"> AKADEMIK FAA</w:t>
      </w:r>
      <w:r>
        <w:rPr>
          <w:rFonts w:cs="Times New Roman"/>
          <w:b/>
          <w:color w:val="000000" w:themeColor="text1"/>
          <w:szCs w:val="20"/>
        </w:rPr>
        <w:t>İ</w:t>
      </w:r>
      <w:r w:rsidRPr="00B14FD4">
        <w:rPr>
          <w:rFonts w:cs="Times New Roman"/>
          <w:b/>
          <w:color w:val="000000" w:themeColor="text1"/>
          <w:szCs w:val="20"/>
        </w:rPr>
        <w:t>IYETLERDEN EN AZ 100 PUAN SAĞLAYAN DOKTORA TEZLER</w:t>
      </w:r>
      <w:r>
        <w:rPr>
          <w:rFonts w:cs="Times New Roman"/>
          <w:b/>
          <w:color w:val="000000" w:themeColor="text1"/>
          <w:szCs w:val="20"/>
        </w:rPr>
        <w:t>İ</w:t>
      </w:r>
      <w:r w:rsidRPr="00B14FD4">
        <w:rPr>
          <w:rFonts w:cs="Times New Roman"/>
          <w:b/>
          <w:color w:val="000000" w:themeColor="text1"/>
          <w:szCs w:val="20"/>
        </w:rPr>
        <w:t xml:space="preserve"> </w:t>
      </w:r>
      <w:r>
        <w:rPr>
          <w:rFonts w:cs="Times New Roman"/>
          <w:b/>
          <w:color w:val="000000" w:themeColor="text1"/>
          <w:szCs w:val="20"/>
        </w:rPr>
        <w:t xml:space="preserve">İÇİN BAŞVURU YAPILABİLİR. </w:t>
      </w:r>
    </w:p>
    <w:tbl>
      <w:tblPr>
        <w:tblStyle w:val="TabloKlavuzu"/>
        <w:tblW w:w="10756" w:type="dxa"/>
        <w:jc w:val="center"/>
        <w:tblLayout w:type="fixed"/>
        <w:tblLook w:val="04A0" w:firstRow="1" w:lastRow="0" w:firstColumn="1" w:lastColumn="0" w:noHBand="0" w:noVBand="1"/>
      </w:tblPr>
      <w:tblGrid>
        <w:gridCol w:w="1589"/>
        <w:gridCol w:w="2630"/>
        <w:gridCol w:w="992"/>
        <w:gridCol w:w="5545"/>
      </w:tblGrid>
      <w:tr w:rsidR="005C76A8" w:rsidRPr="00310D26" w14:paraId="5E5D5D81" w14:textId="77777777" w:rsidTr="008E3A5E">
        <w:trPr>
          <w:jc w:val="center"/>
        </w:trPr>
        <w:tc>
          <w:tcPr>
            <w:tcW w:w="1589" w:type="dxa"/>
            <w:vAlign w:val="center"/>
          </w:tcPr>
          <w:p w14:paraId="7A197C10" w14:textId="77777777" w:rsidR="005C76A8" w:rsidRPr="00310D26" w:rsidRDefault="005C76A8">
            <w:pPr>
              <w:jc w:val="center"/>
              <w:rPr>
                <w:rFonts w:cs="Times New Roman"/>
                <w:color w:val="000000" w:themeColor="text1"/>
                <w:szCs w:val="20"/>
              </w:rPr>
            </w:pPr>
            <w:r w:rsidRPr="00310D26">
              <w:rPr>
                <w:rFonts w:cs="Times New Roman"/>
                <w:b/>
                <w:color w:val="000000" w:themeColor="text1"/>
                <w:szCs w:val="20"/>
              </w:rPr>
              <w:t>AKADEMİK FAALİYET TÜRÜ</w:t>
            </w:r>
          </w:p>
        </w:tc>
        <w:tc>
          <w:tcPr>
            <w:tcW w:w="2630" w:type="dxa"/>
            <w:vAlign w:val="center"/>
          </w:tcPr>
          <w:p w14:paraId="3EB9656D" w14:textId="77777777" w:rsidR="005C76A8" w:rsidRPr="00310D26" w:rsidRDefault="005C76A8" w:rsidP="005C76A8">
            <w:pPr>
              <w:jc w:val="center"/>
              <w:rPr>
                <w:rFonts w:cs="Times New Roman"/>
                <w:color w:val="000000" w:themeColor="text1"/>
                <w:szCs w:val="20"/>
              </w:rPr>
            </w:pPr>
            <w:r w:rsidRPr="00310D26">
              <w:rPr>
                <w:rFonts w:cs="Times New Roman"/>
                <w:b/>
                <w:color w:val="000000" w:themeColor="text1"/>
                <w:szCs w:val="20"/>
              </w:rPr>
              <w:t>FAALIYET</w:t>
            </w:r>
          </w:p>
        </w:tc>
        <w:tc>
          <w:tcPr>
            <w:tcW w:w="992" w:type="dxa"/>
            <w:vAlign w:val="center"/>
          </w:tcPr>
          <w:p w14:paraId="6974EAED" w14:textId="77777777" w:rsidR="005C76A8" w:rsidRPr="00310D26" w:rsidRDefault="005C76A8">
            <w:pPr>
              <w:jc w:val="center"/>
              <w:rPr>
                <w:rFonts w:cs="Times New Roman"/>
                <w:b/>
                <w:color w:val="000000" w:themeColor="text1"/>
                <w:szCs w:val="20"/>
              </w:rPr>
            </w:pPr>
            <w:r w:rsidRPr="00310D26">
              <w:rPr>
                <w:rFonts w:cs="Times New Roman"/>
                <w:b/>
                <w:color w:val="000000" w:themeColor="text1"/>
                <w:szCs w:val="20"/>
              </w:rPr>
              <w:t>PUAN</w:t>
            </w:r>
          </w:p>
        </w:tc>
        <w:tc>
          <w:tcPr>
            <w:tcW w:w="5545" w:type="dxa"/>
            <w:vAlign w:val="center"/>
          </w:tcPr>
          <w:p w14:paraId="45656841" w14:textId="77777777" w:rsidR="005C76A8" w:rsidRPr="00310D26" w:rsidRDefault="0075743E" w:rsidP="0024423D">
            <w:pPr>
              <w:jc w:val="center"/>
              <w:rPr>
                <w:rFonts w:cs="Times New Roman"/>
                <w:b/>
                <w:color w:val="000000" w:themeColor="text1"/>
                <w:szCs w:val="20"/>
              </w:rPr>
            </w:pPr>
            <w:proofErr w:type="spellStart"/>
            <w:r w:rsidRPr="00310D26">
              <w:rPr>
                <w:rFonts w:cs="Times New Roman"/>
                <w:b/>
                <w:szCs w:val="20"/>
              </w:rPr>
              <w:t>Dikkat</w:t>
            </w:r>
            <w:proofErr w:type="spellEnd"/>
            <w:r w:rsidRPr="00310D26">
              <w:rPr>
                <w:rFonts w:cs="Times New Roman"/>
                <w:b/>
                <w:szCs w:val="20"/>
              </w:rPr>
              <w:t xml:space="preserve"> </w:t>
            </w:r>
            <w:proofErr w:type="spellStart"/>
            <w:r w:rsidRPr="00310D26">
              <w:rPr>
                <w:rFonts w:cs="Times New Roman"/>
                <w:b/>
                <w:szCs w:val="20"/>
              </w:rPr>
              <w:t>Edilmesi</w:t>
            </w:r>
            <w:proofErr w:type="spellEnd"/>
            <w:r w:rsidRPr="00310D26">
              <w:rPr>
                <w:rFonts w:cs="Times New Roman"/>
                <w:b/>
                <w:szCs w:val="20"/>
              </w:rPr>
              <w:t xml:space="preserve"> </w:t>
            </w:r>
            <w:proofErr w:type="spellStart"/>
            <w:r w:rsidRPr="00310D26">
              <w:rPr>
                <w:rFonts w:cs="Times New Roman"/>
                <w:b/>
                <w:szCs w:val="20"/>
              </w:rPr>
              <w:t>Gereken</w:t>
            </w:r>
            <w:proofErr w:type="spellEnd"/>
            <w:r w:rsidRPr="00310D26">
              <w:rPr>
                <w:rFonts w:cs="Times New Roman"/>
                <w:b/>
                <w:szCs w:val="20"/>
              </w:rPr>
              <w:t xml:space="preserve"> </w:t>
            </w:r>
            <w:proofErr w:type="spellStart"/>
            <w:r w:rsidRPr="00310D26">
              <w:rPr>
                <w:rFonts w:cs="Times New Roman"/>
                <w:b/>
                <w:szCs w:val="20"/>
              </w:rPr>
              <w:t>Hususlar</w:t>
            </w:r>
            <w:proofErr w:type="spellEnd"/>
            <w:r w:rsidRPr="00310D26">
              <w:rPr>
                <w:rFonts w:cs="Times New Roman"/>
                <w:b/>
                <w:szCs w:val="20"/>
              </w:rPr>
              <w:t xml:space="preserve"> </w:t>
            </w:r>
            <w:proofErr w:type="spellStart"/>
            <w:r w:rsidRPr="00310D26">
              <w:rPr>
                <w:rFonts w:cs="Times New Roman"/>
                <w:b/>
                <w:szCs w:val="20"/>
              </w:rPr>
              <w:t>ve</w:t>
            </w:r>
            <w:proofErr w:type="spellEnd"/>
            <w:r w:rsidRPr="00310D26">
              <w:rPr>
                <w:rFonts w:cs="Times New Roman"/>
                <w:b/>
                <w:szCs w:val="20"/>
              </w:rPr>
              <w:t xml:space="preserve"> </w:t>
            </w:r>
            <w:proofErr w:type="spellStart"/>
            <w:r w:rsidRPr="00310D26">
              <w:rPr>
                <w:rFonts w:cs="Times New Roman"/>
                <w:b/>
                <w:szCs w:val="20"/>
              </w:rPr>
              <w:t>Bilgilendirme</w:t>
            </w:r>
            <w:proofErr w:type="spellEnd"/>
          </w:p>
        </w:tc>
      </w:tr>
      <w:tr w:rsidR="008E3A5E" w:rsidRPr="00310D26" w14:paraId="0B7577D7" w14:textId="77777777" w:rsidTr="008E3A5E">
        <w:trPr>
          <w:jc w:val="center"/>
        </w:trPr>
        <w:tc>
          <w:tcPr>
            <w:tcW w:w="1589" w:type="dxa"/>
            <w:vMerge w:val="restart"/>
            <w:vAlign w:val="center"/>
          </w:tcPr>
          <w:p w14:paraId="2D0C309A" w14:textId="47B15D7C" w:rsidR="008E3A5E" w:rsidRPr="008E3A5E" w:rsidRDefault="008E3A5E" w:rsidP="008E3A5E">
            <w:pPr>
              <w:autoSpaceDE w:val="0"/>
              <w:autoSpaceDN w:val="0"/>
              <w:adjustRightInd w:val="0"/>
              <w:rPr>
                <w:rFonts w:eastAsiaTheme="minorEastAsia" w:cs="Times New Roman"/>
                <w:b/>
                <w:bCs/>
                <w:sz w:val="36"/>
                <w:szCs w:val="36"/>
                <w:lang w:val="tr-TR"/>
              </w:rPr>
            </w:pPr>
            <w:r w:rsidRPr="008E3A5E">
              <w:rPr>
                <w:rFonts w:eastAsiaTheme="minorEastAsia" w:cs="Times New Roman"/>
                <w:b/>
                <w:bCs/>
                <w:sz w:val="36"/>
                <w:szCs w:val="36"/>
                <w:lang w:val="tr-TR"/>
              </w:rPr>
              <w:t>PROJE</w:t>
            </w:r>
          </w:p>
          <w:p w14:paraId="7AF11859" w14:textId="77777777" w:rsidR="008E3A5E" w:rsidRDefault="008E3A5E" w:rsidP="008E3A5E">
            <w:pPr>
              <w:autoSpaceDE w:val="0"/>
              <w:autoSpaceDN w:val="0"/>
              <w:adjustRightInd w:val="0"/>
              <w:jc w:val="center"/>
              <w:rPr>
                <w:rFonts w:eastAsiaTheme="minorEastAsia" w:cs="Times New Roman"/>
                <w:b/>
                <w:bCs/>
                <w:szCs w:val="20"/>
                <w:lang w:val="tr-TR"/>
              </w:rPr>
            </w:pPr>
          </w:p>
          <w:p w14:paraId="15C1C54E" w14:textId="0DDB31A5" w:rsidR="008E3A5E" w:rsidRPr="008E3A5E" w:rsidRDefault="008E3A5E" w:rsidP="008E3A5E">
            <w:pPr>
              <w:autoSpaceDE w:val="0"/>
              <w:autoSpaceDN w:val="0"/>
              <w:adjustRightInd w:val="0"/>
              <w:rPr>
                <w:rFonts w:eastAsiaTheme="minorEastAsia" w:cs="Times New Roman"/>
                <w:szCs w:val="20"/>
                <w:lang w:val="tr-TR"/>
              </w:rPr>
            </w:pPr>
            <w:r w:rsidRPr="008E3A5E">
              <w:rPr>
                <w:rFonts w:eastAsiaTheme="minorEastAsia" w:cs="Times New Roman"/>
                <w:szCs w:val="20"/>
                <w:lang w:val="tr-TR"/>
              </w:rPr>
              <w:t>- Doktora</w:t>
            </w:r>
          </w:p>
          <w:p w14:paraId="45BAF556" w14:textId="77777777" w:rsidR="008E3A5E" w:rsidRPr="008E3A5E" w:rsidRDefault="008E3A5E" w:rsidP="008E3A5E">
            <w:pPr>
              <w:autoSpaceDE w:val="0"/>
              <w:autoSpaceDN w:val="0"/>
              <w:adjustRightInd w:val="0"/>
              <w:rPr>
                <w:rFonts w:eastAsiaTheme="minorEastAsia" w:cs="Times New Roman"/>
                <w:szCs w:val="20"/>
                <w:lang w:val="tr-TR"/>
              </w:rPr>
            </w:pPr>
            <w:proofErr w:type="gramStart"/>
            <w:r w:rsidRPr="008E3A5E">
              <w:rPr>
                <w:rFonts w:eastAsiaTheme="minorEastAsia" w:cs="Times New Roman"/>
                <w:szCs w:val="20"/>
                <w:lang w:val="tr-TR"/>
              </w:rPr>
              <w:t>tezinde</w:t>
            </w:r>
            <w:proofErr w:type="gramEnd"/>
          </w:p>
          <w:p w14:paraId="3062C055" w14:textId="77777777" w:rsidR="008E3A5E" w:rsidRPr="008E3A5E" w:rsidRDefault="008E3A5E" w:rsidP="008E3A5E">
            <w:pPr>
              <w:autoSpaceDE w:val="0"/>
              <w:autoSpaceDN w:val="0"/>
              <w:adjustRightInd w:val="0"/>
              <w:rPr>
                <w:rFonts w:eastAsiaTheme="minorEastAsia" w:cs="Times New Roman"/>
                <w:szCs w:val="20"/>
                <w:lang w:val="tr-TR"/>
              </w:rPr>
            </w:pPr>
            <w:r w:rsidRPr="008E3A5E">
              <w:rPr>
                <w:rFonts w:eastAsiaTheme="minorEastAsia" w:cs="Times New Roman"/>
                <w:szCs w:val="20"/>
                <w:lang w:val="tr-TR"/>
              </w:rPr>
              <w:t>belirtilmek</w:t>
            </w:r>
          </w:p>
          <w:p w14:paraId="5779396B" w14:textId="77777777" w:rsidR="008E3A5E" w:rsidRPr="008E3A5E" w:rsidRDefault="008E3A5E" w:rsidP="008E3A5E">
            <w:pPr>
              <w:autoSpaceDE w:val="0"/>
              <w:autoSpaceDN w:val="0"/>
              <w:adjustRightInd w:val="0"/>
              <w:rPr>
                <w:rFonts w:eastAsiaTheme="minorEastAsia" w:cs="Times New Roman"/>
                <w:szCs w:val="20"/>
                <w:lang w:val="tr-TR"/>
              </w:rPr>
            </w:pPr>
            <w:r w:rsidRPr="008E3A5E">
              <w:rPr>
                <w:rFonts w:eastAsiaTheme="minorEastAsia" w:cs="Times New Roman"/>
                <w:szCs w:val="20"/>
                <w:lang w:val="tr-TR"/>
              </w:rPr>
              <w:t>şartıyla devam</w:t>
            </w:r>
          </w:p>
          <w:p w14:paraId="609CB515" w14:textId="77777777" w:rsidR="008E3A5E" w:rsidRPr="008E3A5E" w:rsidRDefault="008E3A5E" w:rsidP="008E3A5E">
            <w:pPr>
              <w:autoSpaceDE w:val="0"/>
              <w:autoSpaceDN w:val="0"/>
              <w:adjustRightInd w:val="0"/>
              <w:rPr>
                <w:rFonts w:eastAsiaTheme="minorEastAsia" w:cs="Times New Roman"/>
                <w:szCs w:val="20"/>
                <w:lang w:val="tr-TR"/>
              </w:rPr>
            </w:pPr>
            <w:r w:rsidRPr="008E3A5E">
              <w:rPr>
                <w:rFonts w:eastAsiaTheme="minorEastAsia" w:cs="Times New Roman"/>
                <w:szCs w:val="20"/>
                <w:lang w:val="tr-TR"/>
              </w:rPr>
              <w:t>eden veya</w:t>
            </w:r>
          </w:p>
          <w:p w14:paraId="76DBC017" w14:textId="77777777" w:rsidR="008E3A5E" w:rsidRPr="008E3A5E" w:rsidRDefault="008E3A5E" w:rsidP="008E3A5E">
            <w:pPr>
              <w:autoSpaceDE w:val="0"/>
              <w:autoSpaceDN w:val="0"/>
              <w:adjustRightInd w:val="0"/>
              <w:rPr>
                <w:rFonts w:eastAsiaTheme="minorEastAsia" w:cs="Times New Roman"/>
                <w:szCs w:val="20"/>
                <w:lang w:val="tr-TR"/>
              </w:rPr>
            </w:pPr>
            <w:r w:rsidRPr="008E3A5E">
              <w:rPr>
                <w:rFonts w:eastAsiaTheme="minorEastAsia" w:cs="Times New Roman"/>
                <w:szCs w:val="20"/>
                <w:lang w:val="tr-TR"/>
              </w:rPr>
              <w:t>başarı ile</w:t>
            </w:r>
          </w:p>
          <w:p w14:paraId="67652DE9" w14:textId="373CC5E4" w:rsidR="008E3A5E" w:rsidRDefault="008E3A5E" w:rsidP="008E3A5E">
            <w:pPr>
              <w:rPr>
                <w:rFonts w:eastAsiaTheme="minorEastAsia" w:cs="Times New Roman"/>
                <w:szCs w:val="20"/>
                <w:lang w:val="tr-TR"/>
              </w:rPr>
            </w:pPr>
            <w:r w:rsidRPr="008E3A5E">
              <w:rPr>
                <w:rFonts w:eastAsiaTheme="minorEastAsia" w:cs="Times New Roman"/>
                <w:szCs w:val="20"/>
                <w:lang w:val="tr-TR"/>
              </w:rPr>
              <w:t>tamamlanmış</w:t>
            </w:r>
          </w:p>
          <w:p w14:paraId="09A59B51" w14:textId="77777777" w:rsidR="00B94B27" w:rsidRDefault="00B94B27" w:rsidP="008E3A5E">
            <w:pPr>
              <w:rPr>
                <w:rFonts w:eastAsiaTheme="minorEastAsia" w:cs="Times New Roman"/>
                <w:szCs w:val="20"/>
                <w:lang w:val="tr-TR"/>
              </w:rPr>
            </w:pPr>
          </w:p>
          <w:p w14:paraId="513255A2" w14:textId="7266A4B8" w:rsidR="008E3A5E" w:rsidRPr="00310D26" w:rsidRDefault="00B14FD4" w:rsidP="00547054">
            <w:pPr>
              <w:pStyle w:val="ListeParagraf"/>
              <w:tabs>
                <w:tab w:val="left" w:pos="168"/>
              </w:tabs>
              <w:autoSpaceDE w:val="0"/>
              <w:autoSpaceDN w:val="0"/>
              <w:adjustRightInd w:val="0"/>
              <w:ind w:left="0"/>
              <w:rPr>
                <w:rFonts w:cs="Times New Roman"/>
                <w:color w:val="000000" w:themeColor="text1"/>
                <w:szCs w:val="20"/>
              </w:rPr>
            </w:pPr>
            <w:r>
              <w:rPr>
                <w:rFonts w:cs="Times New Roman"/>
                <w:color w:val="000000" w:themeColor="text1"/>
                <w:szCs w:val="20"/>
              </w:rPr>
              <w:t>-</w:t>
            </w:r>
            <w:r w:rsidR="00B94B27">
              <w:rPr>
                <w:rFonts w:cs="Times New Roman"/>
                <w:color w:val="000000" w:themeColor="text1"/>
                <w:szCs w:val="20"/>
              </w:rPr>
              <w:t xml:space="preserve"> </w:t>
            </w:r>
            <w:proofErr w:type="spellStart"/>
            <w:r w:rsidR="008E3A5E" w:rsidRPr="008E3A5E">
              <w:rPr>
                <w:rFonts w:cs="Times New Roman"/>
                <w:color w:val="000000" w:themeColor="text1"/>
                <w:szCs w:val="20"/>
              </w:rPr>
              <w:t>Doktora</w:t>
            </w:r>
            <w:proofErr w:type="spellEnd"/>
            <w:r w:rsidR="008E3A5E" w:rsidRPr="008E3A5E">
              <w:rPr>
                <w:rFonts w:cs="Times New Roman"/>
                <w:color w:val="000000" w:themeColor="text1"/>
                <w:szCs w:val="20"/>
              </w:rPr>
              <w:t xml:space="preserve"> </w:t>
            </w:r>
            <w:proofErr w:type="spellStart"/>
            <w:r w:rsidR="008E3A5E" w:rsidRPr="008E3A5E">
              <w:rPr>
                <w:rFonts w:cs="Times New Roman"/>
                <w:color w:val="000000" w:themeColor="text1"/>
                <w:szCs w:val="20"/>
              </w:rPr>
              <w:t>teziyle</w:t>
            </w:r>
            <w:proofErr w:type="spellEnd"/>
            <w:r w:rsidR="008E3A5E" w:rsidRPr="008E3A5E">
              <w:rPr>
                <w:rFonts w:cs="Times New Roman"/>
                <w:color w:val="000000" w:themeColor="text1"/>
                <w:szCs w:val="20"/>
              </w:rPr>
              <w:t xml:space="preserve"> </w:t>
            </w:r>
            <w:proofErr w:type="spellStart"/>
            <w:r w:rsidR="008E3A5E" w:rsidRPr="008E3A5E">
              <w:rPr>
                <w:rFonts w:cs="Times New Roman"/>
                <w:color w:val="000000" w:themeColor="text1"/>
                <w:szCs w:val="20"/>
              </w:rPr>
              <w:t>doğrudan</w:t>
            </w:r>
            <w:proofErr w:type="spellEnd"/>
            <w:r w:rsidR="008E3A5E" w:rsidRPr="008E3A5E">
              <w:rPr>
                <w:rFonts w:cs="Times New Roman"/>
                <w:color w:val="000000" w:themeColor="text1"/>
                <w:szCs w:val="20"/>
              </w:rPr>
              <w:t xml:space="preserve"> </w:t>
            </w:r>
            <w:proofErr w:type="spellStart"/>
            <w:r w:rsidR="008E3A5E" w:rsidRPr="008E3A5E">
              <w:rPr>
                <w:rFonts w:cs="Times New Roman"/>
                <w:color w:val="000000" w:themeColor="text1"/>
                <w:szCs w:val="20"/>
              </w:rPr>
              <w:t>ilişkili</w:t>
            </w:r>
            <w:proofErr w:type="spellEnd"/>
            <w:r w:rsidR="008E3A5E" w:rsidRPr="008E3A5E">
              <w:rPr>
                <w:rFonts w:cs="Times New Roman"/>
                <w:color w:val="000000" w:themeColor="text1"/>
                <w:szCs w:val="20"/>
              </w:rPr>
              <w:t xml:space="preserve"> </w:t>
            </w:r>
            <w:proofErr w:type="spellStart"/>
            <w:r w:rsidR="008E3A5E" w:rsidRPr="008E3A5E">
              <w:rPr>
                <w:rFonts w:cs="Times New Roman"/>
                <w:b/>
                <w:bCs/>
                <w:color w:val="000000" w:themeColor="text1"/>
                <w:szCs w:val="20"/>
              </w:rPr>
              <w:t>en</w:t>
            </w:r>
            <w:proofErr w:type="spellEnd"/>
            <w:r w:rsidR="008E3A5E" w:rsidRPr="008E3A5E">
              <w:rPr>
                <w:rFonts w:cs="Times New Roman"/>
                <w:b/>
                <w:bCs/>
                <w:color w:val="000000" w:themeColor="text1"/>
                <w:szCs w:val="20"/>
              </w:rPr>
              <w:t xml:space="preserve"> </w:t>
            </w:r>
            <w:proofErr w:type="spellStart"/>
            <w:r w:rsidR="008E3A5E" w:rsidRPr="008E3A5E">
              <w:rPr>
                <w:rFonts w:cs="Times New Roman"/>
                <w:b/>
                <w:bCs/>
                <w:color w:val="000000" w:themeColor="text1"/>
                <w:szCs w:val="20"/>
              </w:rPr>
              <w:t>fazla</w:t>
            </w:r>
            <w:proofErr w:type="spellEnd"/>
            <w:r>
              <w:rPr>
                <w:rFonts w:cs="Times New Roman"/>
                <w:b/>
                <w:bCs/>
                <w:color w:val="000000" w:themeColor="text1"/>
                <w:szCs w:val="20"/>
              </w:rPr>
              <w:t xml:space="preserve"> </w:t>
            </w:r>
            <w:proofErr w:type="spellStart"/>
            <w:r>
              <w:rPr>
                <w:rFonts w:cs="Times New Roman"/>
                <w:b/>
                <w:bCs/>
                <w:color w:val="000000" w:themeColor="text1"/>
                <w:szCs w:val="20"/>
              </w:rPr>
              <w:t>iki</w:t>
            </w:r>
            <w:proofErr w:type="spellEnd"/>
            <w:r>
              <w:rPr>
                <w:rFonts w:cs="Times New Roman"/>
                <w:b/>
                <w:bCs/>
                <w:color w:val="000000" w:themeColor="text1"/>
                <w:szCs w:val="20"/>
              </w:rPr>
              <w:t xml:space="preserve"> (</w:t>
            </w:r>
            <w:r w:rsidR="008E3A5E" w:rsidRPr="008E3A5E">
              <w:rPr>
                <w:rFonts w:cs="Times New Roman"/>
                <w:b/>
                <w:bCs/>
                <w:color w:val="000000" w:themeColor="text1"/>
                <w:szCs w:val="20"/>
              </w:rPr>
              <w:t>2</w:t>
            </w:r>
            <w:r>
              <w:rPr>
                <w:rFonts w:cs="Times New Roman"/>
                <w:b/>
                <w:bCs/>
                <w:color w:val="000000" w:themeColor="text1"/>
                <w:szCs w:val="20"/>
              </w:rPr>
              <w:t>)</w:t>
            </w:r>
            <w:r w:rsidR="008E3A5E" w:rsidRPr="008E3A5E">
              <w:rPr>
                <w:rFonts w:cs="Times New Roman"/>
                <w:b/>
                <w:bCs/>
                <w:color w:val="000000" w:themeColor="text1"/>
                <w:szCs w:val="20"/>
              </w:rPr>
              <w:t xml:space="preserve"> </w:t>
            </w:r>
            <w:proofErr w:type="spellStart"/>
            <w:r w:rsidR="008E3A5E" w:rsidRPr="008E3A5E">
              <w:rPr>
                <w:rFonts w:cs="Times New Roman"/>
                <w:b/>
                <w:bCs/>
                <w:color w:val="000000" w:themeColor="text1"/>
                <w:szCs w:val="20"/>
              </w:rPr>
              <w:t>proje</w:t>
            </w:r>
            <w:proofErr w:type="spellEnd"/>
            <w:r w:rsidR="008E3A5E" w:rsidRPr="008E3A5E">
              <w:rPr>
                <w:rFonts w:cs="Times New Roman"/>
                <w:b/>
                <w:bCs/>
                <w:color w:val="000000" w:themeColor="text1"/>
                <w:szCs w:val="20"/>
              </w:rPr>
              <w:t xml:space="preserve"> </w:t>
            </w:r>
            <w:proofErr w:type="spellStart"/>
            <w:r w:rsidR="008E3A5E" w:rsidRPr="008E3A5E">
              <w:rPr>
                <w:rFonts w:cs="Times New Roman"/>
                <w:b/>
                <w:bCs/>
                <w:color w:val="000000" w:themeColor="text1"/>
                <w:szCs w:val="20"/>
              </w:rPr>
              <w:t>için</w:t>
            </w:r>
            <w:proofErr w:type="spellEnd"/>
            <w:r w:rsidR="008E3A5E" w:rsidRPr="008E3A5E">
              <w:rPr>
                <w:rFonts w:cs="Times New Roman"/>
                <w:b/>
                <w:bCs/>
                <w:color w:val="000000" w:themeColor="text1"/>
                <w:szCs w:val="20"/>
              </w:rPr>
              <w:t xml:space="preserve"> </w:t>
            </w:r>
            <w:proofErr w:type="spellStart"/>
            <w:r w:rsidR="008E3A5E" w:rsidRPr="008E3A5E">
              <w:rPr>
                <w:rFonts w:cs="Times New Roman"/>
                <w:b/>
                <w:bCs/>
                <w:color w:val="000000" w:themeColor="text1"/>
                <w:szCs w:val="20"/>
              </w:rPr>
              <w:t>başvuruda</w:t>
            </w:r>
            <w:proofErr w:type="spellEnd"/>
            <w:r w:rsidR="008E3A5E" w:rsidRPr="008E3A5E">
              <w:rPr>
                <w:rFonts w:cs="Times New Roman"/>
                <w:color w:val="000000" w:themeColor="text1"/>
                <w:szCs w:val="20"/>
              </w:rPr>
              <w:t xml:space="preserve"> </w:t>
            </w:r>
            <w:proofErr w:type="spellStart"/>
            <w:r w:rsidR="008E3A5E" w:rsidRPr="008E3A5E">
              <w:rPr>
                <w:rFonts w:cs="Times New Roman"/>
                <w:color w:val="000000" w:themeColor="text1"/>
                <w:szCs w:val="20"/>
              </w:rPr>
              <w:t>bulun</w:t>
            </w:r>
            <w:r w:rsidR="00547054">
              <w:rPr>
                <w:rFonts w:cs="Times New Roman"/>
                <w:color w:val="000000" w:themeColor="text1"/>
                <w:szCs w:val="20"/>
              </w:rPr>
              <w:t>ulabilir</w:t>
            </w:r>
            <w:proofErr w:type="spellEnd"/>
            <w:r w:rsidR="00547054">
              <w:rPr>
                <w:rFonts w:cs="Times New Roman"/>
                <w:color w:val="000000" w:themeColor="text1"/>
                <w:szCs w:val="20"/>
              </w:rPr>
              <w:t xml:space="preserve">. </w:t>
            </w:r>
          </w:p>
        </w:tc>
        <w:tc>
          <w:tcPr>
            <w:tcW w:w="2630" w:type="dxa"/>
            <w:vAlign w:val="center"/>
          </w:tcPr>
          <w:p w14:paraId="130C0BF5" w14:textId="77777777" w:rsidR="008E3A5E" w:rsidRPr="00310D26" w:rsidRDefault="008E3A5E" w:rsidP="005C76A8">
            <w:pPr>
              <w:rPr>
                <w:rFonts w:cs="Times New Roman"/>
                <w:color w:val="000000" w:themeColor="text1"/>
                <w:szCs w:val="20"/>
              </w:rPr>
            </w:pPr>
            <w:r w:rsidRPr="00310D26">
              <w:rPr>
                <w:rFonts w:cs="Times New Roman"/>
                <w:color w:val="000000" w:themeColor="text1"/>
                <w:szCs w:val="20"/>
              </w:rPr>
              <w:t xml:space="preserve">UFUK2020 </w:t>
            </w:r>
          </w:p>
        </w:tc>
        <w:tc>
          <w:tcPr>
            <w:tcW w:w="992" w:type="dxa"/>
            <w:vAlign w:val="center"/>
          </w:tcPr>
          <w:p w14:paraId="50338341" w14:textId="77777777" w:rsidR="008E3A5E" w:rsidRPr="00310D26" w:rsidRDefault="008E3A5E" w:rsidP="0024423D">
            <w:pPr>
              <w:jc w:val="center"/>
              <w:rPr>
                <w:rFonts w:cs="Times New Roman"/>
                <w:color w:val="FF0000"/>
                <w:szCs w:val="20"/>
              </w:rPr>
            </w:pPr>
            <w:r w:rsidRPr="00310D26">
              <w:rPr>
                <w:rFonts w:cs="Times New Roman"/>
                <w:color w:val="000000" w:themeColor="text1"/>
                <w:szCs w:val="20"/>
              </w:rPr>
              <w:t>100</w:t>
            </w:r>
          </w:p>
        </w:tc>
        <w:tc>
          <w:tcPr>
            <w:tcW w:w="5545" w:type="dxa"/>
            <w:vAlign w:val="center"/>
          </w:tcPr>
          <w:p w14:paraId="633F38DE" w14:textId="77777777" w:rsidR="008E3A5E" w:rsidRPr="00310D26" w:rsidRDefault="008E3A5E">
            <w:pPr>
              <w:rPr>
                <w:rFonts w:cs="Times New Roman"/>
                <w:color w:val="000000" w:themeColor="text1"/>
                <w:szCs w:val="20"/>
              </w:rPr>
            </w:pPr>
            <w:proofErr w:type="spellStart"/>
            <w:r w:rsidRPr="00310D26">
              <w:rPr>
                <w:rFonts w:cs="Times New Roman"/>
                <w:szCs w:val="20"/>
              </w:rPr>
              <w:t>Projenin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tezde</w:t>
            </w:r>
            <w:proofErr w:type="spellEnd"/>
            <w:r w:rsidRPr="00310D26">
              <w:rPr>
                <w:rFonts w:cs="Times New Roman"/>
                <w:szCs w:val="20"/>
              </w:rPr>
              <w:t xml:space="preserve"> </w:t>
            </w:r>
            <w:proofErr w:type="spellStart"/>
            <w:r w:rsidRPr="00310D26">
              <w:rPr>
                <w:rFonts w:cs="Times New Roman"/>
                <w:szCs w:val="20"/>
              </w:rPr>
              <w:t>belirtilmiş</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veya</w:t>
            </w:r>
            <w:proofErr w:type="spellEnd"/>
            <w:r w:rsidRPr="00310D26">
              <w:rPr>
                <w:rFonts w:cs="Times New Roman"/>
                <w:szCs w:val="20"/>
              </w:rPr>
              <w:t xml:space="preserve"> </w:t>
            </w:r>
            <w:proofErr w:type="spellStart"/>
            <w:r w:rsidRPr="00310D26">
              <w:rPr>
                <w:rFonts w:cs="Times New Roman"/>
                <w:szCs w:val="20"/>
              </w:rPr>
              <w:t>benzer</w:t>
            </w:r>
            <w:proofErr w:type="spellEnd"/>
            <w:r w:rsidRPr="00310D26">
              <w:rPr>
                <w:rFonts w:cs="Times New Roman"/>
                <w:szCs w:val="20"/>
              </w:rPr>
              <w:t xml:space="preserve"> </w:t>
            </w:r>
            <w:proofErr w:type="spellStart"/>
            <w:r w:rsidRPr="00310D26">
              <w:rPr>
                <w:rFonts w:cs="Times New Roman"/>
                <w:szCs w:val="20"/>
              </w:rPr>
              <w:t>nitelikte</w:t>
            </w:r>
            <w:proofErr w:type="spellEnd"/>
            <w:r w:rsidRPr="00310D26">
              <w:rPr>
                <w:rFonts w:cs="Times New Roman"/>
                <w:szCs w:val="20"/>
              </w:rPr>
              <w:t xml:space="preserve"> </w:t>
            </w:r>
            <w:proofErr w:type="spellStart"/>
            <w:r w:rsidRPr="00310D26">
              <w:rPr>
                <w:rFonts w:cs="Times New Roman"/>
                <w:szCs w:val="20"/>
              </w:rPr>
              <w:t>birden</w:t>
            </w:r>
            <w:proofErr w:type="spellEnd"/>
            <w:r w:rsidRPr="00310D26">
              <w:rPr>
                <w:rFonts w:cs="Times New Roman"/>
                <w:szCs w:val="20"/>
              </w:rPr>
              <w:t xml:space="preserve"> </w:t>
            </w:r>
            <w:proofErr w:type="spellStart"/>
            <w:r w:rsidRPr="00310D26">
              <w:rPr>
                <w:rFonts w:cs="Times New Roman"/>
                <w:szCs w:val="20"/>
              </w:rPr>
              <w:t>fazla</w:t>
            </w:r>
            <w:proofErr w:type="spellEnd"/>
            <w:r w:rsidRPr="00310D26">
              <w:rPr>
                <w:rFonts w:cs="Times New Roman"/>
                <w:szCs w:val="20"/>
              </w:rPr>
              <w:t xml:space="preserve"> </w:t>
            </w:r>
            <w:proofErr w:type="spellStart"/>
            <w:r w:rsidRPr="00310D26">
              <w:rPr>
                <w:rFonts w:cs="Times New Roman"/>
                <w:szCs w:val="20"/>
              </w:rPr>
              <w:t>projenin</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tez</w:t>
            </w:r>
            <w:proofErr w:type="spellEnd"/>
            <w:r w:rsidRPr="00310D26">
              <w:rPr>
                <w:rFonts w:cs="Times New Roman"/>
                <w:szCs w:val="20"/>
              </w:rPr>
              <w:t xml:space="preserve"> </w:t>
            </w:r>
            <w:proofErr w:type="spellStart"/>
            <w:r w:rsidRPr="00310D26">
              <w:rPr>
                <w:rFonts w:cs="Times New Roman"/>
                <w:szCs w:val="20"/>
              </w:rPr>
              <w:t>çıktısı</w:t>
            </w:r>
            <w:proofErr w:type="spellEnd"/>
            <w:r w:rsidRPr="00310D26">
              <w:rPr>
                <w:rFonts w:cs="Times New Roman"/>
                <w:szCs w:val="20"/>
              </w:rPr>
              <w:t xml:space="preserve"> </w:t>
            </w:r>
            <w:proofErr w:type="spellStart"/>
            <w:r w:rsidRPr="00310D26">
              <w:rPr>
                <w:rFonts w:cs="Times New Roman"/>
                <w:szCs w:val="20"/>
              </w:rPr>
              <w:t>üzerinden</w:t>
            </w:r>
            <w:proofErr w:type="spellEnd"/>
            <w:r w:rsidRPr="00310D26">
              <w:rPr>
                <w:rFonts w:cs="Times New Roman"/>
                <w:szCs w:val="20"/>
              </w:rPr>
              <w:t xml:space="preserve"> </w:t>
            </w:r>
            <w:proofErr w:type="spellStart"/>
            <w:r w:rsidRPr="00310D26">
              <w:rPr>
                <w:rFonts w:cs="Times New Roman"/>
                <w:szCs w:val="20"/>
              </w:rPr>
              <w:t>değerlendirilmesi</w:t>
            </w:r>
            <w:proofErr w:type="spellEnd"/>
            <w:r w:rsidRPr="00310D26">
              <w:rPr>
                <w:rFonts w:cs="Times New Roman"/>
                <w:szCs w:val="20"/>
              </w:rPr>
              <w:t xml:space="preserve"> </w:t>
            </w:r>
            <w:proofErr w:type="spellStart"/>
            <w:r w:rsidRPr="00310D26">
              <w:rPr>
                <w:rFonts w:cs="Times New Roman"/>
                <w:szCs w:val="20"/>
              </w:rPr>
              <w:t>durumunda</w:t>
            </w:r>
            <w:proofErr w:type="spellEnd"/>
            <w:r w:rsidRPr="00310D26">
              <w:rPr>
                <w:rFonts w:cs="Times New Roman"/>
                <w:szCs w:val="20"/>
              </w:rPr>
              <w:t xml:space="preserve"> </w:t>
            </w:r>
            <w:proofErr w:type="spellStart"/>
            <w:r w:rsidRPr="00310D26">
              <w:rPr>
                <w:rFonts w:cs="Times New Roman"/>
                <w:szCs w:val="20"/>
              </w:rPr>
              <w:t>mükerrer</w:t>
            </w:r>
            <w:proofErr w:type="spellEnd"/>
            <w:r w:rsidRPr="00310D26">
              <w:rPr>
                <w:rFonts w:cs="Times New Roman"/>
                <w:szCs w:val="20"/>
              </w:rPr>
              <w:t xml:space="preserve"> </w:t>
            </w:r>
            <w:proofErr w:type="spellStart"/>
            <w:r w:rsidRPr="00310D26">
              <w:rPr>
                <w:rFonts w:cs="Times New Roman"/>
                <w:szCs w:val="20"/>
              </w:rPr>
              <w:t>puanlama</w:t>
            </w:r>
            <w:proofErr w:type="spellEnd"/>
            <w:r w:rsidRPr="00310D26">
              <w:rPr>
                <w:rFonts w:cs="Times New Roman"/>
                <w:szCs w:val="20"/>
              </w:rPr>
              <w:t xml:space="preserve"> </w:t>
            </w:r>
            <w:proofErr w:type="spellStart"/>
            <w:r w:rsidRPr="00310D26">
              <w:rPr>
                <w:rFonts w:cs="Times New Roman"/>
                <w:szCs w:val="20"/>
              </w:rPr>
              <w:t>yapılabileceğinden</w:t>
            </w:r>
            <w:proofErr w:type="spellEnd"/>
            <w:r w:rsidRPr="00310D26">
              <w:rPr>
                <w:rFonts w:cs="Times New Roman"/>
                <w:szCs w:val="20"/>
              </w:rPr>
              <w:t xml:space="preserve">, </w:t>
            </w:r>
            <w:proofErr w:type="spellStart"/>
            <w:r w:rsidRPr="00310D26">
              <w:rPr>
                <w:rFonts w:cs="Times New Roman"/>
                <w:szCs w:val="20"/>
              </w:rPr>
              <w:t>başvuruya</w:t>
            </w:r>
            <w:proofErr w:type="spellEnd"/>
            <w:r w:rsidRPr="00310D26">
              <w:rPr>
                <w:rFonts w:cs="Times New Roman"/>
                <w:szCs w:val="20"/>
              </w:rPr>
              <w:t xml:space="preserve"> </w:t>
            </w:r>
            <w:proofErr w:type="spellStart"/>
            <w:r w:rsidRPr="00310D26">
              <w:rPr>
                <w:rFonts w:cs="Times New Roman"/>
                <w:szCs w:val="20"/>
              </w:rPr>
              <w:t>sunulan</w:t>
            </w:r>
            <w:proofErr w:type="spellEnd"/>
            <w:r w:rsidRPr="00310D26">
              <w:rPr>
                <w:rFonts w:cs="Times New Roman"/>
                <w:szCs w:val="20"/>
              </w:rPr>
              <w:t xml:space="preserve"> </w:t>
            </w:r>
            <w:proofErr w:type="spellStart"/>
            <w:r w:rsidRPr="00310D26">
              <w:rPr>
                <w:rFonts w:cs="Times New Roman"/>
                <w:szCs w:val="20"/>
              </w:rPr>
              <w:t>projelerin</w:t>
            </w:r>
            <w:proofErr w:type="spellEnd"/>
            <w:r w:rsidRPr="00310D26">
              <w:rPr>
                <w:rFonts w:cs="Times New Roman"/>
                <w:szCs w:val="20"/>
              </w:rPr>
              <w:t xml:space="preserve"> </w:t>
            </w:r>
            <w:proofErr w:type="spellStart"/>
            <w:r w:rsidRPr="00310D26">
              <w:rPr>
                <w:rFonts w:cs="Times New Roman"/>
                <w:szCs w:val="20"/>
              </w:rPr>
              <w:t>tezle</w:t>
            </w:r>
            <w:proofErr w:type="spellEnd"/>
            <w:r w:rsidRPr="00310D26">
              <w:rPr>
                <w:rFonts w:cs="Times New Roman"/>
                <w:szCs w:val="20"/>
              </w:rPr>
              <w:t xml:space="preserve"> </w:t>
            </w:r>
            <w:proofErr w:type="spellStart"/>
            <w:r w:rsidRPr="00310D26">
              <w:rPr>
                <w:rFonts w:cs="Times New Roman"/>
                <w:szCs w:val="20"/>
              </w:rPr>
              <w:t>ilişkisi</w:t>
            </w:r>
            <w:proofErr w:type="spellEnd"/>
            <w:r w:rsidRPr="00310D26">
              <w:rPr>
                <w:rFonts w:cs="Times New Roman"/>
                <w:szCs w:val="20"/>
              </w:rPr>
              <w:t xml:space="preserve"> </w:t>
            </w:r>
            <w:proofErr w:type="spellStart"/>
            <w:r w:rsidRPr="00310D26">
              <w:rPr>
                <w:rFonts w:cs="Times New Roman"/>
                <w:szCs w:val="20"/>
              </w:rPr>
              <w:t>açıkça</w:t>
            </w:r>
            <w:proofErr w:type="spellEnd"/>
            <w:r w:rsidRPr="00310D26">
              <w:rPr>
                <w:rFonts w:cs="Times New Roman"/>
                <w:szCs w:val="20"/>
              </w:rPr>
              <w:t xml:space="preserve"> </w:t>
            </w:r>
            <w:proofErr w:type="spellStart"/>
            <w:r w:rsidRPr="00310D26">
              <w:rPr>
                <w:rFonts w:cs="Times New Roman"/>
                <w:szCs w:val="20"/>
              </w:rPr>
              <w:t>gösterilmeli</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bilgileri</w:t>
            </w:r>
            <w:proofErr w:type="spellEnd"/>
            <w:r w:rsidRPr="00310D26">
              <w:rPr>
                <w:rFonts w:cs="Times New Roman"/>
                <w:szCs w:val="20"/>
              </w:rPr>
              <w:t xml:space="preserve"> </w:t>
            </w:r>
            <w:proofErr w:type="spellStart"/>
            <w:r w:rsidRPr="00310D26">
              <w:rPr>
                <w:rFonts w:cs="Times New Roman"/>
                <w:szCs w:val="20"/>
              </w:rPr>
              <w:t>belgeyle</w:t>
            </w:r>
            <w:proofErr w:type="spellEnd"/>
            <w:r w:rsidRPr="00310D26">
              <w:rPr>
                <w:rFonts w:cs="Times New Roman"/>
                <w:szCs w:val="20"/>
              </w:rPr>
              <w:t xml:space="preserve"> </w:t>
            </w:r>
            <w:proofErr w:type="spellStart"/>
            <w:r w:rsidRPr="00310D26">
              <w:rPr>
                <w:rFonts w:cs="Times New Roman"/>
                <w:szCs w:val="20"/>
              </w:rPr>
              <w:t>desteklenmelidir</w:t>
            </w:r>
            <w:proofErr w:type="spellEnd"/>
            <w:r w:rsidRPr="00310D26">
              <w:rPr>
                <w:rFonts w:cs="Times New Roman"/>
                <w:szCs w:val="20"/>
              </w:rPr>
              <w:t>.</w:t>
            </w:r>
          </w:p>
        </w:tc>
      </w:tr>
      <w:tr w:rsidR="008E3A5E" w:rsidRPr="00310D26" w14:paraId="1945270C" w14:textId="77777777" w:rsidTr="008E3A5E">
        <w:trPr>
          <w:jc w:val="center"/>
        </w:trPr>
        <w:tc>
          <w:tcPr>
            <w:tcW w:w="1589" w:type="dxa"/>
            <w:vMerge/>
            <w:vAlign w:val="center"/>
          </w:tcPr>
          <w:p w14:paraId="348328C1" w14:textId="77777777" w:rsidR="008E3A5E" w:rsidRPr="00310D26" w:rsidRDefault="008E3A5E">
            <w:pPr>
              <w:rPr>
                <w:rFonts w:cs="Times New Roman"/>
                <w:color w:val="000000" w:themeColor="text1"/>
                <w:szCs w:val="20"/>
              </w:rPr>
            </w:pPr>
          </w:p>
        </w:tc>
        <w:tc>
          <w:tcPr>
            <w:tcW w:w="2630" w:type="dxa"/>
            <w:vAlign w:val="center"/>
          </w:tcPr>
          <w:p w14:paraId="26BF500D" w14:textId="77777777" w:rsidR="008E3A5E" w:rsidRPr="00310D26" w:rsidRDefault="008E3A5E" w:rsidP="005F5056">
            <w:pPr>
              <w:rPr>
                <w:rFonts w:cs="Times New Roman"/>
                <w:color w:val="000000" w:themeColor="text1"/>
                <w:szCs w:val="20"/>
              </w:rPr>
            </w:pPr>
            <w:r w:rsidRPr="00310D26">
              <w:rPr>
                <w:rFonts w:cs="Times New Roman"/>
                <w:color w:val="000000" w:themeColor="text1"/>
                <w:szCs w:val="20"/>
              </w:rPr>
              <w:t xml:space="preserve">TÜBİTAK 1001, 1003, 1004, 1007, 1505, 2244, 3501, TÜSEB B </w:t>
            </w:r>
            <w:proofErr w:type="spellStart"/>
            <w:r w:rsidRPr="00310D26">
              <w:rPr>
                <w:rFonts w:cs="Times New Roman"/>
                <w:color w:val="000000" w:themeColor="text1"/>
                <w:szCs w:val="20"/>
              </w:rPr>
              <w:t>Grubu</w:t>
            </w:r>
            <w:proofErr w:type="spellEnd"/>
            <w:r w:rsidRPr="00310D26">
              <w:rPr>
                <w:rFonts w:cs="Times New Roman"/>
                <w:color w:val="000000" w:themeColor="text1"/>
                <w:szCs w:val="20"/>
              </w:rPr>
              <w:t xml:space="preserve">, SAYEM, SANTEZ, TAGEM, COST, </w:t>
            </w: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İkili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İşbirliği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Programları</w:t>
            </w:r>
            <w:proofErr w:type="spellEnd"/>
          </w:p>
        </w:tc>
        <w:tc>
          <w:tcPr>
            <w:tcW w:w="992" w:type="dxa"/>
            <w:vAlign w:val="center"/>
          </w:tcPr>
          <w:p w14:paraId="146ED7B2" w14:textId="77777777" w:rsidR="008E3A5E" w:rsidRPr="00310D26" w:rsidRDefault="008E3A5E" w:rsidP="0024423D">
            <w:pPr>
              <w:jc w:val="center"/>
              <w:rPr>
                <w:rFonts w:cs="Times New Roman"/>
                <w:color w:val="000000" w:themeColor="text1"/>
                <w:szCs w:val="20"/>
              </w:rPr>
            </w:pPr>
            <w:r w:rsidRPr="00310D26">
              <w:rPr>
                <w:rFonts w:cs="Times New Roman"/>
                <w:color w:val="000000" w:themeColor="text1"/>
                <w:szCs w:val="20"/>
              </w:rPr>
              <w:t>90</w:t>
            </w:r>
          </w:p>
        </w:tc>
        <w:tc>
          <w:tcPr>
            <w:tcW w:w="5545" w:type="dxa"/>
            <w:vAlign w:val="center"/>
          </w:tcPr>
          <w:p w14:paraId="7B557A63" w14:textId="77777777" w:rsidR="008E3A5E" w:rsidRPr="00310D26" w:rsidRDefault="008E3A5E">
            <w:pPr>
              <w:rPr>
                <w:rFonts w:cs="Times New Roman"/>
                <w:color w:val="000000" w:themeColor="text1"/>
                <w:szCs w:val="20"/>
              </w:rPr>
            </w:pPr>
            <w:proofErr w:type="spellStart"/>
            <w:r w:rsidRPr="00310D26">
              <w:rPr>
                <w:rFonts w:cs="Times New Roman"/>
                <w:szCs w:val="20"/>
              </w:rPr>
              <w:t>Başvuruya</w:t>
            </w:r>
            <w:proofErr w:type="spellEnd"/>
            <w:r w:rsidRPr="00310D26">
              <w:rPr>
                <w:rFonts w:cs="Times New Roman"/>
                <w:szCs w:val="20"/>
              </w:rPr>
              <w:t xml:space="preserve"> </w:t>
            </w:r>
            <w:proofErr w:type="spellStart"/>
            <w:r w:rsidRPr="00310D26">
              <w:rPr>
                <w:rFonts w:cs="Times New Roman"/>
                <w:szCs w:val="20"/>
              </w:rPr>
              <w:t>sunulan</w:t>
            </w:r>
            <w:proofErr w:type="spellEnd"/>
            <w:r w:rsidRPr="00310D26">
              <w:rPr>
                <w:rFonts w:cs="Times New Roman"/>
                <w:szCs w:val="20"/>
              </w:rPr>
              <w:t xml:space="preserve"> </w:t>
            </w:r>
            <w:proofErr w:type="spellStart"/>
            <w:r w:rsidRPr="00310D26">
              <w:rPr>
                <w:rFonts w:cs="Times New Roman"/>
                <w:szCs w:val="20"/>
              </w:rPr>
              <w:t>projenin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Benzer</w:t>
            </w:r>
            <w:proofErr w:type="spellEnd"/>
            <w:r w:rsidRPr="00310D26">
              <w:rPr>
                <w:rFonts w:cs="Times New Roman"/>
                <w:szCs w:val="20"/>
              </w:rPr>
              <w:t xml:space="preserve"> </w:t>
            </w:r>
            <w:proofErr w:type="spellStart"/>
            <w:r w:rsidRPr="00310D26">
              <w:rPr>
                <w:rFonts w:cs="Times New Roman"/>
                <w:szCs w:val="20"/>
              </w:rPr>
              <w:t>nitelikte</w:t>
            </w:r>
            <w:proofErr w:type="spellEnd"/>
            <w:r w:rsidRPr="00310D26">
              <w:rPr>
                <w:rFonts w:cs="Times New Roman"/>
                <w:szCs w:val="20"/>
              </w:rPr>
              <w:t xml:space="preserve"> </w:t>
            </w:r>
            <w:proofErr w:type="spellStart"/>
            <w:r w:rsidRPr="00310D26">
              <w:rPr>
                <w:rFonts w:cs="Times New Roman"/>
                <w:szCs w:val="20"/>
              </w:rPr>
              <w:t>birden</w:t>
            </w:r>
            <w:proofErr w:type="spellEnd"/>
            <w:r w:rsidRPr="00310D26">
              <w:rPr>
                <w:rFonts w:cs="Times New Roman"/>
                <w:szCs w:val="20"/>
              </w:rPr>
              <w:t xml:space="preserve"> </w:t>
            </w:r>
            <w:proofErr w:type="spellStart"/>
            <w:r w:rsidRPr="00310D26">
              <w:rPr>
                <w:rFonts w:cs="Times New Roman"/>
                <w:szCs w:val="20"/>
              </w:rPr>
              <w:t>fazla</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bulunması</w:t>
            </w:r>
            <w:proofErr w:type="spellEnd"/>
            <w:r w:rsidRPr="00310D26">
              <w:rPr>
                <w:rFonts w:cs="Times New Roman"/>
                <w:szCs w:val="20"/>
              </w:rPr>
              <w:t xml:space="preserve"> </w:t>
            </w:r>
            <w:proofErr w:type="spellStart"/>
            <w:r w:rsidRPr="00310D26">
              <w:rPr>
                <w:rFonts w:cs="Times New Roman"/>
                <w:szCs w:val="20"/>
              </w:rPr>
              <w:t>halinde</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çalışmanın</w:t>
            </w:r>
            <w:proofErr w:type="spellEnd"/>
            <w:r w:rsidRPr="00310D26">
              <w:rPr>
                <w:rFonts w:cs="Times New Roman"/>
                <w:szCs w:val="20"/>
              </w:rPr>
              <w:t xml:space="preserve"> </w:t>
            </w:r>
            <w:proofErr w:type="spellStart"/>
            <w:r w:rsidRPr="00310D26">
              <w:rPr>
                <w:rFonts w:cs="Times New Roman"/>
                <w:szCs w:val="20"/>
              </w:rPr>
              <w:t>farklı</w:t>
            </w:r>
            <w:proofErr w:type="spellEnd"/>
            <w:r w:rsidRPr="00310D26">
              <w:rPr>
                <w:rFonts w:cs="Times New Roman"/>
                <w:szCs w:val="20"/>
              </w:rPr>
              <w:t xml:space="preserve"> </w:t>
            </w:r>
            <w:proofErr w:type="spellStart"/>
            <w:r w:rsidRPr="00310D26">
              <w:rPr>
                <w:rFonts w:cs="Times New Roman"/>
                <w:szCs w:val="20"/>
              </w:rPr>
              <w:t>projeler</w:t>
            </w:r>
            <w:proofErr w:type="spellEnd"/>
            <w:r w:rsidRPr="00310D26">
              <w:rPr>
                <w:rFonts w:cs="Times New Roman"/>
                <w:szCs w:val="20"/>
              </w:rPr>
              <w:t xml:space="preserve"> </w:t>
            </w:r>
            <w:proofErr w:type="spellStart"/>
            <w:r w:rsidRPr="00310D26">
              <w:rPr>
                <w:rFonts w:cs="Times New Roman"/>
                <w:szCs w:val="20"/>
              </w:rPr>
              <w:t>üzerinden</w:t>
            </w:r>
            <w:proofErr w:type="spellEnd"/>
            <w:r w:rsidRPr="00310D26">
              <w:rPr>
                <w:rFonts w:cs="Times New Roman"/>
                <w:szCs w:val="20"/>
              </w:rPr>
              <w:t xml:space="preserve"> </w:t>
            </w:r>
            <w:proofErr w:type="spellStart"/>
            <w:r w:rsidRPr="00310D26">
              <w:rPr>
                <w:rFonts w:cs="Times New Roman"/>
                <w:szCs w:val="20"/>
              </w:rPr>
              <w:t>mükerrer</w:t>
            </w:r>
            <w:proofErr w:type="spellEnd"/>
            <w:r w:rsidRPr="00310D26">
              <w:rPr>
                <w:rFonts w:cs="Times New Roman"/>
                <w:szCs w:val="20"/>
              </w:rPr>
              <w:t xml:space="preserve"> </w:t>
            </w:r>
            <w:proofErr w:type="spellStart"/>
            <w:r w:rsidRPr="00310D26">
              <w:rPr>
                <w:rFonts w:cs="Times New Roman"/>
                <w:szCs w:val="20"/>
              </w:rPr>
              <w:t>değerlendirilmemesine</w:t>
            </w:r>
            <w:proofErr w:type="spellEnd"/>
            <w:r w:rsidRPr="00310D26">
              <w:rPr>
                <w:rFonts w:cs="Times New Roman"/>
                <w:szCs w:val="20"/>
              </w:rPr>
              <w:t xml:space="preserve"> </w:t>
            </w:r>
            <w:proofErr w:type="spellStart"/>
            <w:r w:rsidRPr="00310D26">
              <w:rPr>
                <w:rFonts w:cs="Times New Roman"/>
                <w:szCs w:val="20"/>
              </w:rPr>
              <w:t>dikkat</w:t>
            </w:r>
            <w:proofErr w:type="spellEnd"/>
            <w:r w:rsidRPr="00310D26">
              <w:rPr>
                <w:rFonts w:cs="Times New Roman"/>
                <w:szCs w:val="20"/>
              </w:rPr>
              <w:t xml:space="preserve"> </w:t>
            </w:r>
            <w:proofErr w:type="spellStart"/>
            <w:r w:rsidRPr="00310D26">
              <w:rPr>
                <w:rFonts w:cs="Times New Roman"/>
                <w:szCs w:val="20"/>
              </w:rPr>
              <w:t>edilmelidir</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w:t>
            </w:r>
            <w:proofErr w:type="spellStart"/>
            <w:r w:rsidRPr="00310D26">
              <w:rPr>
                <w:rFonts w:cs="Times New Roman"/>
                <w:szCs w:val="20"/>
              </w:rPr>
              <w:t>tez</w:t>
            </w:r>
            <w:proofErr w:type="spellEnd"/>
            <w:r w:rsidRPr="00310D26">
              <w:rPr>
                <w:rFonts w:cs="Times New Roman"/>
                <w:szCs w:val="20"/>
              </w:rPr>
              <w:t xml:space="preserve"> </w:t>
            </w:r>
            <w:proofErr w:type="spellStart"/>
            <w:r w:rsidRPr="00310D26">
              <w:rPr>
                <w:rFonts w:cs="Times New Roman"/>
                <w:szCs w:val="20"/>
              </w:rPr>
              <w:t>ilişkisi</w:t>
            </w:r>
            <w:proofErr w:type="spellEnd"/>
            <w:r w:rsidRPr="00310D26">
              <w:rPr>
                <w:rFonts w:cs="Times New Roman"/>
                <w:szCs w:val="20"/>
              </w:rPr>
              <w:t xml:space="preserve"> </w:t>
            </w:r>
            <w:proofErr w:type="spellStart"/>
            <w:r w:rsidRPr="00310D26">
              <w:rPr>
                <w:rFonts w:cs="Times New Roman"/>
                <w:szCs w:val="20"/>
              </w:rPr>
              <w:t>açık</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belgelenebilir</w:t>
            </w:r>
            <w:proofErr w:type="spellEnd"/>
            <w:r w:rsidRPr="00310D26">
              <w:rPr>
                <w:rFonts w:cs="Times New Roman"/>
                <w:szCs w:val="20"/>
              </w:rPr>
              <w:t xml:space="preserve"> </w:t>
            </w:r>
            <w:proofErr w:type="spellStart"/>
            <w:r w:rsidRPr="00310D26">
              <w:rPr>
                <w:rFonts w:cs="Times New Roman"/>
                <w:szCs w:val="20"/>
              </w:rPr>
              <w:t>şekilde</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w:t>
            </w:r>
          </w:p>
        </w:tc>
      </w:tr>
      <w:tr w:rsidR="008E3A5E" w:rsidRPr="00310D26" w14:paraId="4056A221" w14:textId="77777777" w:rsidTr="008E3A5E">
        <w:trPr>
          <w:jc w:val="center"/>
        </w:trPr>
        <w:tc>
          <w:tcPr>
            <w:tcW w:w="1589" w:type="dxa"/>
            <w:vMerge/>
            <w:vAlign w:val="center"/>
          </w:tcPr>
          <w:p w14:paraId="0CF7AD3C" w14:textId="77777777" w:rsidR="008E3A5E" w:rsidRPr="00310D26" w:rsidRDefault="008E3A5E" w:rsidP="008E3A5E">
            <w:pPr>
              <w:rPr>
                <w:rFonts w:cs="Times New Roman"/>
                <w:color w:val="000000" w:themeColor="text1"/>
                <w:szCs w:val="20"/>
              </w:rPr>
            </w:pPr>
          </w:p>
        </w:tc>
        <w:tc>
          <w:tcPr>
            <w:tcW w:w="2630" w:type="dxa"/>
            <w:vAlign w:val="center"/>
          </w:tcPr>
          <w:p w14:paraId="14BDA147" w14:textId="77777777" w:rsidR="008E3A5E" w:rsidRPr="00310D26" w:rsidRDefault="008E3A5E" w:rsidP="003A18D2">
            <w:pPr>
              <w:rPr>
                <w:rFonts w:cs="Times New Roman"/>
                <w:color w:val="000000" w:themeColor="text1"/>
                <w:szCs w:val="20"/>
              </w:rPr>
            </w:pPr>
            <w:proofErr w:type="spellStart"/>
            <w:r w:rsidRPr="00310D26">
              <w:rPr>
                <w:rFonts w:cs="Times New Roman"/>
                <w:color w:val="000000" w:themeColor="text1"/>
                <w:szCs w:val="20"/>
              </w:rPr>
              <w:t>Diğer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özel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veya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resmi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kurum</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kuruluşlar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tarafından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desteklenmiş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destek</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süresi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dokuz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aydan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olmayan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w:t>
            </w:r>
            <w:proofErr w:type="spellEnd"/>
            <w:r w:rsidRPr="00310D26">
              <w:rPr>
                <w:rFonts w:cs="Times New Roman"/>
                <w:color w:val="000000" w:themeColor="text1"/>
                <w:szCs w:val="20"/>
              </w:rPr>
              <w:t xml:space="preserve">-Ge </w:t>
            </w:r>
            <w:proofErr w:type="spellStart"/>
            <w:r w:rsidRPr="00310D26">
              <w:rPr>
                <w:rFonts w:cs="Times New Roman"/>
                <w:color w:val="000000" w:themeColor="text1"/>
                <w:szCs w:val="20"/>
              </w:rPr>
              <w:t>niteliğine</w:t>
            </w:r>
            <w:proofErr w:type="spellEnd"/>
          </w:p>
          <w:p w14:paraId="49E0E966" w14:textId="77777777" w:rsidR="008E3A5E" w:rsidRPr="00310D26" w:rsidRDefault="008E3A5E" w:rsidP="003A18D2">
            <w:pPr>
              <w:rPr>
                <w:rFonts w:cs="Times New Roman"/>
                <w:color w:val="000000" w:themeColor="text1"/>
                <w:szCs w:val="20"/>
              </w:rPr>
            </w:pPr>
            <w:proofErr w:type="spellStart"/>
            <w:r w:rsidRPr="00310D26">
              <w:rPr>
                <w:rFonts w:cs="Times New Roman"/>
                <w:color w:val="000000" w:themeColor="text1"/>
                <w:szCs w:val="20"/>
              </w:rPr>
              <w:t>haiz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proje</w:t>
            </w:r>
            <w:proofErr w:type="spellEnd"/>
          </w:p>
        </w:tc>
        <w:tc>
          <w:tcPr>
            <w:tcW w:w="992" w:type="dxa"/>
            <w:vAlign w:val="center"/>
          </w:tcPr>
          <w:p w14:paraId="5466C844" w14:textId="77777777" w:rsidR="008E3A5E" w:rsidRPr="00310D26" w:rsidRDefault="008E3A5E" w:rsidP="0024423D">
            <w:pPr>
              <w:jc w:val="center"/>
              <w:rPr>
                <w:rFonts w:cs="Times New Roman"/>
                <w:color w:val="000000" w:themeColor="text1"/>
                <w:szCs w:val="20"/>
              </w:rPr>
            </w:pPr>
            <w:r w:rsidRPr="00310D26">
              <w:rPr>
                <w:rFonts w:cs="Times New Roman"/>
                <w:color w:val="000000" w:themeColor="text1"/>
                <w:szCs w:val="20"/>
              </w:rPr>
              <w:t>80</w:t>
            </w:r>
          </w:p>
        </w:tc>
        <w:tc>
          <w:tcPr>
            <w:tcW w:w="5545" w:type="dxa"/>
            <w:vAlign w:val="center"/>
          </w:tcPr>
          <w:p w14:paraId="061DCD38" w14:textId="77777777" w:rsidR="008E3A5E" w:rsidRPr="00310D26" w:rsidRDefault="008E3A5E">
            <w:pPr>
              <w:rPr>
                <w:rFonts w:cs="Times New Roman"/>
                <w:color w:val="000000" w:themeColor="text1"/>
                <w:szCs w:val="20"/>
              </w:rPr>
            </w:pPr>
            <w:proofErr w:type="spellStart"/>
            <w:r w:rsidRPr="00310D26">
              <w:rPr>
                <w:rFonts w:cs="Times New Roman"/>
                <w:szCs w:val="20"/>
              </w:rPr>
              <w:t>Projenin</w:t>
            </w:r>
            <w:proofErr w:type="spellEnd"/>
            <w:r w:rsidRPr="00310D26">
              <w:rPr>
                <w:rFonts w:cs="Times New Roman"/>
                <w:szCs w:val="20"/>
              </w:rPr>
              <w:t xml:space="preserve"> </w:t>
            </w:r>
            <w:proofErr w:type="spellStart"/>
            <w:r w:rsidRPr="00310D26">
              <w:rPr>
                <w:rFonts w:cs="Times New Roman"/>
                <w:szCs w:val="20"/>
              </w:rPr>
              <w:t>destek</w:t>
            </w:r>
            <w:proofErr w:type="spellEnd"/>
            <w:r w:rsidRPr="00310D26">
              <w:rPr>
                <w:rFonts w:cs="Times New Roman"/>
                <w:szCs w:val="20"/>
              </w:rPr>
              <w:t xml:space="preserve"> </w:t>
            </w:r>
            <w:proofErr w:type="spellStart"/>
            <w:r w:rsidRPr="00310D26">
              <w:rPr>
                <w:rFonts w:cs="Times New Roman"/>
                <w:szCs w:val="20"/>
              </w:rPr>
              <w:t>süresinin</w:t>
            </w:r>
            <w:proofErr w:type="spellEnd"/>
            <w:r w:rsidRPr="00310D26">
              <w:rPr>
                <w:rFonts w:cs="Times New Roman"/>
                <w:szCs w:val="20"/>
              </w:rPr>
              <w:t xml:space="preserve"> </w:t>
            </w:r>
            <w:proofErr w:type="spellStart"/>
            <w:r w:rsidRPr="00310D26">
              <w:rPr>
                <w:rFonts w:cs="Times New Roman"/>
                <w:szCs w:val="20"/>
              </w:rPr>
              <w:t>en</w:t>
            </w:r>
            <w:proofErr w:type="spellEnd"/>
            <w:r w:rsidRPr="00310D26">
              <w:rPr>
                <w:rFonts w:cs="Times New Roman"/>
                <w:szCs w:val="20"/>
              </w:rPr>
              <w:t xml:space="preserve"> </w:t>
            </w:r>
            <w:proofErr w:type="spellStart"/>
            <w:r w:rsidRPr="00310D26">
              <w:rPr>
                <w:rFonts w:cs="Times New Roman"/>
                <w:szCs w:val="20"/>
              </w:rPr>
              <w:t>az</w:t>
            </w:r>
            <w:proofErr w:type="spellEnd"/>
            <w:r w:rsidRPr="00310D26">
              <w:rPr>
                <w:rFonts w:cs="Times New Roman"/>
                <w:szCs w:val="20"/>
              </w:rPr>
              <w:t xml:space="preserve"> </w:t>
            </w:r>
            <w:proofErr w:type="spellStart"/>
            <w:r w:rsidRPr="00310D26">
              <w:rPr>
                <w:rFonts w:cs="Times New Roman"/>
                <w:szCs w:val="20"/>
              </w:rPr>
              <w:t>dokuz</w:t>
            </w:r>
            <w:proofErr w:type="spellEnd"/>
            <w:r w:rsidRPr="00310D26">
              <w:rPr>
                <w:rFonts w:cs="Times New Roman"/>
                <w:szCs w:val="20"/>
              </w:rPr>
              <w:t xml:space="preserve"> ay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Ar</w:t>
            </w:r>
            <w:proofErr w:type="spellEnd"/>
            <w:r w:rsidRPr="00310D26">
              <w:rPr>
                <w:rFonts w:cs="Times New Roman"/>
                <w:szCs w:val="20"/>
              </w:rPr>
              <w:t xml:space="preserve">-Ge </w:t>
            </w:r>
            <w:proofErr w:type="spellStart"/>
            <w:r w:rsidRPr="00310D26">
              <w:rPr>
                <w:rFonts w:cs="Times New Roman"/>
                <w:szCs w:val="20"/>
              </w:rPr>
              <w:t>niteliği</w:t>
            </w:r>
            <w:proofErr w:type="spellEnd"/>
            <w:r w:rsidRPr="00310D26">
              <w:rPr>
                <w:rFonts w:cs="Times New Roman"/>
                <w:szCs w:val="20"/>
              </w:rPr>
              <w:t xml:space="preserve"> </w:t>
            </w:r>
            <w:proofErr w:type="spellStart"/>
            <w:r w:rsidRPr="00310D26">
              <w:rPr>
                <w:rFonts w:cs="Times New Roman"/>
                <w:szCs w:val="20"/>
              </w:rPr>
              <w:t>taşıması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Başvuru</w:t>
            </w:r>
            <w:proofErr w:type="spellEnd"/>
            <w:r w:rsidRPr="00310D26">
              <w:rPr>
                <w:rFonts w:cs="Times New Roman"/>
                <w:szCs w:val="20"/>
              </w:rPr>
              <w:t xml:space="preserve"> </w:t>
            </w:r>
            <w:proofErr w:type="spellStart"/>
            <w:r w:rsidRPr="00310D26">
              <w:rPr>
                <w:rFonts w:cs="Times New Roman"/>
                <w:szCs w:val="20"/>
              </w:rPr>
              <w:t>sırasında</w:t>
            </w:r>
            <w:proofErr w:type="spellEnd"/>
            <w:r w:rsidRPr="00310D26">
              <w:rPr>
                <w:rFonts w:cs="Times New Roman"/>
                <w:szCs w:val="20"/>
              </w:rPr>
              <w:t xml:space="preserve"> </w:t>
            </w:r>
            <w:proofErr w:type="spellStart"/>
            <w:r w:rsidRPr="00310D26">
              <w:rPr>
                <w:rFonts w:cs="Times New Roman"/>
                <w:szCs w:val="20"/>
              </w:rPr>
              <w:t>yalnızca</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projelerin</w:t>
            </w:r>
            <w:proofErr w:type="spellEnd"/>
            <w:r w:rsidRPr="00310D26">
              <w:rPr>
                <w:rFonts w:cs="Times New Roman"/>
                <w:szCs w:val="20"/>
              </w:rPr>
              <w:t xml:space="preserve"> </w:t>
            </w:r>
            <w:proofErr w:type="spellStart"/>
            <w:r w:rsidRPr="00310D26">
              <w:rPr>
                <w:rFonts w:cs="Times New Roman"/>
                <w:szCs w:val="20"/>
              </w:rPr>
              <w:t>sunulmasına</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w:t>
            </w:r>
            <w:proofErr w:type="spellStart"/>
            <w:r w:rsidRPr="00310D26">
              <w:rPr>
                <w:rFonts w:cs="Times New Roman"/>
                <w:szCs w:val="20"/>
              </w:rPr>
              <w:t>tez</w:t>
            </w:r>
            <w:proofErr w:type="spellEnd"/>
            <w:r w:rsidRPr="00310D26">
              <w:rPr>
                <w:rFonts w:cs="Times New Roman"/>
                <w:szCs w:val="20"/>
              </w:rPr>
              <w:t xml:space="preserve"> </w:t>
            </w:r>
            <w:proofErr w:type="spellStart"/>
            <w:r w:rsidRPr="00310D26">
              <w:rPr>
                <w:rFonts w:cs="Times New Roman"/>
                <w:szCs w:val="20"/>
              </w:rPr>
              <w:t>ilişkisinin</w:t>
            </w:r>
            <w:proofErr w:type="spellEnd"/>
            <w:r w:rsidRPr="00310D26">
              <w:rPr>
                <w:rFonts w:cs="Times New Roman"/>
                <w:szCs w:val="20"/>
              </w:rPr>
              <w:t xml:space="preserve"> </w:t>
            </w:r>
            <w:proofErr w:type="spellStart"/>
            <w:r w:rsidRPr="00310D26">
              <w:rPr>
                <w:rFonts w:cs="Times New Roman"/>
                <w:szCs w:val="20"/>
              </w:rPr>
              <w:t>belgelerle</w:t>
            </w:r>
            <w:proofErr w:type="spellEnd"/>
            <w:r w:rsidRPr="00310D26">
              <w:rPr>
                <w:rFonts w:cs="Times New Roman"/>
                <w:szCs w:val="20"/>
              </w:rPr>
              <w:t xml:space="preserve"> </w:t>
            </w:r>
            <w:proofErr w:type="spellStart"/>
            <w:r w:rsidRPr="00310D26">
              <w:rPr>
                <w:rFonts w:cs="Times New Roman"/>
                <w:szCs w:val="20"/>
              </w:rPr>
              <w:t>açıkça</w:t>
            </w:r>
            <w:proofErr w:type="spellEnd"/>
            <w:r w:rsidRPr="00310D26">
              <w:rPr>
                <w:rFonts w:cs="Times New Roman"/>
                <w:szCs w:val="20"/>
              </w:rPr>
              <w:t xml:space="preserve"> </w:t>
            </w:r>
            <w:proofErr w:type="spellStart"/>
            <w:r w:rsidRPr="00310D26">
              <w:rPr>
                <w:rFonts w:cs="Times New Roman"/>
                <w:szCs w:val="20"/>
              </w:rPr>
              <w:t>gösterilmesine</w:t>
            </w:r>
            <w:proofErr w:type="spellEnd"/>
            <w:r w:rsidRPr="00310D26">
              <w:rPr>
                <w:rFonts w:cs="Times New Roman"/>
                <w:szCs w:val="20"/>
              </w:rPr>
              <w:t xml:space="preserve"> </w:t>
            </w:r>
            <w:proofErr w:type="spellStart"/>
            <w:r w:rsidRPr="00310D26">
              <w:rPr>
                <w:rFonts w:cs="Times New Roman"/>
                <w:szCs w:val="20"/>
              </w:rPr>
              <w:t>dikkat</w:t>
            </w:r>
            <w:proofErr w:type="spellEnd"/>
            <w:r w:rsidRPr="00310D26">
              <w:rPr>
                <w:rFonts w:cs="Times New Roman"/>
                <w:szCs w:val="20"/>
              </w:rPr>
              <w:t xml:space="preserve"> </w:t>
            </w:r>
            <w:proofErr w:type="spellStart"/>
            <w:r w:rsidRPr="00310D26">
              <w:rPr>
                <w:rFonts w:cs="Times New Roman"/>
                <w:szCs w:val="20"/>
              </w:rPr>
              <w:t>edilmelidir</w:t>
            </w:r>
            <w:proofErr w:type="spellEnd"/>
            <w:r w:rsidRPr="00310D26">
              <w:rPr>
                <w:rFonts w:cs="Times New Roman"/>
                <w:szCs w:val="20"/>
              </w:rPr>
              <w:t>.</w:t>
            </w:r>
          </w:p>
        </w:tc>
      </w:tr>
      <w:tr w:rsidR="008E3A5E" w:rsidRPr="00310D26" w14:paraId="14DF7EAE" w14:textId="77777777" w:rsidTr="008E3A5E">
        <w:trPr>
          <w:jc w:val="center"/>
        </w:trPr>
        <w:tc>
          <w:tcPr>
            <w:tcW w:w="1589" w:type="dxa"/>
            <w:vMerge/>
            <w:vAlign w:val="center"/>
          </w:tcPr>
          <w:p w14:paraId="56969C16" w14:textId="77777777" w:rsidR="008E3A5E" w:rsidRPr="00310D26" w:rsidRDefault="008E3A5E">
            <w:pPr>
              <w:rPr>
                <w:rFonts w:cs="Times New Roman"/>
                <w:color w:val="000000" w:themeColor="text1"/>
                <w:szCs w:val="20"/>
              </w:rPr>
            </w:pPr>
          </w:p>
        </w:tc>
        <w:tc>
          <w:tcPr>
            <w:tcW w:w="2630" w:type="dxa"/>
            <w:vAlign w:val="center"/>
          </w:tcPr>
          <w:p w14:paraId="6AEED87F" w14:textId="31442920" w:rsidR="008E3A5E" w:rsidRPr="00310D26" w:rsidRDefault="008E3A5E">
            <w:pPr>
              <w:rPr>
                <w:rFonts w:cs="Times New Roman"/>
                <w:color w:val="000000" w:themeColor="text1"/>
                <w:szCs w:val="20"/>
              </w:rPr>
            </w:pPr>
            <w:r w:rsidRPr="00310D26">
              <w:rPr>
                <w:rFonts w:cs="Times New Roman"/>
                <w:color w:val="000000" w:themeColor="text1"/>
                <w:szCs w:val="20"/>
              </w:rPr>
              <w:t xml:space="preserve">TÜBİTAK 1002, 1005, </w:t>
            </w:r>
            <w:r w:rsidRPr="00B94B27">
              <w:rPr>
                <w:rFonts w:cs="Times New Roman"/>
                <w:bCs/>
                <w:color w:val="000000" w:themeColor="text1"/>
                <w:szCs w:val="20"/>
              </w:rPr>
              <w:t>2214-A</w:t>
            </w:r>
            <w:r w:rsidR="00B94B27">
              <w:rPr>
                <w:rFonts w:cs="Times New Roman"/>
                <w:bCs/>
                <w:color w:val="000000" w:themeColor="text1"/>
                <w:szCs w:val="20"/>
              </w:rPr>
              <w:t>,</w:t>
            </w:r>
            <w:r w:rsidRPr="00B94B27">
              <w:rPr>
                <w:rFonts w:cs="Times New Roman"/>
                <w:bCs/>
                <w:color w:val="000000" w:themeColor="text1"/>
                <w:szCs w:val="20"/>
              </w:rPr>
              <w:t xml:space="preserve"> 3001, TÜSEB (A2-01, A3-01, A3-02, </w:t>
            </w:r>
            <w:r w:rsidRPr="00310D26">
              <w:rPr>
                <w:rFonts w:cs="Times New Roman"/>
                <w:color w:val="000000" w:themeColor="text1"/>
                <w:szCs w:val="20"/>
              </w:rPr>
              <w:t>A4-01)</w:t>
            </w:r>
          </w:p>
        </w:tc>
        <w:tc>
          <w:tcPr>
            <w:tcW w:w="992" w:type="dxa"/>
            <w:vAlign w:val="center"/>
          </w:tcPr>
          <w:p w14:paraId="67F47E8A" w14:textId="77777777" w:rsidR="008E3A5E" w:rsidRPr="00310D26" w:rsidRDefault="008E3A5E" w:rsidP="0024423D">
            <w:pPr>
              <w:jc w:val="center"/>
              <w:rPr>
                <w:rFonts w:cs="Times New Roman"/>
                <w:color w:val="000000" w:themeColor="text1"/>
                <w:szCs w:val="20"/>
              </w:rPr>
            </w:pPr>
            <w:r w:rsidRPr="00310D26">
              <w:rPr>
                <w:rFonts w:cs="Times New Roman"/>
                <w:color w:val="000000" w:themeColor="text1"/>
                <w:szCs w:val="20"/>
              </w:rPr>
              <w:t>50</w:t>
            </w:r>
          </w:p>
        </w:tc>
        <w:tc>
          <w:tcPr>
            <w:tcW w:w="5545" w:type="dxa"/>
            <w:vAlign w:val="center"/>
          </w:tcPr>
          <w:p w14:paraId="29A75E75" w14:textId="77777777" w:rsidR="008E3A5E" w:rsidRPr="00310D26" w:rsidRDefault="008E3A5E">
            <w:pPr>
              <w:rPr>
                <w:rFonts w:cs="Times New Roman"/>
                <w:color w:val="000000" w:themeColor="text1"/>
                <w:szCs w:val="20"/>
              </w:rPr>
            </w:pPr>
            <w:proofErr w:type="spellStart"/>
            <w:r w:rsidRPr="00310D26">
              <w:rPr>
                <w:rFonts w:cs="Times New Roman"/>
                <w:szCs w:val="20"/>
              </w:rPr>
              <w:t>Başvuruya</w:t>
            </w:r>
            <w:proofErr w:type="spellEnd"/>
            <w:r w:rsidRPr="00310D26">
              <w:rPr>
                <w:rFonts w:cs="Times New Roman"/>
                <w:szCs w:val="20"/>
              </w:rPr>
              <w:t xml:space="preserve"> </w:t>
            </w:r>
            <w:proofErr w:type="spellStart"/>
            <w:r w:rsidRPr="00310D26">
              <w:rPr>
                <w:rFonts w:cs="Times New Roman"/>
                <w:szCs w:val="20"/>
              </w:rPr>
              <w:t>sunulan</w:t>
            </w:r>
            <w:proofErr w:type="spellEnd"/>
            <w:r w:rsidRPr="00310D26">
              <w:rPr>
                <w:rFonts w:cs="Times New Roman"/>
                <w:szCs w:val="20"/>
              </w:rPr>
              <w:t xml:space="preserve"> </w:t>
            </w:r>
            <w:proofErr w:type="spellStart"/>
            <w:r w:rsidRPr="00310D26">
              <w:rPr>
                <w:rFonts w:cs="Times New Roman"/>
                <w:szCs w:val="20"/>
              </w:rPr>
              <w:t>projenin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veya</w:t>
            </w:r>
            <w:proofErr w:type="spellEnd"/>
            <w:r w:rsidRPr="00310D26">
              <w:rPr>
                <w:rFonts w:cs="Times New Roman"/>
                <w:szCs w:val="20"/>
              </w:rPr>
              <w:t xml:space="preserve"> </w:t>
            </w:r>
            <w:proofErr w:type="spellStart"/>
            <w:r w:rsidRPr="00310D26">
              <w:rPr>
                <w:rFonts w:cs="Times New Roman"/>
                <w:szCs w:val="20"/>
              </w:rPr>
              <w:t>benzer</w:t>
            </w:r>
            <w:proofErr w:type="spellEnd"/>
            <w:r w:rsidRPr="00310D26">
              <w:rPr>
                <w:rFonts w:cs="Times New Roman"/>
                <w:szCs w:val="20"/>
              </w:rPr>
              <w:t xml:space="preserve"> </w:t>
            </w:r>
            <w:proofErr w:type="spellStart"/>
            <w:r w:rsidRPr="00310D26">
              <w:rPr>
                <w:rFonts w:cs="Times New Roman"/>
                <w:szCs w:val="20"/>
              </w:rPr>
              <w:t>nitelikteki</w:t>
            </w:r>
            <w:proofErr w:type="spellEnd"/>
            <w:r w:rsidRPr="00310D26">
              <w:rPr>
                <w:rFonts w:cs="Times New Roman"/>
                <w:szCs w:val="20"/>
              </w:rPr>
              <w:t xml:space="preserve"> </w:t>
            </w:r>
            <w:proofErr w:type="spellStart"/>
            <w:r w:rsidRPr="00310D26">
              <w:rPr>
                <w:rFonts w:cs="Times New Roman"/>
                <w:szCs w:val="20"/>
              </w:rPr>
              <w:t>projelerin</w:t>
            </w:r>
            <w:proofErr w:type="spellEnd"/>
            <w:r w:rsidRPr="00310D26">
              <w:rPr>
                <w:rFonts w:cs="Times New Roman"/>
                <w:szCs w:val="20"/>
              </w:rPr>
              <w:t xml:space="preserve"> </w:t>
            </w:r>
            <w:proofErr w:type="spellStart"/>
            <w:r w:rsidRPr="00310D26">
              <w:rPr>
                <w:rFonts w:cs="Times New Roman"/>
                <w:szCs w:val="20"/>
              </w:rPr>
              <w:t>birden</w:t>
            </w:r>
            <w:proofErr w:type="spellEnd"/>
            <w:r w:rsidRPr="00310D26">
              <w:rPr>
                <w:rFonts w:cs="Times New Roman"/>
                <w:szCs w:val="20"/>
              </w:rPr>
              <w:t xml:space="preserve"> </w:t>
            </w:r>
            <w:proofErr w:type="spellStart"/>
            <w:r w:rsidRPr="00310D26">
              <w:rPr>
                <w:rFonts w:cs="Times New Roman"/>
                <w:szCs w:val="20"/>
              </w:rPr>
              <w:t>fazla</w:t>
            </w:r>
            <w:proofErr w:type="spellEnd"/>
            <w:r w:rsidRPr="00310D26">
              <w:rPr>
                <w:rFonts w:cs="Times New Roman"/>
                <w:szCs w:val="20"/>
              </w:rPr>
              <w:t xml:space="preserve"> </w:t>
            </w:r>
            <w:proofErr w:type="spellStart"/>
            <w:r w:rsidRPr="00310D26">
              <w:rPr>
                <w:rFonts w:cs="Times New Roman"/>
                <w:szCs w:val="20"/>
              </w:rPr>
              <w:t>kez</w:t>
            </w:r>
            <w:proofErr w:type="spellEnd"/>
            <w:r w:rsidRPr="00310D26">
              <w:rPr>
                <w:rFonts w:cs="Times New Roman"/>
                <w:szCs w:val="20"/>
              </w:rPr>
              <w:t xml:space="preserve"> </w:t>
            </w:r>
            <w:proofErr w:type="spellStart"/>
            <w:r w:rsidRPr="00310D26">
              <w:rPr>
                <w:rFonts w:cs="Times New Roman"/>
                <w:szCs w:val="20"/>
              </w:rPr>
              <w:t>puanlanmaması</w:t>
            </w:r>
            <w:proofErr w:type="spellEnd"/>
            <w:r w:rsidRPr="00310D26">
              <w:rPr>
                <w:rFonts w:cs="Times New Roman"/>
                <w:szCs w:val="20"/>
              </w:rPr>
              <w:t xml:space="preserve"> </w:t>
            </w:r>
            <w:proofErr w:type="spellStart"/>
            <w:r w:rsidRPr="00310D26">
              <w:rPr>
                <w:rFonts w:cs="Times New Roman"/>
                <w:szCs w:val="20"/>
              </w:rPr>
              <w:t>için</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çıktıları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tezle</w:t>
            </w:r>
            <w:proofErr w:type="spellEnd"/>
            <w:r w:rsidRPr="00310D26">
              <w:rPr>
                <w:rFonts w:cs="Times New Roman"/>
                <w:szCs w:val="20"/>
              </w:rPr>
              <w:t xml:space="preserve"> </w:t>
            </w:r>
            <w:proofErr w:type="spellStart"/>
            <w:r w:rsidRPr="00310D26">
              <w:rPr>
                <w:rFonts w:cs="Times New Roman"/>
                <w:szCs w:val="20"/>
              </w:rPr>
              <w:t>ilişkisi</w:t>
            </w:r>
            <w:proofErr w:type="spellEnd"/>
            <w:r w:rsidRPr="00310D26">
              <w:rPr>
                <w:rFonts w:cs="Times New Roman"/>
                <w:szCs w:val="20"/>
              </w:rPr>
              <w:t xml:space="preserve"> </w:t>
            </w:r>
            <w:proofErr w:type="spellStart"/>
            <w:r w:rsidRPr="00310D26">
              <w:rPr>
                <w:rFonts w:cs="Times New Roman"/>
                <w:szCs w:val="20"/>
              </w:rPr>
              <w:t>açıkça</w:t>
            </w:r>
            <w:proofErr w:type="spellEnd"/>
            <w:r w:rsidRPr="00310D26">
              <w:rPr>
                <w:rFonts w:cs="Times New Roman"/>
                <w:szCs w:val="20"/>
              </w:rPr>
              <w:t xml:space="preserve"> </w:t>
            </w:r>
            <w:proofErr w:type="spellStart"/>
            <w:r w:rsidRPr="00310D26">
              <w:rPr>
                <w:rFonts w:cs="Times New Roman"/>
                <w:szCs w:val="20"/>
              </w:rPr>
              <w:t>belirtilmelidir</w:t>
            </w:r>
            <w:proofErr w:type="spellEnd"/>
            <w:r w:rsidRPr="00310D26">
              <w:rPr>
                <w:rFonts w:cs="Times New Roman"/>
                <w:szCs w:val="20"/>
              </w:rPr>
              <w:t>.</w:t>
            </w:r>
          </w:p>
        </w:tc>
      </w:tr>
      <w:tr w:rsidR="008E3A5E" w:rsidRPr="00310D26" w14:paraId="60B6178A" w14:textId="77777777" w:rsidTr="008E3A5E">
        <w:trPr>
          <w:trHeight w:val="611"/>
          <w:jc w:val="center"/>
        </w:trPr>
        <w:tc>
          <w:tcPr>
            <w:tcW w:w="1589" w:type="dxa"/>
            <w:vMerge/>
            <w:vAlign w:val="center"/>
          </w:tcPr>
          <w:p w14:paraId="5D0B9A52" w14:textId="739365CE" w:rsidR="008E3A5E" w:rsidRPr="00310D26" w:rsidRDefault="008E3A5E">
            <w:pPr>
              <w:rPr>
                <w:rFonts w:cs="Times New Roman"/>
                <w:color w:val="000000" w:themeColor="text1"/>
                <w:szCs w:val="20"/>
              </w:rPr>
            </w:pPr>
          </w:p>
        </w:tc>
        <w:tc>
          <w:tcPr>
            <w:tcW w:w="2630" w:type="dxa"/>
            <w:vAlign w:val="center"/>
          </w:tcPr>
          <w:p w14:paraId="212C3613" w14:textId="77777777" w:rsidR="008E3A5E" w:rsidRPr="00310D26" w:rsidRDefault="008E3A5E">
            <w:pPr>
              <w:rPr>
                <w:rFonts w:cs="Times New Roman"/>
                <w:color w:val="000000" w:themeColor="text1"/>
                <w:szCs w:val="20"/>
              </w:rPr>
            </w:pPr>
            <w:r w:rsidRPr="00310D26">
              <w:rPr>
                <w:rFonts w:cs="Times New Roman"/>
                <w:color w:val="000000" w:themeColor="text1"/>
                <w:szCs w:val="20"/>
              </w:rPr>
              <w:t xml:space="preserve">TÜBİTAK </w:t>
            </w:r>
            <w:proofErr w:type="spellStart"/>
            <w:r w:rsidRPr="00310D26">
              <w:rPr>
                <w:rFonts w:cs="Times New Roman"/>
                <w:color w:val="000000" w:themeColor="text1"/>
                <w:szCs w:val="20"/>
              </w:rPr>
              <w:t>Bilim</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Toplum</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Projeleri</w:t>
            </w:r>
            <w:proofErr w:type="spellEnd"/>
          </w:p>
        </w:tc>
        <w:tc>
          <w:tcPr>
            <w:tcW w:w="992" w:type="dxa"/>
            <w:vAlign w:val="center"/>
          </w:tcPr>
          <w:p w14:paraId="38233B2A" w14:textId="77777777" w:rsidR="008E3A5E" w:rsidRPr="00310D26" w:rsidRDefault="008E3A5E" w:rsidP="0024423D">
            <w:pPr>
              <w:jc w:val="center"/>
              <w:rPr>
                <w:rFonts w:cs="Times New Roman"/>
                <w:color w:val="000000" w:themeColor="text1"/>
                <w:szCs w:val="20"/>
              </w:rPr>
            </w:pPr>
            <w:r w:rsidRPr="00310D26">
              <w:rPr>
                <w:rFonts w:cs="Times New Roman"/>
                <w:color w:val="000000" w:themeColor="text1"/>
                <w:szCs w:val="20"/>
              </w:rPr>
              <w:t>50</w:t>
            </w:r>
          </w:p>
        </w:tc>
        <w:tc>
          <w:tcPr>
            <w:tcW w:w="5545" w:type="dxa"/>
            <w:vAlign w:val="center"/>
          </w:tcPr>
          <w:p w14:paraId="3AA17FF1" w14:textId="77777777" w:rsidR="008E3A5E" w:rsidRPr="00310D26" w:rsidRDefault="008E3A5E">
            <w:pPr>
              <w:rPr>
                <w:rFonts w:cs="Times New Roman"/>
                <w:color w:val="000000" w:themeColor="text1"/>
                <w:szCs w:val="20"/>
              </w:rPr>
            </w:pPr>
            <w:proofErr w:type="spellStart"/>
            <w:r w:rsidRPr="00310D26">
              <w:rPr>
                <w:rFonts w:cs="Times New Roman"/>
                <w:szCs w:val="20"/>
              </w:rPr>
              <w:t>Sunulan</w:t>
            </w:r>
            <w:proofErr w:type="spellEnd"/>
            <w:r w:rsidRPr="00310D26">
              <w:rPr>
                <w:rFonts w:cs="Times New Roman"/>
                <w:szCs w:val="20"/>
              </w:rPr>
              <w:t xml:space="preserve"> </w:t>
            </w:r>
            <w:proofErr w:type="spellStart"/>
            <w:r w:rsidRPr="00310D26">
              <w:rPr>
                <w:rFonts w:cs="Times New Roman"/>
                <w:szCs w:val="20"/>
              </w:rPr>
              <w:t>projenin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w:t>
            </w:r>
            <w:proofErr w:type="spellEnd"/>
            <w:r w:rsidRPr="00310D26">
              <w:rPr>
                <w:rFonts w:cs="Times New Roman"/>
                <w:szCs w:val="20"/>
              </w:rPr>
              <w:t xml:space="preserve"> </w:t>
            </w:r>
            <w:proofErr w:type="spellStart"/>
            <w:r w:rsidRPr="00310D26">
              <w:rPr>
                <w:rFonts w:cs="Times New Roman"/>
                <w:szCs w:val="20"/>
              </w:rPr>
              <w:t>kapsamında</w:t>
            </w:r>
            <w:proofErr w:type="spellEnd"/>
            <w:r w:rsidRPr="00310D26">
              <w:rPr>
                <w:rFonts w:cs="Times New Roman"/>
                <w:szCs w:val="20"/>
              </w:rPr>
              <w:t xml:space="preserve"> </w:t>
            </w:r>
            <w:proofErr w:type="spellStart"/>
            <w:r w:rsidRPr="00310D26">
              <w:rPr>
                <w:rFonts w:cs="Times New Roman"/>
                <w:szCs w:val="20"/>
              </w:rPr>
              <w:t>gerçekleştirilmiş</w:t>
            </w:r>
            <w:proofErr w:type="spellEnd"/>
            <w:r w:rsidRPr="00310D26">
              <w:rPr>
                <w:rFonts w:cs="Times New Roman"/>
                <w:szCs w:val="20"/>
              </w:rPr>
              <w:t xml:space="preserve"> </w:t>
            </w:r>
            <w:proofErr w:type="spellStart"/>
            <w:r w:rsidRPr="00310D26">
              <w:rPr>
                <w:rFonts w:cs="Times New Roman"/>
                <w:szCs w:val="20"/>
              </w:rPr>
              <w:t>veya</w:t>
            </w:r>
            <w:proofErr w:type="spellEnd"/>
            <w:r w:rsidRPr="00310D26">
              <w:rPr>
                <w:rFonts w:cs="Times New Roman"/>
                <w:szCs w:val="20"/>
              </w:rPr>
              <w:t xml:space="preserve"> </w:t>
            </w:r>
            <w:proofErr w:type="spellStart"/>
            <w:r w:rsidRPr="00310D26">
              <w:rPr>
                <w:rFonts w:cs="Times New Roman"/>
                <w:szCs w:val="20"/>
              </w:rPr>
              <w:t>tezle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Benzer</w:t>
            </w:r>
            <w:proofErr w:type="spellEnd"/>
            <w:r w:rsidRPr="00310D26">
              <w:rPr>
                <w:rFonts w:cs="Times New Roman"/>
                <w:szCs w:val="20"/>
              </w:rPr>
              <w:t xml:space="preserve"> </w:t>
            </w:r>
            <w:proofErr w:type="spellStart"/>
            <w:r w:rsidRPr="00310D26">
              <w:rPr>
                <w:rFonts w:cs="Times New Roman"/>
                <w:szCs w:val="20"/>
              </w:rPr>
              <w:t>nitelikteki</w:t>
            </w:r>
            <w:proofErr w:type="spellEnd"/>
            <w:r w:rsidRPr="00310D26">
              <w:rPr>
                <w:rFonts w:cs="Times New Roman"/>
                <w:szCs w:val="20"/>
              </w:rPr>
              <w:t xml:space="preserve"> </w:t>
            </w:r>
            <w:proofErr w:type="spellStart"/>
            <w:r w:rsidRPr="00310D26">
              <w:rPr>
                <w:rFonts w:cs="Times New Roman"/>
                <w:szCs w:val="20"/>
              </w:rPr>
              <w:t>projelerin</w:t>
            </w:r>
            <w:proofErr w:type="spellEnd"/>
            <w:r w:rsidRPr="00310D26">
              <w:rPr>
                <w:rFonts w:cs="Times New Roman"/>
                <w:szCs w:val="20"/>
              </w:rPr>
              <w:t xml:space="preserve"> </w:t>
            </w:r>
            <w:proofErr w:type="spellStart"/>
            <w:r w:rsidRPr="00310D26">
              <w:rPr>
                <w:rFonts w:cs="Times New Roman"/>
                <w:szCs w:val="20"/>
              </w:rPr>
              <w:t>mükerrer</w:t>
            </w:r>
            <w:proofErr w:type="spellEnd"/>
            <w:r w:rsidRPr="00310D26">
              <w:rPr>
                <w:rFonts w:cs="Times New Roman"/>
                <w:szCs w:val="20"/>
              </w:rPr>
              <w:t xml:space="preserve"> </w:t>
            </w:r>
            <w:proofErr w:type="spellStart"/>
            <w:r w:rsidRPr="00310D26">
              <w:rPr>
                <w:rFonts w:cs="Times New Roman"/>
                <w:szCs w:val="20"/>
              </w:rPr>
              <w:t>şekilde</w:t>
            </w:r>
            <w:proofErr w:type="spellEnd"/>
            <w:r w:rsidRPr="00310D26">
              <w:rPr>
                <w:rFonts w:cs="Times New Roman"/>
                <w:szCs w:val="20"/>
              </w:rPr>
              <w:t xml:space="preserve"> </w:t>
            </w:r>
            <w:proofErr w:type="spellStart"/>
            <w:r w:rsidRPr="00310D26">
              <w:rPr>
                <w:rFonts w:cs="Times New Roman"/>
                <w:szCs w:val="20"/>
              </w:rPr>
              <w:t>değerlendirilmemesine</w:t>
            </w:r>
            <w:proofErr w:type="spellEnd"/>
            <w:r w:rsidRPr="00310D26">
              <w:rPr>
                <w:rFonts w:cs="Times New Roman"/>
                <w:szCs w:val="20"/>
              </w:rPr>
              <w:t xml:space="preserve"> </w:t>
            </w:r>
            <w:proofErr w:type="spellStart"/>
            <w:r w:rsidRPr="00310D26">
              <w:rPr>
                <w:rFonts w:cs="Times New Roman"/>
                <w:szCs w:val="20"/>
              </w:rPr>
              <w:t>dikkat</w:t>
            </w:r>
            <w:proofErr w:type="spellEnd"/>
            <w:r w:rsidRPr="00310D26">
              <w:rPr>
                <w:rFonts w:cs="Times New Roman"/>
                <w:szCs w:val="20"/>
              </w:rPr>
              <w:t xml:space="preserve"> </w:t>
            </w:r>
            <w:proofErr w:type="spellStart"/>
            <w:r w:rsidRPr="00310D26">
              <w:rPr>
                <w:rFonts w:cs="Times New Roman"/>
                <w:szCs w:val="20"/>
              </w:rPr>
              <w:t>edilmelidir</w:t>
            </w:r>
            <w:proofErr w:type="spellEnd"/>
            <w:r w:rsidRPr="00310D26">
              <w:rPr>
                <w:rFonts w:cs="Times New Roman"/>
                <w:szCs w:val="20"/>
              </w:rPr>
              <w:t>.</w:t>
            </w:r>
          </w:p>
        </w:tc>
      </w:tr>
      <w:tr w:rsidR="008E3A5E" w:rsidRPr="00310D26" w14:paraId="361DE537" w14:textId="77777777" w:rsidTr="008E3A5E">
        <w:trPr>
          <w:trHeight w:val="973"/>
          <w:jc w:val="center"/>
        </w:trPr>
        <w:tc>
          <w:tcPr>
            <w:tcW w:w="1589" w:type="dxa"/>
            <w:vMerge/>
            <w:vAlign w:val="center"/>
          </w:tcPr>
          <w:p w14:paraId="44B204EA" w14:textId="77777777" w:rsidR="008E3A5E" w:rsidRPr="00310D26" w:rsidRDefault="008E3A5E">
            <w:pPr>
              <w:rPr>
                <w:rFonts w:cs="Times New Roman"/>
                <w:color w:val="000000" w:themeColor="text1"/>
                <w:szCs w:val="20"/>
              </w:rPr>
            </w:pPr>
          </w:p>
        </w:tc>
        <w:tc>
          <w:tcPr>
            <w:tcW w:w="2630" w:type="dxa"/>
            <w:vAlign w:val="center"/>
          </w:tcPr>
          <w:p w14:paraId="7C73618A" w14:textId="77777777" w:rsidR="008E3A5E" w:rsidRPr="00310D26" w:rsidRDefault="008E3A5E" w:rsidP="005C76A8">
            <w:pPr>
              <w:rPr>
                <w:rFonts w:cs="Times New Roman"/>
                <w:color w:val="000000" w:themeColor="text1"/>
                <w:szCs w:val="20"/>
              </w:rPr>
            </w:pPr>
            <w:proofErr w:type="spellStart"/>
            <w:r w:rsidRPr="00310D26">
              <w:rPr>
                <w:rFonts w:cs="Times New Roman"/>
                <w:color w:val="000000" w:themeColor="text1"/>
                <w:szCs w:val="20"/>
              </w:rPr>
              <w:t>Diğer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ulusal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kamu</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veya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özel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kurum</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kuruluşlar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tarafından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desteklenmiş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destek</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süresi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dokuz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aydan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olmayan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w:t>
            </w:r>
            <w:proofErr w:type="spellEnd"/>
            <w:r w:rsidRPr="00310D26">
              <w:rPr>
                <w:rFonts w:cs="Times New Roman"/>
                <w:color w:val="000000" w:themeColor="text1"/>
                <w:szCs w:val="20"/>
              </w:rPr>
              <w:t xml:space="preserve">-Ge </w:t>
            </w:r>
            <w:proofErr w:type="spellStart"/>
            <w:r w:rsidRPr="00310D26">
              <w:rPr>
                <w:rFonts w:cs="Times New Roman"/>
                <w:color w:val="000000" w:themeColor="text1"/>
                <w:szCs w:val="20"/>
              </w:rPr>
              <w:t>niteliğini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haiz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proje</w:t>
            </w:r>
            <w:proofErr w:type="spellEnd"/>
            <w:r w:rsidRPr="00310D26">
              <w:rPr>
                <w:rFonts w:cs="Times New Roman"/>
                <w:color w:val="000000" w:themeColor="text1"/>
                <w:szCs w:val="20"/>
              </w:rPr>
              <w:t xml:space="preserve"> (GÜ BAP </w:t>
            </w:r>
            <w:proofErr w:type="spellStart"/>
            <w:r w:rsidRPr="00310D26">
              <w:rPr>
                <w:rFonts w:cs="Times New Roman"/>
                <w:color w:val="000000" w:themeColor="text1"/>
                <w:szCs w:val="20"/>
              </w:rPr>
              <w:t>dâhil</w:t>
            </w:r>
            <w:proofErr w:type="spellEnd"/>
            <w:r w:rsidRPr="00310D26">
              <w:rPr>
                <w:rFonts w:cs="Times New Roman"/>
                <w:color w:val="000000" w:themeColor="text1"/>
                <w:szCs w:val="20"/>
              </w:rPr>
              <w:t>)</w:t>
            </w:r>
          </w:p>
        </w:tc>
        <w:tc>
          <w:tcPr>
            <w:tcW w:w="992" w:type="dxa"/>
            <w:vAlign w:val="center"/>
          </w:tcPr>
          <w:p w14:paraId="7171F7D8" w14:textId="77777777" w:rsidR="008E3A5E" w:rsidRPr="00310D26" w:rsidRDefault="008E3A5E" w:rsidP="0024423D">
            <w:pPr>
              <w:jc w:val="center"/>
              <w:rPr>
                <w:rFonts w:cs="Times New Roman"/>
                <w:color w:val="000000" w:themeColor="text1"/>
                <w:szCs w:val="20"/>
              </w:rPr>
            </w:pPr>
            <w:r w:rsidRPr="00310D26">
              <w:rPr>
                <w:rFonts w:cs="Times New Roman"/>
                <w:color w:val="000000" w:themeColor="text1"/>
                <w:szCs w:val="20"/>
              </w:rPr>
              <w:t>30</w:t>
            </w:r>
          </w:p>
        </w:tc>
        <w:tc>
          <w:tcPr>
            <w:tcW w:w="5545" w:type="dxa"/>
            <w:vAlign w:val="center"/>
          </w:tcPr>
          <w:p w14:paraId="3C3E1E51" w14:textId="632ECD9C" w:rsidR="008E3A5E" w:rsidRPr="00310D26" w:rsidRDefault="008E3A5E">
            <w:pPr>
              <w:rPr>
                <w:rFonts w:cs="Times New Roman"/>
                <w:color w:val="000000" w:themeColor="text1"/>
                <w:szCs w:val="20"/>
              </w:rPr>
            </w:pPr>
            <w:proofErr w:type="spellStart"/>
            <w:r w:rsidRPr="00310D26">
              <w:rPr>
                <w:rFonts w:cs="Times New Roman"/>
                <w:szCs w:val="20"/>
              </w:rPr>
              <w:t>Projenin</w:t>
            </w:r>
            <w:proofErr w:type="spellEnd"/>
            <w:r w:rsidRPr="00310D26">
              <w:rPr>
                <w:rFonts w:cs="Times New Roman"/>
                <w:szCs w:val="20"/>
              </w:rPr>
              <w:t xml:space="preserve"> </w:t>
            </w:r>
            <w:proofErr w:type="spellStart"/>
            <w:r w:rsidRPr="00310D26">
              <w:rPr>
                <w:rFonts w:cs="Times New Roman"/>
                <w:szCs w:val="20"/>
              </w:rPr>
              <w:t>destek</w:t>
            </w:r>
            <w:proofErr w:type="spellEnd"/>
            <w:r w:rsidRPr="00310D26">
              <w:rPr>
                <w:rFonts w:cs="Times New Roman"/>
                <w:szCs w:val="20"/>
              </w:rPr>
              <w:t xml:space="preserve"> </w:t>
            </w:r>
            <w:proofErr w:type="spellStart"/>
            <w:r w:rsidRPr="00310D26">
              <w:rPr>
                <w:rFonts w:cs="Times New Roman"/>
                <w:szCs w:val="20"/>
              </w:rPr>
              <w:t>süresinin</w:t>
            </w:r>
            <w:proofErr w:type="spellEnd"/>
            <w:r w:rsidRPr="00310D26">
              <w:rPr>
                <w:rFonts w:cs="Times New Roman"/>
                <w:szCs w:val="20"/>
              </w:rPr>
              <w:t xml:space="preserve"> </w:t>
            </w:r>
            <w:proofErr w:type="spellStart"/>
            <w:r w:rsidRPr="00310D26">
              <w:rPr>
                <w:rFonts w:cs="Times New Roman"/>
                <w:szCs w:val="20"/>
              </w:rPr>
              <w:t>en</w:t>
            </w:r>
            <w:proofErr w:type="spellEnd"/>
            <w:r w:rsidRPr="00310D26">
              <w:rPr>
                <w:rFonts w:cs="Times New Roman"/>
                <w:szCs w:val="20"/>
              </w:rPr>
              <w:t xml:space="preserve"> </w:t>
            </w:r>
            <w:proofErr w:type="spellStart"/>
            <w:r w:rsidRPr="00310D26">
              <w:rPr>
                <w:rFonts w:cs="Times New Roman"/>
                <w:szCs w:val="20"/>
              </w:rPr>
              <w:t>az</w:t>
            </w:r>
            <w:proofErr w:type="spellEnd"/>
            <w:r w:rsidRPr="00310D26">
              <w:rPr>
                <w:rFonts w:cs="Times New Roman"/>
                <w:szCs w:val="20"/>
              </w:rPr>
              <w:t xml:space="preserve"> </w:t>
            </w:r>
            <w:proofErr w:type="spellStart"/>
            <w:r w:rsidRPr="00310D26">
              <w:rPr>
                <w:rFonts w:cs="Times New Roman"/>
                <w:szCs w:val="20"/>
              </w:rPr>
              <w:t>dokuz</w:t>
            </w:r>
            <w:proofErr w:type="spellEnd"/>
            <w:r w:rsidRPr="00310D26">
              <w:rPr>
                <w:rFonts w:cs="Times New Roman"/>
                <w:szCs w:val="20"/>
              </w:rPr>
              <w:t xml:space="preserve"> ay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Ar</w:t>
            </w:r>
            <w:proofErr w:type="spellEnd"/>
            <w:r w:rsidRPr="00310D26">
              <w:rPr>
                <w:rFonts w:cs="Times New Roman"/>
                <w:szCs w:val="20"/>
              </w:rPr>
              <w:t xml:space="preserve">-Ge </w:t>
            </w:r>
            <w:proofErr w:type="spellStart"/>
            <w:r w:rsidRPr="00310D26">
              <w:rPr>
                <w:rFonts w:cs="Times New Roman"/>
                <w:szCs w:val="20"/>
              </w:rPr>
              <w:t>niteliği</w:t>
            </w:r>
            <w:proofErr w:type="spellEnd"/>
            <w:r w:rsidRPr="00310D26">
              <w:rPr>
                <w:rFonts w:cs="Times New Roman"/>
                <w:szCs w:val="20"/>
              </w:rPr>
              <w:t xml:space="preserve"> </w:t>
            </w:r>
            <w:proofErr w:type="spellStart"/>
            <w:r w:rsidRPr="00310D26">
              <w:rPr>
                <w:rFonts w:cs="Times New Roman"/>
                <w:szCs w:val="20"/>
              </w:rPr>
              <w:t>taşıması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
        </w:tc>
      </w:tr>
      <w:tr w:rsidR="00FA1E89" w:rsidRPr="00310D26" w14:paraId="151BF134" w14:textId="77777777" w:rsidTr="008E3A5E">
        <w:trPr>
          <w:trHeight w:val="504"/>
          <w:jc w:val="center"/>
        </w:trPr>
        <w:tc>
          <w:tcPr>
            <w:tcW w:w="10756" w:type="dxa"/>
            <w:gridSpan w:val="4"/>
            <w:vAlign w:val="center"/>
          </w:tcPr>
          <w:p w14:paraId="33EF3603" w14:textId="77777777" w:rsidR="00FA1E89" w:rsidRPr="00310D26" w:rsidRDefault="00FA1E89">
            <w:pPr>
              <w:rPr>
                <w:rFonts w:cs="Times New Roman"/>
                <w:color w:val="000000" w:themeColor="text1"/>
                <w:szCs w:val="20"/>
              </w:rPr>
            </w:pPr>
            <w:r w:rsidRPr="00310D26">
              <w:rPr>
                <w:rFonts w:eastAsiaTheme="minorEastAsia" w:cs="Times New Roman"/>
                <w:b/>
                <w:bCs/>
                <w:i/>
                <w:iCs/>
                <w:szCs w:val="20"/>
                <w:lang w:val="tr-TR"/>
              </w:rPr>
              <w:t xml:space="preserve">Sunulacak Belgeler: </w:t>
            </w:r>
            <w:proofErr w:type="spellStart"/>
            <w:r w:rsidRPr="00310D26">
              <w:rPr>
                <w:rFonts w:cs="Times New Roman"/>
                <w:color w:val="000000" w:themeColor="text1"/>
                <w:szCs w:val="20"/>
              </w:rPr>
              <w:t>Proje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Türü</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Proje</w:t>
            </w:r>
            <w:proofErr w:type="spellEnd"/>
            <w:r w:rsidRPr="00310D26">
              <w:rPr>
                <w:rFonts w:cs="Times New Roman"/>
                <w:color w:val="000000" w:themeColor="text1"/>
                <w:szCs w:val="20"/>
              </w:rPr>
              <w:t xml:space="preserve"> Kodu, </w:t>
            </w:r>
            <w:proofErr w:type="spellStart"/>
            <w:r w:rsidRPr="00310D26">
              <w:rPr>
                <w:rFonts w:cs="Times New Roman"/>
                <w:color w:val="000000" w:themeColor="text1"/>
                <w:szCs w:val="20"/>
              </w:rPr>
              <w:t>Proje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Başlığı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Proje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Yürütücüsü</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Araştırmacılar</w:t>
            </w:r>
            <w:proofErr w:type="spellEnd"/>
            <w:r w:rsidRPr="00310D26">
              <w:rPr>
                <w:rFonts w:cs="Times New Roman"/>
                <w:color w:val="000000" w:themeColor="text1"/>
                <w:szCs w:val="20"/>
              </w:rPr>
              <w:t>.</w:t>
            </w:r>
          </w:p>
          <w:p w14:paraId="2E62FBD4" w14:textId="77777777" w:rsidR="008E3A5E" w:rsidRDefault="007C2029">
            <w:pPr>
              <w:rPr>
                <w:rFonts w:cs="Times New Roman"/>
                <w:szCs w:val="20"/>
              </w:rPr>
            </w:pPr>
            <w:r w:rsidRPr="00310D26">
              <w:rPr>
                <w:rFonts w:cs="Times New Roman"/>
                <w:b/>
                <w:szCs w:val="20"/>
              </w:rPr>
              <w:t>Not:</w:t>
            </w:r>
            <w:r w:rsidRPr="00310D26">
              <w:rPr>
                <w:rFonts w:cs="Times New Roman"/>
                <w:szCs w:val="20"/>
              </w:rPr>
              <w:t xml:space="preserve"> </w:t>
            </w:r>
            <w:proofErr w:type="spellStart"/>
            <w:r w:rsidRPr="00310D26">
              <w:rPr>
                <w:rFonts w:cs="Times New Roman"/>
                <w:szCs w:val="20"/>
              </w:rPr>
              <w:t>Başvuru</w:t>
            </w:r>
            <w:proofErr w:type="spellEnd"/>
            <w:r w:rsidRPr="00310D26">
              <w:rPr>
                <w:rFonts w:cs="Times New Roman"/>
                <w:szCs w:val="20"/>
              </w:rPr>
              <w:t xml:space="preserve"> </w:t>
            </w:r>
            <w:proofErr w:type="spellStart"/>
            <w:r w:rsidRPr="00310D26">
              <w:rPr>
                <w:rFonts w:cs="Times New Roman"/>
                <w:szCs w:val="20"/>
              </w:rPr>
              <w:t>sırasında</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türü</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kodu</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başlığı</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yürütücüsü</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araştırmacılar</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belirtilmelidir</w:t>
            </w:r>
            <w:proofErr w:type="spellEnd"/>
            <w:r w:rsidRPr="00310D26">
              <w:rPr>
                <w:rFonts w:cs="Times New Roman"/>
                <w:szCs w:val="20"/>
              </w:rPr>
              <w:t xml:space="preserve">. </w:t>
            </w:r>
          </w:p>
          <w:p w14:paraId="35889026" w14:textId="6D429535" w:rsidR="007C2029" w:rsidRDefault="007C2029">
            <w:pPr>
              <w:rPr>
                <w:rFonts w:cs="Times New Roman"/>
                <w:szCs w:val="20"/>
              </w:rPr>
            </w:pPr>
            <w:proofErr w:type="spellStart"/>
            <w:r w:rsidRPr="00310D26">
              <w:rPr>
                <w:rFonts w:cs="Times New Roman"/>
                <w:szCs w:val="20"/>
              </w:rPr>
              <w:t>Projenin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ilişkisini</w:t>
            </w:r>
            <w:proofErr w:type="spellEnd"/>
            <w:r w:rsidRPr="00310D26">
              <w:rPr>
                <w:rFonts w:cs="Times New Roman"/>
                <w:szCs w:val="20"/>
              </w:rPr>
              <w:t xml:space="preserve"> </w:t>
            </w:r>
            <w:proofErr w:type="spellStart"/>
            <w:r w:rsidRPr="00310D26">
              <w:rPr>
                <w:rFonts w:cs="Times New Roman"/>
                <w:szCs w:val="20"/>
              </w:rPr>
              <w:t>gösteren</w:t>
            </w:r>
            <w:proofErr w:type="spellEnd"/>
            <w:r w:rsidRPr="00310D26">
              <w:rPr>
                <w:rFonts w:cs="Times New Roman"/>
                <w:szCs w:val="20"/>
              </w:rPr>
              <w:t xml:space="preserve"> </w:t>
            </w:r>
            <w:proofErr w:type="spellStart"/>
            <w:r w:rsidRPr="00310D26">
              <w:rPr>
                <w:rFonts w:cs="Times New Roman"/>
                <w:szCs w:val="20"/>
              </w:rPr>
              <w:t>belgelerin</w:t>
            </w:r>
            <w:proofErr w:type="spellEnd"/>
            <w:r w:rsidRPr="00310D26">
              <w:rPr>
                <w:rFonts w:cs="Times New Roman"/>
                <w:szCs w:val="20"/>
              </w:rPr>
              <w:t xml:space="preserve"> </w:t>
            </w:r>
            <w:proofErr w:type="spellStart"/>
            <w:r w:rsidRPr="00310D26">
              <w:rPr>
                <w:rFonts w:cs="Times New Roman"/>
                <w:szCs w:val="20"/>
              </w:rPr>
              <w:t>başvuru</w:t>
            </w:r>
            <w:proofErr w:type="spellEnd"/>
            <w:r w:rsidRPr="00310D26">
              <w:rPr>
                <w:rFonts w:cs="Times New Roman"/>
                <w:szCs w:val="20"/>
              </w:rPr>
              <w:t xml:space="preserve"> </w:t>
            </w:r>
            <w:proofErr w:type="spellStart"/>
            <w:r w:rsidRPr="00310D26">
              <w:rPr>
                <w:rFonts w:cs="Times New Roman"/>
                <w:szCs w:val="20"/>
              </w:rPr>
              <w:t>dosyasına</w:t>
            </w:r>
            <w:proofErr w:type="spellEnd"/>
            <w:r w:rsidRPr="00310D26">
              <w:rPr>
                <w:rFonts w:cs="Times New Roman"/>
                <w:szCs w:val="20"/>
              </w:rPr>
              <w:t xml:space="preserve"> </w:t>
            </w:r>
            <w:proofErr w:type="spellStart"/>
            <w:r w:rsidRPr="00310D26">
              <w:rPr>
                <w:rFonts w:cs="Times New Roman"/>
                <w:szCs w:val="20"/>
              </w:rPr>
              <w:t>eklenmes</w:t>
            </w:r>
            <w:r w:rsidR="008E3A5E">
              <w:rPr>
                <w:rFonts w:cs="Times New Roman"/>
                <w:szCs w:val="20"/>
              </w:rPr>
              <w:t>i</w:t>
            </w:r>
            <w:proofErr w:type="spellEnd"/>
            <w:r w:rsidR="008E3A5E">
              <w:rPr>
                <w:rFonts w:cs="Times New Roman"/>
                <w:szCs w:val="20"/>
              </w:rPr>
              <w:t xml:space="preserve"> </w:t>
            </w:r>
            <w:proofErr w:type="spellStart"/>
            <w:r w:rsidR="008E3A5E">
              <w:rPr>
                <w:rFonts w:cs="Times New Roman"/>
                <w:szCs w:val="20"/>
              </w:rPr>
              <w:t>gerekmektedir</w:t>
            </w:r>
            <w:proofErr w:type="spellEnd"/>
            <w:r w:rsidR="008E3A5E">
              <w:rPr>
                <w:rFonts w:cs="Times New Roman"/>
                <w:szCs w:val="20"/>
              </w:rPr>
              <w:t>.</w:t>
            </w:r>
          </w:p>
          <w:p w14:paraId="7AF7F26B" w14:textId="17743315" w:rsidR="008E3A5E" w:rsidRPr="00310D26" w:rsidRDefault="008E3A5E">
            <w:pPr>
              <w:rPr>
                <w:rFonts w:cs="Times New Roman"/>
                <w:color w:val="000000" w:themeColor="text1"/>
                <w:szCs w:val="20"/>
              </w:rPr>
            </w:pPr>
          </w:p>
        </w:tc>
      </w:tr>
    </w:tbl>
    <w:p w14:paraId="6C0114CE" w14:textId="77777777" w:rsidR="003A18D2" w:rsidRPr="00310D26" w:rsidRDefault="003A18D2" w:rsidP="00FA1E89">
      <w:pPr>
        <w:rPr>
          <w:rFonts w:cs="Times New Roman"/>
          <w:color w:val="000000" w:themeColor="text1"/>
          <w:szCs w:val="20"/>
        </w:rPr>
      </w:pPr>
      <w:r w:rsidRPr="00310D26">
        <w:rPr>
          <w:rFonts w:cs="Times New Roman"/>
          <w:color w:val="000000" w:themeColor="text1"/>
          <w:szCs w:val="20"/>
        </w:rPr>
        <w:br w:type="page"/>
      </w:r>
    </w:p>
    <w:p w14:paraId="00881688" w14:textId="77777777" w:rsidR="0075743E" w:rsidRPr="00310D26" w:rsidRDefault="0075743E" w:rsidP="00FA1E89">
      <w:pPr>
        <w:rPr>
          <w:rFonts w:cs="Times New Roman"/>
          <w:color w:val="000000" w:themeColor="text1"/>
          <w:szCs w:val="20"/>
        </w:rPr>
      </w:pPr>
    </w:p>
    <w:tbl>
      <w:tblPr>
        <w:tblStyle w:val="TabloKlavuzu"/>
        <w:tblW w:w="10881" w:type="dxa"/>
        <w:jc w:val="center"/>
        <w:tblLayout w:type="fixed"/>
        <w:tblLook w:val="04A0" w:firstRow="1" w:lastRow="0" w:firstColumn="1" w:lastColumn="0" w:noHBand="0" w:noVBand="1"/>
      </w:tblPr>
      <w:tblGrid>
        <w:gridCol w:w="1589"/>
        <w:gridCol w:w="2347"/>
        <w:gridCol w:w="992"/>
        <w:gridCol w:w="425"/>
        <w:gridCol w:w="5528"/>
      </w:tblGrid>
      <w:tr w:rsidR="0075743E" w:rsidRPr="00310D26" w14:paraId="332779A8" w14:textId="77777777" w:rsidTr="00310D26">
        <w:trPr>
          <w:jc w:val="center"/>
        </w:trPr>
        <w:tc>
          <w:tcPr>
            <w:tcW w:w="1589" w:type="dxa"/>
            <w:vAlign w:val="center"/>
          </w:tcPr>
          <w:p w14:paraId="291D5DFD" w14:textId="77777777" w:rsidR="0075743E" w:rsidRPr="00310D26" w:rsidRDefault="0075743E" w:rsidP="0075743E">
            <w:pPr>
              <w:jc w:val="center"/>
              <w:rPr>
                <w:rFonts w:cs="Times New Roman"/>
                <w:color w:val="000000" w:themeColor="text1"/>
                <w:szCs w:val="20"/>
              </w:rPr>
            </w:pPr>
            <w:r w:rsidRPr="00310D26">
              <w:rPr>
                <w:rFonts w:cs="Times New Roman"/>
                <w:b/>
                <w:color w:val="000000" w:themeColor="text1"/>
                <w:szCs w:val="20"/>
              </w:rPr>
              <w:t>AKADEMİK FAALİYET TÜRÜ</w:t>
            </w:r>
          </w:p>
        </w:tc>
        <w:tc>
          <w:tcPr>
            <w:tcW w:w="2347" w:type="dxa"/>
            <w:vAlign w:val="center"/>
          </w:tcPr>
          <w:p w14:paraId="66AB7478" w14:textId="77777777" w:rsidR="0075743E" w:rsidRPr="00310D26" w:rsidRDefault="0075743E" w:rsidP="0075743E">
            <w:pPr>
              <w:jc w:val="center"/>
              <w:rPr>
                <w:rFonts w:cs="Times New Roman"/>
                <w:color w:val="000000" w:themeColor="text1"/>
                <w:szCs w:val="20"/>
              </w:rPr>
            </w:pPr>
            <w:r w:rsidRPr="00310D26">
              <w:rPr>
                <w:rFonts w:cs="Times New Roman"/>
                <w:b/>
                <w:color w:val="000000" w:themeColor="text1"/>
                <w:szCs w:val="20"/>
              </w:rPr>
              <w:t>FAALIYET</w:t>
            </w:r>
          </w:p>
        </w:tc>
        <w:tc>
          <w:tcPr>
            <w:tcW w:w="1417" w:type="dxa"/>
            <w:gridSpan w:val="2"/>
            <w:vAlign w:val="center"/>
          </w:tcPr>
          <w:p w14:paraId="5AA01D52" w14:textId="77777777" w:rsidR="0075743E" w:rsidRPr="00310D26" w:rsidRDefault="0075743E" w:rsidP="0075743E">
            <w:pPr>
              <w:jc w:val="center"/>
              <w:rPr>
                <w:rFonts w:cs="Times New Roman"/>
                <w:b/>
                <w:color w:val="000000" w:themeColor="text1"/>
                <w:szCs w:val="20"/>
              </w:rPr>
            </w:pPr>
            <w:r w:rsidRPr="00310D26">
              <w:rPr>
                <w:rFonts w:cs="Times New Roman"/>
                <w:b/>
                <w:color w:val="000000" w:themeColor="text1"/>
                <w:szCs w:val="20"/>
              </w:rPr>
              <w:t>PUAN</w:t>
            </w:r>
          </w:p>
        </w:tc>
        <w:tc>
          <w:tcPr>
            <w:tcW w:w="5528" w:type="dxa"/>
            <w:vAlign w:val="center"/>
          </w:tcPr>
          <w:p w14:paraId="4B91CB0C" w14:textId="77777777" w:rsidR="0075743E" w:rsidRPr="00310D26" w:rsidRDefault="0075743E" w:rsidP="0075743E">
            <w:pPr>
              <w:jc w:val="center"/>
              <w:rPr>
                <w:rFonts w:cs="Times New Roman"/>
                <w:b/>
                <w:color w:val="000000" w:themeColor="text1"/>
                <w:szCs w:val="20"/>
              </w:rPr>
            </w:pPr>
            <w:proofErr w:type="spellStart"/>
            <w:r w:rsidRPr="00310D26">
              <w:rPr>
                <w:rFonts w:cs="Times New Roman"/>
                <w:b/>
                <w:szCs w:val="20"/>
              </w:rPr>
              <w:t>Dikkat</w:t>
            </w:r>
            <w:proofErr w:type="spellEnd"/>
            <w:r w:rsidRPr="00310D26">
              <w:rPr>
                <w:rFonts w:cs="Times New Roman"/>
                <w:b/>
                <w:szCs w:val="20"/>
              </w:rPr>
              <w:t xml:space="preserve"> </w:t>
            </w:r>
            <w:proofErr w:type="spellStart"/>
            <w:r w:rsidRPr="00310D26">
              <w:rPr>
                <w:rFonts w:cs="Times New Roman"/>
                <w:b/>
                <w:szCs w:val="20"/>
              </w:rPr>
              <w:t>Edilmesi</w:t>
            </w:r>
            <w:proofErr w:type="spellEnd"/>
            <w:r w:rsidRPr="00310D26">
              <w:rPr>
                <w:rFonts w:cs="Times New Roman"/>
                <w:b/>
                <w:szCs w:val="20"/>
              </w:rPr>
              <w:t xml:space="preserve"> </w:t>
            </w:r>
            <w:proofErr w:type="spellStart"/>
            <w:r w:rsidRPr="00310D26">
              <w:rPr>
                <w:rFonts w:cs="Times New Roman"/>
                <w:b/>
                <w:szCs w:val="20"/>
              </w:rPr>
              <w:t>Gereken</w:t>
            </w:r>
            <w:proofErr w:type="spellEnd"/>
            <w:r w:rsidRPr="00310D26">
              <w:rPr>
                <w:rFonts w:cs="Times New Roman"/>
                <w:b/>
                <w:szCs w:val="20"/>
              </w:rPr>
              <w:t xml:space="preserve"> </w:t>
            </w:r>
            <w:proofErr w:type="spellStart"/>
            <w:r w:rsidRPr="00310D26">
              <w:rPr>
                <w:rFonts w:cs="Times New Roman"/>
                <w:b/>
                <w:szCs w:val="20"/>
              </w:rPr>
              <w:t>Hususlar</w:t>
            </w:r>
            <w:proofErr w:type="spellEnd"/>
            <w:r w:rsidRPr="00310D26">
              <w:rPr>
                <w:rFonts w:cs="Times New Roman"/>
                <w:b/>
                <w:szCs w:val="20"/>
              </w:rPr>
              <w:t xml:space="preserve"> </w:t>
            </w:r>
            <w:proofErr w:type="spellStart"/>
            <w:r w:rsidRPr="00310D26">
              <w:rPr>
                <w:rFonts w:cs="Times New Roman"/>
                <w:b/>
                <w:szCs w:val="20"/>
              </w:rPr>
              <w:t>ve</w:t>
            </w:r>
            <w:proofErr w:type="spellEnd"/>
            <w:r w:rsidRPr="00310D26">
              <w:rPr>
                <w:rFonts w:cs="Times New Roman"/>
                <w:b/>
                <w:szCs w:val="20"/>
              </w:rPr>
              <w:t xml:space="preserve"> </w:t>
            </w:r>
            <w:proofErr w:type="spellStart"/>
            <w:r w:rsidRPr="00310D26">
              <w:rPr>
                <w:rFonts w:cs="Times New Roman"/>
                <w:b/>
                <w:szCs w:val="20"/>
              </w:rPr>
              <w:t>Bilgilendirme</w:t>
            </w:r>
            <w:proofErr w:type="spellEnd"/>
          </w:p>
        </w:tc>
      </w:tr>
      <w:tr w:rsidR="0075743E" w:rsidRPr="00310D26" w14:paraId="2C82F7F1" w14:textId="77777777" w:rsidTr="00310D26">
        <w:trPr>
          <w:jc w:val="center"/>
        </w:trPr>
        <w:tc>
          <w:tcPr>
            <w:tcW w:w="1589" w:type="dxa"/>
            <w:vMerge w:val="restart"/>
            <w:vAlign w:val="center"/>
          </w:tcPr>
          <w:p w14:paraId="0C72E3E6" w14:textId="77777777" w:rsidR="0075743E" w:rsidRPr="00564BC5" w:rsidRDefault="0075743E" w:rsidP="008E3A5E">
            <w:pPr>
              <w:rPr>
                <w:rFonts w:eastAsiaTheme="minorEastAsia" w:cs="Times New Roman"/>
                <w:b/>
                <w:bCs/>
                <w:sz w:val="32"/>
                <w:szCs w:val="32"/>
                <w:lang w:val="tr-TR"/>
              </w:rPr>
            </w:pPr>
            <w:r w:rsidRPr="00564BC5">
              <w:rPr>
                <w:rFonts w:eastAsiaTheme="minorEastAsia" w:cs="Times New Roman"/>
                <w:b/>
                <w:bCs/>
                <w:sz w:val="32"/>
                <w:szCs w:val="32"/>
                <w:lang w:val="tr-TR"/>
              </w:rPr>
              <w:t>YAYIN</w:t>
            </w:r>
          </w:p>
          <w:p w14:paraId="6E6C94F3" w14:textId="78D95621" w:rsidR="0075743E" w:rsidRPr="008E3A5E" w:rsidRDefault="0075743E" w:rsidP="008E3A5E">
            <w:pPr>
              <w:pStyle w:val="ListeParagraf"/>
              <w:numPr>
                <w:ilvl w:val="0"/>
                <w:numId w:val="11"/>
              </w:numPr>
              <w:tabs>
                <w:tab w:val="left" w:pos="168"/>
              </w:tabs>
              <w:ind w:left="0" w:firstLine="0"/>
              <w:rPr>
                <w:rFonts w:eastAsiaTheme="minorEastAsia" w:cs="Times New Roman"/>
                <w:szCs w:val="20"/>
                <w:lang w:val="tr-TR"/>
              </w:rPr>
            </w:pPr>
            <w:r w:rsidRPr="008E3A5E">
              <w:rPr>
                <w:rFonts w:eastAsiaTheme="minorEastAsia" w:cs="Times New Roman"/>
                <w:szCs w:val="20"/>
                <w:lang w:val="tr-TR"/>
              </w:rPr>
              <w:t>Yayınların</w:t>
            </w:r>
            <w:r w:rsidR="008E3A5E" w:rsidRPr="008E3A5E">
              <w:rPr>
                <w:rFonts w:eastAsiaTheme="minorEastAsia" w:cs="Times New Roman"/>
                <w:szCs w:val="20"/>
                <w:lang w:val="tr-TR"/>
              </w:rPr>
              <w:t xml:space="preserve"> </w:t>
            </w:r>
            <w:r w:rsidRPr="008E3A5E">
              <w:rPr>
                <w:rFonts w:eastAsiaTheme="minorEastAsia" w:cs="Times New Roman"/>
                <w:szCs w:val="20"/>
                <w:lang w:val="tr-TR"/>
              </w:rPr>
              <w:t>doktora tez</w:t>
            </w:r>
          </w:p>
          <w:p w14:paraId="25854465" w14:textId="6FBAE361" w:rsidR="0075743E" w:rsidRPr="00310D26" w:rsidRDefault="008E3A5E" w:rsidP="008E3A5E">
            <w:pPr>
              <w:rPr>
                <w:rFonts w:eastAsiaTheme="minorEastAsia" w:cs="Times New Roman"/>
                <w:szCs w:val="20"/>
                <w:lang w:val="tr-TR"/>
              </w:rPr>
            </w:pPr>
            <w:r>
              <w:rPr>
                <w:rFonts w:eastAsiaTheme="minorEastAsia" w:cs="Times New Roman"/>
                <w:szCs w:val="20"/>
                <w:lang w:val="tr-TR"/>
              </w:rPr>
              <w:t>d</w:t>
            </w:r>
            <w:r w:rsidR="0075743E" w:rsidRPr="00310D26">
              <w:rPr>
                <w:rFonts w:eastAsiaTheme="minorEastAsia" w:cs="Times New Roman"/>
                <w:szCs w:val="20"/>
                <w:lang w:val="tr-TR"/>
              </w:rPr>
              <w:t>anışmanı</w:t>
            </w:r>
            <w:r>
              <w:rPr>
                <w:rFonts w:eastAsiaTheme="minorEastAsia" w:cs="Times New Roman"/>
                <w:szCs w:val="20"/>
                <w:lang w:val="tr-TR"/>
              </w:rPr>
              <w:t xml:space="preserve"> ile birlikte</w:t>
            </w:r>
          </w:p>
          <w:p w14:paraId="049D9F9A" w14:textId="77777777" w:rsidR="0075743E" w:rsidRPr="00310D26" w:rsidRDefault="0075743E" w:rsidP="008E3A5E">
            <w:pPr>
              <w:rPr>
                <w:rFonts w:eastAsiaTheme="minorEastAsia" w:cs="Times New Roman"/>
                <w:szCs w:val="20"/>
                <w:lang w:val="tr-TR"/>
              </w:rPr>
            </w:pPr>
            <w:r w:rsidRPr="00310D26">
              <w:rPr>
                <w:rFonts w:eastAsiaTheme="minorEastAsia" w:cs="Times New Roman"/>
                <w:szCs w:val="20"/>
                <w:lang w:val="tr-TR"/>
              </w:rPr>
              <w:t>yapılması</w:t>
            </w:r>
          </w:p>
          <w:p w14:paraId="5EFA26F1" w14:textId="77777777" w:rsidR="0075743E" w:rsidRDefault="0075743E" w:rsidP="008E3A5E">
            <w:pPr>
              <w:rPr>
                <w:rFonts w:eastAsiaTheme="minorEastAsia" w:cs="Times New Roman"/>
                <w:szCs w:val="20"/>
                <w:lang w:val="tr-TR"/>
              </w:rPr>
            </w:pPr>
            <w:r w:rsidRPr="00310D26">
              <w:rPr>
                <w:rFonts w:eastAsiaTheme="minorEastAsia" w:cs="Times New Roman"/>
                <w:szCs w:val="20"/>
                <w:lang w:val="tr-TR"/>
              </w:rPr>
              <w:t>gerek</w:t>
            </w:r>
            <w:r w:rsidR="008E3A5E">
              <w:rPr>
                <w:rFonts w:eastAsiaTheme="minorEastAsia" w:cs="Times New Roman"/>
                <w:szCs w:val="20"/>
                <w:lang w:val="tr-TR"/>
              </w:rPr>
              <w:t>mektedir.</w:t>
            </w:r>
          </w:p>
          <w:p w14:paraId="5CC8AAB2" w14:textId="77777777" w:rsidR="008E3A5E" w:rsidRDefault="008E3A5E" w:rsidP="008E3A5E">
            <w:pPr>
              <w:rPr>
                <w:rFonts w:eastAsiaTheme="minorEastAsia" w:cs="Times New Roman"/>
                <w:szCs w:val="20"/>
                <w:lang w:val="tr-TR"/>
              </w:rPr>
            </w:pPr>
          </w:p>
          <w:p w14:paraId="2E00804F" w14:textId="2F82FB1C" w:rsidR="008E3A5E" w:rsidRPr="00564BC5" w:rsidRDefault="00B14FD4" w:rsidP="00564BC5">
            <w:pPr>
              <w:tabs>
                <w:tab w:val="left" w:pos="168"/>
              </w:tabs>
              <w:rPr>
                <w:rFonts w:eastAsiaTheme="minorEastAsia" w:cs="Times New Roman"/>
                <w:szCs w:val="20"/>
                <w:lang w:val="tr-TR"/>
              </w:rPr>
            </w:pPr>
            <w:r>
              <w:rPr>
                <w:rFonts w:eastAsiaTheme="minorEastAsia" w:cs="Times New Roman"/>
                <w:szCs w:val="20"/>
                <w:lang w:val="tr-TR"/>
              </w:rPr>
              <w:t>-</w:t>
            </w:r>
            <w:r w:rsidR="00564BC5">
              <w:rPr>
                <w:rFonts w:eastAsiaTheme="minorEastAsia" w:cs="Times New Roman"/>
                <w:szCs w:val="20"/>
                <w:lang w:val="tr-TR"/>
              </w:rPr>
              <w:t xml:space="preserve"> </w:t>
            </w:r>
            <w:r w:rsidR="008E3A5E" w:rsidRPr="00564BC5">
              <w:rPr>
                <w:rFonts w:eastAsiaTheme="minorEastAsia" w:cs="Times New Roman"/>
                <w:szCs w:val="20"/>
                <w:lang w:val="tr-TR"/>
              </w:rPr>
              <w:t>Editöre mektup, vaka raporları, teknik not, derlemeler, araştırma notu, kısa makale ve kitap</w:t>
            </w:r>
            <w:r>
              <w:rPr>
                <w:rFonts w:eastAsiaTheme="minorEastAsia" w:cs="Times New Roman"/>
                <w:szCs w:val="20"/>
                <w:lang w:val="tr-TR"/>
              </w:rPr>
              <w:t xml:space="preserve"> </w:t>
            </w:r>
            <w:r>
              <w:rPr>
                <w:rFonts w:eastAsiaTheme="minorEastAsia" w:cs="Times New Roman"/>
                <w:szCs w:val="20"/>
                <w:lang w:val="tr-TR"/>
              </w:rPr>
              <w:t>eleştirisi bu kapsama dahil edilmez.</w:t>
            </w:r>
          </w:p>
        </w:tc>
        <w:tc>
          <w:tcPr>
            <w:tcW w:w="2347" w:type="dxa"/>
            <w:vMerge w:val="restart"/>
            <w:vAlign w:val="center"/>
          </w:tcPr>
          <w:p w14:paraId="6447145D"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 xml:space="preserve">SCI-Expanded, SSCI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AHCI </w:t>
            </w:r>
            <w:proofErr w:type="spellStart"/>
            <w:r w:rsidRPr="00310D26">
              <w:rPr>
                <w:rFonts w:cs="Times New Roman"/>
                <w:color w:val="000000" w:themeColor="text1"/>
                <w:szCs w:val="20"/>
              </w:rPr>
              <w:t>kapsamındaki</w:t>
            </w:r>
            <w:proofErr w:type="spellEnd"/>
          </w:p>
          <w:p w14:paraId="15E5206F"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dergilerde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yayımlanmış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makalesi</w:t>
            </w:r>
            <w:proofErr w:type="spellEnd"/>
            <w:r w:rsidRPr="00310D26">
              <w:rPr>
                <w:rFonts w:cs="Times New Roman"/>
                <w:color w:val="000000" w:themeColor="text1"/>
                <w:szCs w:val="20"/>
              </w:rPr>
              <w:t>*</w:t>
            </w:r>
          </w:p>
        </w:tc>
        <w:tc>
          <w:tcPr>
            <w:tcW w:w="992" w:type="dxa"/>
            <w:vAlign w:val="center"/>
          </w:tcPr>
          <w:p w14:paraId="121A0457"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Q1</w:t>
            </w:r>
          </w:p>
        </w:tc>
        <w:tc>
          <w:tcPr>
            <w:tcW w:w="425" w:type="dxa"/>
            <w:vAlign w:val="center"/>
          </w:tcPr>
          <w:p w14:paraId="0B25320F"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80</w:t>
            </w:r>
          </w:p>
        </w:tc>
        <w:tc>
          <w:tcPr>
            <w:tcW w:w="5528" w:type="dxa"/>
            <w:vMerge w:val="restart"/>
            <w:vAlign w:val="center"/>
          </w:tcPr>
          <w:p w14:paraId="2CFE229F" w14:textId="77777777" w:rsidR="0075743E" w:rsidRPr="00310D26" w:rsidRDefault="0075743E" w:rsidP="0075743E">
            <w:pPr>
              <w:rPr>
                <w:rFonts w:cs="Times New Roman"/>
                <w:color w:val="000000" w:themeColor="text1"/>
                <w:szCs w:val="20"/>
              </w:rPr>
            </w:pPr>
            <w:proofErr w:type="spellStart"/>
            <w:r w:rsidRPr="00310D26">
              <w:rPr>
                <w:rFonts w:cs="Times New Roman"/>
                <w:szCs w:val="20"/>
              </w:rPr>
              <w:t>Yayının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tezinden</w:t>
            </w:r>
            <w:proofErr w:type="spellEnd"/>
            <w:r w:rsidRPr="00310D26">
              <w:rPr>
                <w:rFonts w:cs="Times New Roman"/>
                <w:szCs w:val="20"/>
              </w:rPr>
              <w:t xml:space="preserve"> </w:t>
            </w:r>
            <w:proofErr w:type="spellStart"/>
            <w:r w:rsidRPr="00310D26">
              <w:rPr>
                <w:rFonts w:cs="Times New Roman"/>
                <w:szCs w:val="20"/>
              </w:rPr>
              <w:t>üretilmiş</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tezle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bulunması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Derginin</w:t>
            </w:r>
            <w:proofErr w:type="spellEnd"/>
            <w:r w:rsidRPr="00310D26">
              <w:rPr>
                <w:rFonts w:cs="Times New Roman"/>
                <w:szCs w:val="20"/>
              </w:rPr>
              <w:t xml:space="preserve"> Q </w:t>
            </w:r>
            <w:proofErr w:type="spellStart"/>
            <w:r w:rsidRPr="00310D26">
              <w:rPr>
                <w:rFonts w:cs="Times New Roman"/>
                <w:szCs w:val="20"/>
              </w:rPr>
              <w:t>değerine</w:t>
            </w:r>
            <w:proofErr w:type="spellEnd"/>
            <w:r w:rsidRPr="00310D26">
              <w:rPr>
                <w:rFonts w:cs="Times New Roman"/>
                <w:szCs w:val="20"/>
              </w:rPr>
              <w:t xml:space="preserve"> </w:t>
            </w:r>
            <w:proofErr w:type="spellStart"/>
            <w:r w:rsidRPr="00310D26">
              <w:rPr>
                <w:rFonts w:cs="Times New Roman"/>
                <w:szCs w:val="20"/>
              </w:rPr>
              <w:t>ilişkin</w:t>
            </w:r>
            <w:proofErr w:type="spellEnd"/>
            <w:r w:rsidRPr="00310D26">
              <w:rPr>
                <w:rFonts w:cs="Times New Roman"/>
                <w:szCs w:val="20"/>
              </w:rPr>
              <w:t xml:space="preserve"> </w:t>
            </w:r>
            <w:proofErr w:type="spellStart"/>
            <w:r w:rsidRPr="00310D26">
              <w:rPr>
                <w:rFonts w:cs="Times New Roman"/>
                <w:szCs w:val="20"/>
              </w:rPr>
              <w:t>bilgiler</w:t>
            </w:r>
            <w:proofErr w:type="spellEnd"/>
            <w:r w:rsidRPr="00310D26">
              <w:rPr>
                <w:rFonts w:cs="Times New Roman"/>
                <w:szCs w:val="20"/>
              </w:rPr>
              <w:t xml:space="preserve"> </w:t>
            </w:r>
            <w:r w:rsidRPr="00310D26">
              <w:rPr>
                <w:rStyle w:val="Gl"/>
                <w:rFonts w:cs="Times New Roman"/>
                <w:szCs w:val="20"/>
              </w:rPr>
              <w:t>Web of Science (WOS)</w:t>
            </w:r>
            <w:r w:rsidRPr="00310D26">
              <w:rPr>
                <w:rFonts w:cs="Times New Roman"/>
                <w:szCs w:val="20"/>
              </w:rPr>
              <w:t xml:space="preserve"> </w:t>
            </w:r>
            <w:proofErr w:type="spellStart"/>
            <w:r w:rsidRPr="00310D26">
              <w:rPr>
                <w:rFonts w:cs="Times New Roman"/>
                <w:szCs w:val="20"/>
              </w:rPr>
              <w:t>üzerinden</w:t>
            </w:r>
            <w:proofErr w:type="spellEnd"/>
            <w:r w:rsidRPr="00310D26">
              <w:rPr>
                <w:rFonts w:cs="Times New Roman"/>
                <w:szCs w:val="20"/>
              </w:rPr>
              <w:t xml:space="preserve"> </w:t>
            </w:r>
            <w:proofErr w:type="spellStart"/>
            <w:r w:rsidRPr="00310D26">
              <w:rPr>
                <w:rFonts w:cs="Times New Roman"/>
                <w:szCs w:val="20"/>
              </w:rPr>
              <w:t>doğrulanabilir</w:t>
            </w:r>
            <w:proofErr w:type="spellEnd"/>
            <w:r w:rsidRPr="00310D26">
              <w:rPr>
                <w:rFonts w:cs="Times New Roman"/>
                <w:szCs w:val="20"/>
              </w:rPr>
              <w:t xml:space="preserve"> </w:t>
            </w:r>
            <w:proofErr w:type="spellStart"/>
            <w:r w:rsidRPr="00310D26">
              <w:rPr>
                <w:rFonts w:cs="Times New Roman"/>
                <w:szCs w:val="20"/>
              </w:rPr>
              <w:t>nitelikte</w:t>
            </w:r>
            <w:proofErr w:type="spellEnd"/>
            <w:r w:rsidRPr="00310D26">
              <w:rPr>
                <w:rFonts w:cs="Times New Roman"/>
                <w:szCs w:val="20"/>
              </w:rPr>
              <w:t xml:space="preserve"> </w:t>
            </w:r>
            <w:proofErr w:type="spellStart"/>
            <w:r w:rsidRPr="00310D26">
              <w:rPr>
                <w:rFonts w:cs="Times New Roman"/>
                <w:szCs w:val="20"/>
              </w:rPr>
              <w:t>olmalı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gerekli</w:t>
            </w:r>
            <w:proofErr w:type="spellEnd"/>
            <w:r w:rsidRPr="00310D26">
              <w:rPr>
                <w:rFonts w:cs="Times New Roman"/>
                <w:szCs w:val="20"/>
              </w:rPr>
              <w:t xml:space="preserve"> </w:t>
            </w:r>
            <w:proofErr w:type="spellStart"/>
            <w:r w:rsidRPr="00310D26">
              <w:rPr>
                <w:rFonts w:cs="Times New Roman"/>
                <w:szCs w:val="20"/>
              </w:rPr>
              <w:t>belgeler</w:t>
            </w:r>
            <w:proofErr w:type="spellEnd"/>
            <w:r w:rsidRPr="00310D26">
              <w:rPr>
                <w:rFonts w:cs="Times New Roman"/>
                <w:szCs w:val="20"/>
              </w:rPr>
              <w:t xml:space="preserve"> </w:t>
            </w:r>
            <w:proofErr w:type="spellStart"/>
            <w:r w:rsidRPr="00310D26">
              <w:rPr>
                <w:rFonts w:cs="Times New Roman"/>
                <w:szCs w:val="20"/>
              </w:rPr>
              <w:t>başvuru</w:t>
            </w:r>
            <w:proofErr w:type="spellEnd"/>
            <w:r w:rsidRPr="00310D26">
              <w:rPr>
                <w:rFonts w:cs="Times New Roman"/>
                <w:szCs w:val="20"/>
              </w:rPr>
              <w:t xml:space="preserve"> </w:t>
            </w:r>
            <w:proofErr w:type="spellStart"/>
            <w:r w:rsidRPr="00310D26">
              <w:rPr>
                <w:rFonts w:cs="Times New Roman"/>
                <w:szCs w:val="20"/>
              </w:rPr>
              <w:t>dosyasına</w:t>
            </w:r>
            <w:proofErr w:type="spellEnd"/>
            <w:r w:rsidRPr="00310D26">
              <w:rPr>
                <w:rFonts w:cs="Times New Roman"/>
                <w:szCs w:val="20"/>
              </w:rPr>
              <w:t xml:space="preserve"> </w:t>
            </w:r>
            <w:proofErr w:type="spellStart"/>
            <w:r w:rsidRPr="00310D26">
              <w:rPr>
                <w:rFonts w:cs="Times New Roman"/>
                <w:szCs w:val="20"/>
              </w:rPr>
              <w:t>eklenmelidir</w:t>
            </w:r>
            <w:proofErr w:type="spellEnd"/>
            <w:r w:rsidRPr="00310D26">
              <w:rPr>
                <w:rFonts w:cs="Times New Roman"/>
                <w:szCs w:val="20"/>
              </w:rPr>
              <w:t>.</w:t>
            </w:r>
          </w:p>
        </w:tc>
      </w:tr>
      <w:tr w:rsidR="0075743E" w:rsidRPr="00310D26" w14:paraId="29DD0614" w14:textId="77777777" w:rsidTr="00310D26">
        <w:trPr>
          <w:jc w:val="center"/>
        </w:trPr>
        <w:tc>
          <w:tcPr>
            <w:tcW w:w="1589" w:type="dxa"/>
            <w:vMerge/>
            <w:vAlign w:val="center"/>
          </w:tcPr>
          <w:p w14:paraId="376EABA6" w14:textId="77777777" w:rsidR="0075743E" w:rsidRPr="00310D26" w:rsidRDefault="0075743E" w:rsidP="0075743E">
            <w:pPr>
              <w:rPr>
                <w:rFonts w:cs="Times New Roman"/>
                <w:color w:val="000000" w:themeColor="text1"/>
                <w:szCs w:val="20"/>
              </w:rPr>
            </w:pPr>
          </w:p>
        </w:tc>
        <w:tc>
          <w:tcPr>
            <w:tcW w:w="2347" w:type="dxa"/>
            <w:vMerge/>
            <w:vAlign w:val="center"/>
          </w:tcPr>
          <w:p w14:paraId="2BBBC3A4" w14:textId="77777777" w:rsidR="0075743E" w:rsidRPr="00310D26" w:rsidRDefault="0075743E" w:rsidP="0075743E">
            <w:pPr>
              <w:rPr>
                <w:rFonts w:cs="Times New Roman"/>
                <w:color w:val="000000" w:themeColor="text1"/>
                <w:szCs w:val="20"/>
              </w:rPr>
            </w:pPr>
          </w:p>
        </w:tc>
        <w:tc>
          <w:tcPr>
            <w:tcW w:w="992" w:type="dxa"/>
            <w:vAlign w:val="center"/>
          </w:tcPr>
          <w:p w14:paraId="5D4D373A"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Q2</w:t>
            </w:r>
          </w:p>
        </w:tc>
        <w:tc>
          <w:tcPr>
            <w:tcW w:w="425" w:type="dxa"/>
            <w:vAlign w:val="center"/>
          </w:tcPr>
          <w:p w14:paraId="764CA54D"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60</w:t>
            </w:r>
          </w:p>
        </w:tc>
        <w:tc>
          <w:tcPr>
            <w:tcW w:w="5528" w:type="dxa"/>
            <w:vMerge/>
            <w:vAlign w:val="center"/>
          </w:tcPr>
          <w:p w14:paraId="756E7720" w14:textId="77777777" w:rsidR="0075743E" w:rsidRPr="00310D26" w:rsidRDefault="0075743E" w:rsidP="0075743E">
            <w:pPr>
              <w:rPr>
                <w:rFonts w:cs="Times New Roman"/>
                <w:color w:val="000000" w:themeColor="text1"/>
                <w:szCs w:val="20"/>
              </w:rPr>
            </w:pPr>
          </w:p>
        </w:tc>
      </w:tr>
      <w:tr w:rsidR="0075743E" w:rsidRPr="00310D26" w14:paraId="4DAFB44F" w14:textId="77777777" w:rsidTr="00310D26">
        <w:trPr>
          <w:jc w:val="center"/>
        </w:trPr>
        <w:tc>
          <w:tcPr>
            <w:tcW w:w="1589" w:type="dxa"/>
            <w:vMerge/>
            <w:vAlign w:val="center"/>
          </w:tcPr>
          <w:p w14:paraId="1F3F060F" w14:textId="77777777" w:rsidR="0075743E" w:rsidRPr="00310D26" w:rsidRDefault="0075743E" w:rsidP="0075743E">
            <w:pPr>
              <w:rPr>
                <w:rFonts w:cs="Times New Roman"/>
                <w:color w:val="000000" w:themeColor="text1"/>
                <w:szCs w:val="20"/>
              </w:rPr>
            </w:pPr>
          </w:p>
        </w:tc>
        <w:tc>
          <w:tcPr>
            <w:tcW w:w="2347" w:type="dxa"/>
            <w:vMerge/>
            <w:vAlign w:val="center"/>
          </w:tcPr>
          <w:p w14:paraId="4FD82A4A" w14:textId="77777777" w:rsidR="0075743E" w:rsidRPr="00310D26" w:rsidRDefault="0075743E" w:rsidP="0075743E">
            <w:pPr>
              <w:rPr>
                <w:rFonts w:cs="Times New Roman"/>
                <w:color w:val="000000" w:themeColor="text1"/>
                <w:szCs w:val="20"/>
              </w:rPr>
            </w:pPr>
          </w:p>
        </w:tc>
        <w:tc>
          <w:tcPr>
            <w:tcW w:w="992" w:type="dxa"/>
            <w:vAlign w:val="center"/>
          </w:tcPr>
          <w:p w14:paraId="32DB459B"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Q3</w:t>
            </w:r>
          </w:p>
        </w:tc>
        <w:tc>
          <w:tcPr>
            <w:tcW w:w="425" w:type="dxa"/>
            <w:vAlign w:val="center"/>
          </w:tcPr>
          <w:p w14:paraId="210A144A"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40</w:t>
            </w:r>
          </w:p>
        </w:tc>
        <w:tc>
          <w:tcPr>
            <w:tcW w:w="5528" w:type="dxa"/>
            <w:vMerge/>
            <w:vAlign w:val="center"/>
          </w:tcPr>
          <w:p w14:paraId="1AB93194" w14:textId="77777777" w:rsidR="0075743E" w:rsidRPr="00310D26" w:rsidRDefault="0075743E" w:rsidP="0075743E">
            <w:pPr>
              <w:rPr>
                <w:rFonts w:cs="Times New Roman"/>
                <w:color w:val="000000" w:themeColor="text1"/>
                <w:szCs w:val="20"/>
              </w:rPr>
            </w:pPr>
          </w:p>
        </w:tc>
      </w:tr>
      <w:tr w:rsidR="0075743E" w:rsidRPr="00310D26" w14:paraId="5F5438CF" w14:textId="77777777" w:rsidTr="00310D26">
        <w:trPr>
          <w:jc w:val="center"/>
        </w:trPr>
        <w:tc>
          <w:tcPr>
            <w:tcW w:w="1589" w:type="dxa"/>
            <w:vMerge/>
            <w:vAlign w:val="center"/>
          </w:tcPr>
          <w:p w14:paraId="68A527B8" w14:textId="77777777" w:rsidR="0075743E" w:rsidRPr="00310D26" w:rsidRDefault="0075743E" w:rsidP="0075743E">
            <w:pPr>
              <w:rPr>
                <w:rFonts w:cs="Times New Roman"/>
                <w:color w:val="000000" w:themeColor="text1"/>
                <w:szCs w:val="20"/>
              </w:rPr>
            </w:pPr>
          </w:p>
        </w:tc>
        <w:tc>
          <w:tcPr>
            <w:tcW w:w="2347" w:type="dxa"/>
            <w:vMerge/>
            <w:vAlign w:val="center"/>
          </w:tcPr>
          <w:p w14:paraId="22F1A2B3" w14:textId="77777777" w:rsidR="0075743E" w:rsidRPr="00310D26" w:rsidRDefault="0075743E" w:rsidP="0075743E">
            <w:pPr>
              <w:rPr>
                <w:rFonts w:cs="Times New Roman"/>
                <w:color w:val="000000" w:themeColor="text1"/>
                <w:szCs w:val="20"/>
              </w:rPr>
            </w:pPr>
          </w:p>
        </w:tc>
        <w:tc>
          <w:tcPr>
            <w:tcW w:w="992" w:type="dxa"/>
            <w:vAlign w:val="center"/>
          </w:tcPr>
          <w:p w14:paraId="2AFB733D"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Q4</w:t>
            </w:r>
          </w:p>
        </w:tc>
        <w:tc>
          <w:tcPr>
            <w:tcW w:w="425" w:type="dxa"/>
            <w:vAlign w:val="center"/>
          </w:tcPr>
          <w:p w14:paraId="0B80A635"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20</w:t>
            </w:r>
          </w:p>
        </w:tc>
        <w:tc>
          <w:tcPr>
            <w:tcW w:w="5528" w:type="dxa"/>
            <w:vMerge/>
            <w:vAlign w:val="center"/>
          </w:tcPr>
          <w:p w14:paraId="6174F7D3" w14:textId="77777777" w:rsidR="0075743E" w:rsidRPr="00310D26" w:rsidRDefault="0075743E" w:rsidP="0075743E">
            <w:pPr>
              <w:rPr>
                <w:rFonts w:cs="Times New Roman"/>
                <w:color w:val="000000" w:themeColor="text1"/>
                <w:szCs w:val="20"/>
              </w:rPr>
            </w:pPr>
          </w:p>
        </w:tc>
      </w:tr>
      <w:tr w:rsidR="0075743E" w:rsidRPr="00310D26" w14:paraId="3019BA85" w14:textId="77777777" w:rsidTr="00310D26">
        <w:trPr>
          <w:jc w:val="center"/>
        </w:trPr>
        <w:tc>
          <w:tcPr>
            <w:tcW w:w="1589" w:type="dxa"/>
            <w:vMerge/>
            <w:vAlign w:val="center"/>
          </w:tcPr>
          <w:p w14:paraId="3D145143" w14:textId="77777777" w:rsidR="0075743E" w:rsidRPr="00310D26" w:rsidRDefault="0075743E" w:rsidP="0075743E">
            <w:pPr>
              <w:rPr>
                <w:rFonts w:cs="Times New Roman"/>
                <w:color w:val="000000" w:themeColor="text1"/>
                <w:szCs w:val="20"/>
              </w:rPr>
            </w:pPr>
          </w:p>
        </w:tc>
        <w:tc>
          <w:tcPr>
            <w:tcW w:w="2347" w:type="dxa"/>
            <w:vMerge w:val="restart"/>
            <w:vAlign w:val="center"/>
          </w:tcPr>
          <w:p w14:paraId="4F7E5F0A"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 xml:space="preserve">Tez </w:t>
            </w:r>
            <w:proofErr w:type="spellStart"/>
            <w:r w:rsidRPr="00310D26">
              <w:rPr>
                <w:rFonts w:cs="Times New Roman"/>
                <w:color w:val="000000" w:themeColor="text1"/>
                <w:szCs w:val="20"/>
              </w:rPr>
              <w:t>çalışmasının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yayımlandığı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derginin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dergilerin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etki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değeri</w:t>
            </w:r>
            <w:proofErr w:type="spellEnd"/>
            <w:r w:rsidRPr="00310D26">
              <w:rPr>
                <w:rFonts w:cs="Times New Roman"/>
                <w:color w:val="000000" w:themeColor="text1"/>
                <w:szCs w:val="20"/>
              </w:rPr>
              <w:t xml:space="preserve"> (IF)</w:t>
            </w:r>
          </w:p>
        </w:tc>
        <w:tc>
          <w:tcPr>
            <w:tcW w:w="992" w:type="dxa"/>
            <w:vAlign w:val="center"/>
          </w:tcPr>
          <w:p w14:paraId="3E10EB75"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10≤IF</w:t>
            </w:r>
          </w:p>
        </w:tc>
        <w:tc>
          <w:tcPr>
            <w:tcW w:w="425" w:type="dxa"/>
            <w:vAlign w:val="center"/>
          </w:tcPr>
          <w:p w14:paraId="2A25C5C4"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30</w:t>
            </w:r>
          </w:p>
        </w:tc>
        <w:tc>
          <w:tcPr>
            <w:tcW w:w="5528" w:type="dxa"/>
            <w:vMerge w:val="restart"/>
            <w:vAlign w:val="center"/>
          </w:tcPr>
          <w:p w14:paraId="0620B704" w14:textId="77777777" w:rsidR="0075743E" w:rsidRPr="00310D26" w:rsidRDefault="0075743E" w:rsidP="0075743E">
            <w:pPr>
              <w:rPr>
                <w:rFonts w:cs="Times New Roman"/>
                <w:color w:val="000000" w:themeColor="text1"/>
                <w:szCs w:val="20"/>
              </w:rPr>
            </w:pPr>
            <w:proofErr w:type="spellStart"/>
            <w:r w:rsidRPr="00310D26">
              <w:rPr>
                <w:rFonts w:cs="Times New Roman"/>
                <w:szCs w:val="20"/>
              </w:rPr>
              <w:t>Başvuru</w:t>
            </w:r>
            <w:proofErr w:type="spellEnd"/>
            <w:r w:rsidRPr="00310D26">
              <w:rPr>
                <w:rFonts w:cs="Times New Roman"/>
                <w:szCs w:val="20"/>
              </w:rPr>
              <w:t xml:space="preserve"> </w:t>
            </w:r>
            <w:proofErr w:type="spellStart"/>
            <w:r w:rsidRPr="00310D26">
              <w:rPr>
                <w:rFonts w:cs="Times New Roman"/>
                <w:szCs w:val="20"/>
              </w:rPr>
              <w:t>sırasında</w:t>
            </w:r>
            <w:proofErr w:type="spellEnd"/>
            <w:r w:rsidRPr="00310D26">
              <w:rPr>
                <w:rFonts w:cs="Times New Roman"/>
                <w:szCs w:val="20"/>
              </w:rPr>
              <w:t xml:space="preserve"> </w:t>
            </w:r>
            <w:proofErr w:type="spellStart"/>
            <w:r w:rsidRPr="00310D26">
              <w:rPr>
                <w:rFonts w:cs="Times New Roman"/>
                <w:szCs w:val="20"/>
              </w:rPr>
              <w:t>kullanılan</w:t>
            </w:r>
            <w:proofErr w:type="spellEnd"/>
            <w:r w:rsidRPr="00310D26">
              <w:rPr>
                <w:rFonts w:cs="Times New Roman"/>
                <w:szCs w:val="20"/>
              </w:rPr>
              <w:t xml:space="preserve"> IF </w:t>
            </w:r>
            <w:proofErr w:type="spellStart"/>
            <w:r w:rsidRPr="00310D26">
              <w:rPr>
                <w:rFonts w:cs="Times New Roman"/>
                <w:szCs w:val="20"/>
              </w:rPr>
              <w:t>bilgisinin</w:t>
            </w:r>
            <w:proofErr w:type="spellEnd"/>
            <w:r w:rsidRPr="00310D26">
              <w:rPr>
                <w:rFonts w:cs="Times New Roman"/>
                <w:szCs w:val="20"/>
              </w:rPr>
              <w:t xml:space="preserve"> </w:t>
            </w:r>
            <w:r w:rsidRPr="00310D26">
              <w:rPr>
                <w:rStyle w:val="Gl"/>
                <w:rFonts w:cs="Times New Roman"/>
                <w:szCs w:val="20"/>
              </w:rPr>
              <w:t>Web of Science (WOS)</w:t>
            </w:r>
            <w:r w:rsidRPr="00310D26">
              <w:rPr>
                <w:rFonts w:cs="Times New Roman"/>
                <w:szCs w:val="20"/>
              </w:rPr>
              <w:t xml:space="preserve"> </w:t>
            </w:r>
            <w:proofErr w:type="spellStart"/>
            <w:r w:rsidRPr="00310D26">
              <w:rPr>
                <w:rFonts w:cs="Times New Roman"/>
                <w:szCs w:val="20"/>
              </w:rPr>
              <w:t>üzerinden</w:t>
            </w:r>
            <w:proofErr w:type="spellEnd"/>
            <w:r w:rsidRPr="00310D26">
              <w:rPr>
                <w:rFonts w:cs="Times New Roman"/>
                <w:szCs w:val="20"/>
              </w:rPr>
              <w:t xml:space="preserve"> </w:t>
            </w:r>
            <w:proofErr w:type="spellStart"/>
            <w:r w:rsidRPr="00310D26">
              <w:rPr>
                <w:rFonts w:cs="Times New Roman"/>
                <w:szCs w:val="20"/>
              </w:rPr>
              <w:t>doğrulanabilir</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IF </w:t>
            </w:r>
            <w:proofErr w:type="spellStart"/>
            <w:r w:rsidRPr="00310D26">
              <w:rPr>
                <w:rFonts w:cs="Times New Roman"/>
                <w:szCs w:val="20"/>
              </w:rPr>
              <w:t>değerinin</w:t>
            </w:r>
            <w:proofErr w:type="spellEnd"/>
            <w:r w:rsidRPr="00310D26">
              <w:rPr>
                <w:rFonts w:cs="Times New Roman"/>
                <w:szCs w:val="20"/>
              </w:rPr>
              <w:t xml:space="preserve"> </w:t>
            </w:r>
            <w:proofErr w:type="spellStart"/>
            <w:r w:rsidRPr="00310D26">
              <w:rPr>
                <w:rFonts w:cs="Times New Roman"/>
                <w:szCs w:val="20"/>
              </w:rPr>
              <w:t>hangi</w:t>
            </w:r>
            <w:proofErr w:type="spellEnd"/>
            <w:r w:rsidRPr="00310D26">
              <w:rPr>
                <w:rFonts w:cs="Times New Roman"/>
                <w:szCs w:val="20"/>
              </w:rPr>
              <w:t xml:space="preserve"> </w:t>
            </w:r>
            <w:proofErr w:type="spellStart"/>
            <w:r w:rsidRPr="00310D26">
              <w:rPr>
                <w:rFonts w:cs="Times New Roman"/>
                <w:szCs w:val="20"/>
              </w:rPr>
              <w:t>yıla</w:t>
            </w:r>
            <w:proofErr w:type="spellEnd"/>
            <w:r w:rsidRPr="00310D26">
              <w:rPr>
                <w:rFonts w:cs="Times New Roman"/>
                <w:szCs w:val="20"/>
              </w:rPr>
              <w:t xml:space="preserve"> </w:t>
            </w:r>
            <w:proofErr w:type="spellStart"/>
            <w:r w:rsidRPr="00310D26">
              <w:rPr>
                <w:rFonts w:cs="Times New Roman"/>
                <w:szCs w:val="20"/>
              </w:rPr>
              <w:t>ait</w:t>
            </w:r>
            <w:proofErr w:type="spellEnd"/>
            <w:r w:rsidRPr="00310D26">
              <w:rPr>
                <w:rFonts w:cs="Times New Roman"/>
                <w:szCs w:val="20"/>
              </w:rPr>
              <w:t xml:space="preserve"> </w:t>
            </w:r>
            <w:proofErr w:type="spellStart"/>
            <w:r w:rsidRPr="00310D26">
              <w:rPr>
                <w:rFonts w:cs="Times New Roman"/>
                <w:szCs w:val="20"/>
              </w:rPr>
              <w:t>olduğu</w:t>
            </w:r>
            <w:proofErr w:type="spellEnd"/>
            <w:r w:rsidRPr="00310D26">
              <w:rPr>
                <w:rFonts w:cs="Times New Roman"/>
                <w:szCs w:val="20"/>
              </w:rPr>
              <w:t xml:space="preserve"> </w:t>
            </w:r>
            <w:proofErr w:type="spellStart"/>
            <w:r w:rsidRPr="00310D26">
              <w:rPr>
                <w:rFonts w:cs="Times New Roman"/>
                <w:szCs w:val="20"/>
              </w:rPr>
              <w:t>açıkça</w:t>
            </w:r>
            <w:proofErr w:type="spellEnd"/>
            <w:r w:rsidRPr="00310D26">
              <w:rPr>
                <w:rFonts w:cs="Times New Roman"/>
                <w:szCs w:val="20"/>
              </w:rPr>
              <w:t xml:space="preserve"> </w:t>
            </w:r>
            <w:proofErr w:type="spellStart"/>
            <w:r w:rsidRPr="00310D26">
              <w:rPr>
                <w:rFonts w:cs="Times New Roman"/>
                <w:szCs w:val="20"/>
              </w:rPr>
              <w:t>belirtilmeli</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ilgili</w:t>
            </w:r>
            <w:proofErr w:type="spellEnd"/>
            <w:r w:rsidRPr="00310D26">
              <w:rPr>
                <w:rFonts w:cs="Times New Roman"/>
                <w:szCs w:val="20"/>
              </w:rPr>
              <w:t xml:space="preserve"> </w:t>
            </w:r>
            <w:proofErr w:type="spellStart"/>
            <w:r w:rsidRPr="00310D26">
              <w:rPr>
                <w:rFonts w:cs="Times New Roman"/>
                <w:szCs w:val="20"/>
              </w:rPr>
              <w:t>kanıt</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w:t>
            </w:r>
          </w:p>
        </w:tc>
      </w:tr>
      <w:tr w:rsidR="0075743E" w:rsidRPr="00310D26" w14:paraId="47EC92D7" w14:textId="77777777" w:rsidTr="00310D26">
        <w:trPr>
          <w:jc w:val="center"/>
        </w:trPr>
        <w:tc>
          <w:tcPr>
            <w:tcW w:w="1589" w:type="dxa"/>
            <w:vMerge/>
            <w:vAlign w:val="center"/>
          </w:tcPr>
          <w:p w14:paraId="66153E48" w14:textId="77777777" w:rsidR="0075743E" w:rsidRPr="00310D26" w:rsidRDefault="0075743E" w:rsidP="0075743E">
            <w:pPr>
              <w:rPr>
                <w:rFonts w:cs="Times New Roman"/>
                <w:color w:val="000000" w:themeColor="text1"/>
                <w:szCs w:val="20"/>
              </w:rPr>
            </w:pPr>
          </w:p>
        </w:tc>
        <w:tc>
          <w:tcPr>
            <w:tcW w:w="2347" w:type="dxa"/>
            <w:vMerge/>
            <w:vAlign w:val="center"/>
          </w:tcPr>
          <w:p w14:paraId="58033250" w14:textId="77777777" w:rsidR="0075743E" w:rsidRPr="00310D26" w:rsidRDefault="0075743E" w:rsidP="0075743E">
            <w:pPr>
              <w:rPr>
                <w:rFonts w:cs="Times New Roman"/>
                <w:color w:val="000000" w:themeColor="text1"/>
                <w:szCs w:val="20"/>
              </w:rPr>
            </w:pPr>
          </w:p>
        </w:tc>
        <w:tc>
          <w:tcPr>
            <w:tcW w:w="992" w:type="dxa"/>
            <w:vAlign w:val="center"/>
          </w:tcPr>
          <w:p w14:paraId="0DADFEF5"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5≤IF&lt;10</w:t>
            </w:r>
          </w:p>
        </w:tc>
        <w:tc>
          <w:tcPr>
            <w:tcW w:w="425" w:type="dxa"/>
            <w:vAlign w:val="center"/>
          </w:tcPr>
          <w:p w14:paraId="671AB2F3"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20</w:t>
            </w:r>
          </w:p>
        </w:tc>
        <w:tc>
          <w:tcPr>
            <w:tcW w:w="5528" w:type="dxa"/>
            <w:vMerge/>
            <w:vAlign w:val="center"/>
          </w:tcPr>
          <w:p w14:paraId="06500C17" w14:textId="77777777" w:rsidR="0075743E" w:rsidRPr="00310D26" w:rsidRDefault="0075743E" w:rsidP="0075743E">
            <w:pPr>
              <w:rPr>
                <w:rFonts w:cs="Times New Roman"/>
                <w:color w:val="000000" w:themeColor="text1"/>
                <w:szCs w:val="20"/>
              </w:rPr>
            </w:pPr>
          </w:p>
        </w:tc>
      </w:tr>
      <w:tr w:rsidR="0075743E" w:rsidRPr="00310D26" w14:paraId="2E78292F" w14:textId="77777777" w:rsidTr="00310D26">
        <w:trPr>
          <w:jc w:val="center"/>
        </w:trPr>
        <w:tc>
          <w:tcPr>
            <w:tcW w:w="1589" w:type="dxa"/>
            <w:vMerge/>
            <w:vAlign w:val="center"/>
          </w:tcPr>
          <w:p w14:paraId="59CA1CB1" w14:textId="77777777" w:rsidR="0075743E" w:rsidRPr="00310D26" w:rsidRDefault="0075743E" w:rsidP="0075743E">
            <w:pPr>
              <w:rPr>
                <w:rFonts w:cs="Times New Roman"/>
                <w:color w:val="000000" w:themeColor="text1"/>
                <w:szCs w:val="20"/>
              </w:rPr>
            </w:pPr>
          </w:p>
        </w:tc>
        <w:tc>
          <w:tcPr>
            <w:tcW w:w="2347" w:type="dxa"/>
            <w:vMerge/>
            <w:vAlign w:val="center"/>
          </w:tcPr>
          <w:p w14:paraId="39BBA34B" w14:textId="77777777" w:rsidR="0075743E" w:rsidRPr="00310D26" w:rsidRDefault="0075743E" w:rsidP="0075743E">
            <w:pPr>
              <w:rPr>
                <w:rFonts w:cs="Times New Roman"/>
                <w:color w:val="000000" w:themeColor="text1"/>
                <w:szCs w:val="20"/>
              </w:rPr>
            </w:pPr>
          </w:p>
        </w:tc>
        <w:tc>
          <w:tcPr>
            <w:tcW w:w="992" w:type="dxa"/>
            <w:vAlign w:val="center"/>
          </w:tcPr>
          <w:p w14:paraId="6E744AC9"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3≤IF&lt;5</w:t>
            </w:r>
          </w:p>
        </w:tc>
        <w:tc>
          <w:tcPr>
            <w:tcW w:w="425" w:type="dxa"/>
            <w:vAlign w:val="center"/>
          </w:tcPr>
          <w:p w14:paraId="7E65F95A"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15</w:t>
            </w:r>
          </w:p>
        </w:tc>
        <w:tc>
          <w:tcPr>
            <w:tcW w:w="5528" w:type="dxa"/>
            <w:vMerge/>
            <w:vAlign w:val="center"/>
          </w:tcPr>
          <w:p w14:paraId="291BE6F6" w14:textId="77777777" w:rsidR="0075743E" w:rsidRPr="00310D26" w:rsidRDefault="0075743E" w:rsidP="0075743E">
            <w:pPr>
              <w:rPr>
                <w:rFonts w:cs="Times New Roman"/>
                <w:color w:val="000000" w:themeColor="text1"/>
                <w:szCs w:val="20"/>
              </w:rPr>
            </w:pPr>
          </w:p>
        </w:tc>
      </w:tr>
      <w:tr w:rsidR="0075743E" w:rsidRPr="00310D26" w14:paraId="4E0520A7" w14:textId="77777777" w:rsidTr="00310D26">
        <w:trPr>
          <w:jc w:val="center"/>
        </w:trPr>
        <w:tc>
          <w:tcPr>
            <w:tcW w:w="1589" w:type="dxa"/>
            <w:vMerge/>
            <w:vAlign w:val="center"/>
          </w:tcPr>
          <w:p w14:paraId="52D0C44B" w14:textId="77777777" w:rsidR="0075743E" w:rsidRPr="00310D26" w:rsidRDefault="0075743E" w:rsidP="0075743E">
            <w:pPr>
              <w:rPr>
                <w:rFonts w:cs="Times New Roman"/>
                <w:color w:val="000000" w:themeColor="text1"/>
                <w:szCs w:val="20"/>
              </w:rPr>
            </w:pPr>
          </w:p>
        </w:tc>
        <w:tc>
          <w:tcPr>
            <w:tcW w:w="2347" w:type="dxa"/>
            <w:vMerge/>
            <w:vAlign w:val="center"/>
          </w:tcPr>
          <w:p w14:paraId="2E075161" w14:textId="77777777" w:rsidR="0075743E" w:rsidRPr="00310D26" w:rsidRDefault="0075743E" w:rsidP="0075743E">
            <w:pPr>
              <w:rPr>
                <w:rFonts w:cs="Times New Roman"/>
                <w:color w:val="000000" w:themeColor="text1"/>
                <w:szCs w:val="20"/>
              </w:rPr>
            </w:pPr>
          </w:p>
        </w:tc>
        <w:tc>
          <w:tcPr>
            <w:tcW w:w="992" w:type="dxa"/>
            <w:vAlign w:val="center"/>
          </w:tcPr>
          <w:p w14:paraId="69C9D1CC"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1≤IF&lt;3</w:t>
            </w:r>
          </w:p>
        </w:tc>
        <w:tc>
          <w:tcPr>
            <w:tcW w:w="425" w:type="dxa"/>
            <w:vAlign w:val="center"/>
          </w:tcPr>
          <w:p w14:paraId="7E827DF6"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10</w:t>
            </w:r>
          </w:p>
        </w:tc>
        <w:tc>
          <w:tcPr>
            <w:tcW w:w="5528" w:type="dxa"/>
            <w:vMerge/>
            <w:vAlign w:val="center"/>
          </w:tcPr>
          <w:p w14:paraId="6F27340F" w14:textId="77777777" w:rsidR="0075743E" w:rsidRPr="00310D26" w:rsidRDefault="0075743E" w:rsidP="0075743E">
            <w:pPr>
              <w:rPr>
                <w:rFonts w:cs="Times New Roman"/>
                <w:color w:val="000000" w:themeColor="text1"/>
                <w:szCs w:val="20"/>
              </w:rPr>
            </w:pPr>
          </w:p>
        </w:tc>
      </w:tr>
      <w:tr w:rsidR="0075743E" w:rsidRPr="00310D26" w14:paraId="1E367BC0" w14:textId="77777777" w:rsidTr="00310D26">
        <w:trPr>
          <w:jc w:val="center"/>
        </w:trPr>
        <w:tc>
          <w:tcPr>
            <w:tcW w:w="1589" w:type="dxa"/>
            <w:vMerge/>
            <w:vAlign w:val="center"/>
          </w:tcPr>
          <w:p w14:paraId="35C29497" w14:textId="77777777" w:rsidR="0075743E" w:rsidRPr="00310D26" w:rsidRDefault="0075743E" w:rsidP="0075743E">
            <w:pPr>
              <w:rPr>
                <w:rFonts w:cs="Times New Roman"/>
                <w:color w:val="000000" w:themeColor="text1"/>
                <w:szCs w:val="20"/>
              </w:rPr>
            </w:pPr>
          </w:p>
        </w:tc>
        <w:tc>
          <w:tcPr>
            <w:tcW w:w="2347" w:type="dxa"/>
            <w:vMerge/>
            <w:vAlign w:val="center"/>
          </w:tcPr>
          <w:p w14:paraId="04CB2A3E" w14:textId="77777777" w:rsidR="0075743E" w:rsidRPr="00310D26" w:rsidRDefault="0075743E" w:rsidP="0075743E">
            <w:pPr>
              <w:rPr>
                <w:rFonts w:cs="Times New Roman"/>
                <w:color w:val="000000" w:themeColor="text1"/>
                <w:szCs w:val="20"/>
              </w:rPr>
            </w:pPr>
          </w:p>
        </w:tc>
        <w:tc>
          <w:tcPr>
            <w:tcW w:w="992" w:type="dxa"/>
            <w:vAlign w:val="center"/>
          </w:tcPr>
          <w:p w14:paraId="012047A5"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0&lt;IF&lt;1</w:t>
            </w:r>
          </w:p>
        </w:tc>
        <w:tc>
          <w:tcPr>
            <w:tcW w:w="425" w:type="dxa"/>
            <w:vAlign w:val="center"/>
          </w:tcPr>
          <w:p w14:paraId="4E69447B"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5</w:t>
            </w:r>
          </w:p>
        </w:tc>
        <w:tc>
          <w:tcPr>
            <w:tcW w:w="5528" w:type="dxa"/>
            <w:vMerge/>
            <w:vAlign w:val="center"/>
          </w:tcPr>
          <w:p w14:paraId="3774FDB9" w14:textId="77777777" w:rsidR="0075743E" w:rsidRPr="00310D26" w:rsidRDefault="0075743E" w:rsidP="0075743E">
            <w:pPr>
              <w:rPr>
                <w:rFonts w:cs="Times New Roman"/>
                <w:color w:val="000000" w:themeColor="text1"/>
                <w:szCs w:val="20"/>
              </w:rPr>
            </w:pPr>
          </w:p>
        </w:tc>
      </w:tr>
      <w:tr w:rsidR="0075743E" w:rsidRPr="00310D26" w14:paraId="1374907E" w14:textId="77777777" w:rsidTr="00310D26">
        <w:trPr>
          <w:jc w:val="center"/>
        </w:trPr>
        <w:tc>
          <w:tcPr>
            <w:tcW w:w="1589" w:type="dxa"/>
            <w:vMerge/>
            <w:vAlign w:val="center"/>
          </w:tcPr>
          <w:p w14:paraId="2B362A8D" w14:textId="77777777" w:rsidR="0075743E" w:rsidRPr="00310D26" w:rsidRDefault="0075743E" w:rsidP="0075743E">
            <w:pPr>
              <w:rPr>
                <w:rFonts w:cs="Times New Roman"/>
                <w:color w:val="000000" w:themeColor="text1"/>
                <w:szCs w:val="20"/>
              </w:rPr>
            </w:pPr>
          </w:p>
        </w:tc>
        <w:tc>
          <w:tcPr>
            <w:tcW w:w="2347" w:type="dxa"/>
            <w:vAlign w:val="center"/>
          </w:tcPr>
          <w:p w14:paraId="580B26BB"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 xml:space="preserve">Alan </w:t>
            </w:r>
            <w:proofErr w:type="spellStart"/>
            <w:r w:rsidRPr="00310D26">
              <w:rPr>
                <w:rFonts w:cs="Times New Roman"/>
                <w:color w:val="000000" w:themeColor="text1"/>
                <w:szCs w:val="20"/>
              </w:rPr>
              <w:t>endeksleri</w:t>
            </w:r>
            <w:proofErr w:type="spellEnd"/>
            <w:r w:rsidRPr="00310D26">
              <w:rPr>
                <w:rFonts w:cs="Times New Roman"/>
                <w:color w:val="000000" w:themeColor="text1"/>
                <w:szCs w:val="20"/>
              </w:rPr>
              <w:t xml:space="preserve"> (ÜAK </w:t>
            </w:r>
            <w:proofErr w:type="spellStart"/>
            <w:r w:rsidRPr="00310D26">
              <w:rPr>
                <w:rFonts w:cs="Times New Roman"/>
                <w:color w:val="000000" w:themeColor="text1"/>
                <w:szCs w:val="20"/>
              </w:rPr>
              <w:t>tarafından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tanımlanan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alanlar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için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ESCI </w:t>
            </w:r>
            <w:proofErr w:type="spellStart"/>
            <w:r w:rsidRPr="00310D26">
              <w:rPr>
                <w:rFonts w:cs="Times New Roman"/>
                <w:color w:val="000000" w:themeColor="text1"/>
                <w:szCs w:val="20"/>
              </w:rPr>
              <w:t>kapsamındaki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dergilerde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yayımlanmış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makalesi</w:t>
            </w:r>
            <w:proofErr w:type="spellEnd"/>
            <w:r w:rsidRPr="00310D26">
              <w:rPr>
                <w:rFonts w:cs="Times New Roman"/>
                <w:color w:val="000000" w:themeColor="text1"/>
                <w:szCs w:val="20"/>
              </w:rPr>
              <w:t xml:space="preserve"> *</w:t>
            </w:r>
          </w:p>
        </w:tc>
        <w:tc>
          <w:tcPr>
            <w:tcW w:w="1417" w:type="dxa"/>
            <w:gridSpan w:val="2"/>
            <w:vAlign w:val="center"/>
          </w:tcPr>
          <w:p w14:paraId="3ED9C706"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15</w:t>
            </w:r>
          </w:p>
        </w:tc>
        <w:tc>
          <w:tcPr>
            <w:tcW w:w="5528" w:type="dxa"/>
            <w:vAlign w:val="center"/>
          </w:tcPr>
          <w:p w14:paraId="43B50B05" w14:textId="77777777" w:rsidR="0075743E" w:rsidRPr="00310D26" w:rsidRDefault="0075743E" w:rsidP="0075743E">
            <w:pPr>
              <w:rPr>
                <w:rFonts w:cs="Times New Roman"/>
                <w:color w:val="000000" w:themeColor="text1"/>
                <w:szCs w:val="20"/>
              </w:rPr>
            </w:pPr>
            <w:proofErr w:type="spellStart"/>
            <w:r w:rsidRPr="00310D26">
              <w:rPr>
                <w:rFonts w:cs="Times New Roman"/>
                <w:szCs w:val="20"/>
              </w:rPr>
              <w:t>Yayının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Derginin</w:t>
            </w:r>
            <w:proofErr w:type="spellEnd"/>
            <w:r w:rsidRPr="00310D26">
              <w:rPr>
                <w:rFonts w:cs="Times New Roman"/>
                <w:szCs w:val="20"/>
              </w:rPr>
              <w:t xml:space="preserve"> </w:t>
            </w:r>
            <w:proofErr w:type="spellStart"/>
            <w:r w:rsidRPr="00310D26">
              <w:rPr>
                <w:rFonts w:cs="Times New Roman"/>
                <w:szCs w:val="20"/>
              </w:rPr>
              <w:t>ilgili</w:t>
            </w:r>
            <w:proofErr w:type="spellEnd"/>
            <w:r w:rsidRPr="00310D26">
              <w:rPr>
                <w:rFonts w:cs="Times New Roman"/>
                <w:szCs w:val="20"/>
              </w:rPr>
              <w:t xml:space="preserve"> </w:t>
            </w:r>
            <w:proofErr w:type="spellStart"/>
            <w:r w:rsidRPr="00310D26">
              <w:rPr>
                <w:rFonts w:cs="Times New Roman"/>
                <w:szCs w:val="20"/>
              </w:rPr>
              <w:t>endekste</w:t>
            </w:r>
            <w:proofErr w:type="spellEnd"/>
            <w:r w:rsidRPr="00310D26">
              <w:rPr>
                <w:rFonts w:cs="Times New Roman"/>
                <w:szCs w:val="20"/>
              </w:rPr>
              <w:t xml:space="preserve"> </w:t>
            </w:r>
            <w:proofErr w:type="spellStart"/>
            <w:r w:rsidRPr="00310D26">
              <w:rPr>
                <w:rFonts w:cs="Times New Roman"/>
                <w:szCs w:val="20"/>
              </w:rPr>
              <w:t>yer</w:t>
            </w:r>
            <w:proofErr w:type="spellEnd"/>
            <w:r w:rsidRPr="00310D26">
              <w:rPr>
                <w:rFonts w:cs="Times New Roman"/>
                <w:szCs w:val="20"/>
              </w:rPr>
              <w:t xml:space="preserve"> </w:t>
            </w:r>
            <w:proofErr w:type="spellStart"/>
            <w:r w:rsidRPr="00310D26">
              <w:rPr>
                <w:rFonts w:cs="Times New Roman"/>
                <w:szCs w:val="20"/>
              </w:rPr>
              <w:t>aldığına</w:t>
            </w:r>
            <w:proofErr w:type="spellEnd"/>
            <w:r w:rsidRPr="00310D26">
              <w:rPr>
                <w:rFonts w:cs="Times New Roman"/>
                <w:szCs w:val="20"/>
              </w:rPr>
              <w:t xml:space="preserve"> </w:t>
            </w:r>
            <w:proofErr w:type="spellStart"/>
            <w:r w:rsidRPr="00310D26">
              <w:rPr>
                <w:rFonts w:cs="Times New Roman"/>
                <w:szCs w:val="20"/>
              </w:rPr>
              <w:t>ilişkin</w:t>
            </w:r>
            <w:proofErr w:type="spellEnd"/>
            <w:r w:rsidRPr="00310D26">
              <w:rPr>
                <w:rFonts w:cs="Times New Roman"/>
                <w:szCs w:val="20"/>
              </w:rPr>
              <w:t xml:space="preserve"> </w:t>
            </w:r>
            <w:proofErr w:type="spellStart"/>
            <w:r w:rsidRPr="00310D26">
              <w:rPr>
                <w:rFonts w:cs="Times New Roman"/>
                <w:szCs w:val="20"/>
              </w:rPr>
              <w:t>bilgi</w:t>
            </w:r>
            <w:proofErr w:type="spellEnd"/>
            <w:r w:rsidRPr="00310D26">
              <w:rPr>
                <w:rFonts w:cs="Times New Roman"/>
                <w:szCs w:val="20"/>
              </w:rPr>
              <w:t xml:space="preserve">, </w:t>
            </w:r>
            <w:proofErr w:type="spellStart"/>
            <w:r w:rsidRPr="00310D26">
              <w:rPr>
                <w:rFonts w:cs="Times New Roman"/>
                <w:szCs w:val="20"/>
              </w:rPr>
              <w:t>mümkün</w:t>
            </w:r>
            <w:proofErr w:type="spellEnd"/>
            <w:r w:rsidRPr="00310D26">
              <w:rPr>
                <w:rFonts w:cs="Times New Roman"/>
                <w:szCs w:val="20"/>
              </w:rPr>
              <w:t xml:space="preserve"> </w:t>
            </w:r>
            <w:proofErr w:type="spellStart"/>
            <w:r w:rsidRPr="00310D26">
              <w:rPr>
                <w:rFonts w:cs="Times New Roman"/>
                <w:szCs w:val="20"/>
              </w:rPr>
              <w:t>olduğunca</w:t>
            </w:r>
            <w:proofErr w:type="spellEnd"/>
            <w:r w:rsidRPr="00310D26">
              <w:rPr>
                <w:rFonts w:cs="Times New Roman"/>
                <w:szCs w:val="20"/>
              </w:rPr>
              <w:t xml:space="preserve"> WOS </w:t>
            </w:r>
            <w:proofErr w:type="spellStart"/>
            <w:r w:rsidRPr="00310D26">
              <w:rPr>
                <w:rFonts w:cs="Times New Roman"/>
                <w:szCs w:val="20"/>
              </w:rPr>
              <w:t>veya</w:t>
            </w:r>
            <w:proofErr w:type="spellEnd"/>
            <w:r w:rsidRPr="00310D26">
              <w:rPr>
                <w:rFonts w:cs="Times New Roman"/>
                <w:szCs w:val="20"/>
              </w:rPr>
              <w:t xml:space="preserve"> </w:t>
            </w:r>
            <w:proofErr w:type="spellStart"/>
            <w:r w:rsidRPr="00310D26">
              <w:rPr>
                <w:rFonts w:cs="Times New Roman"/>
                <w:szCs w:val="20"/>
              </w:rPr>
              <w:t>ilgili</w:t>
            </w:r>
            <w:proofErr w:type="spellEnd"/>
            <w:r w:rsidRPr="00310D26">
              <w:rPr>
                <w:rFonts w:cs="Times New Roman"/>
                <w:szCs w:val="20"/>
              </w:rPr>
              <w:t xml:space="preserve"> </w:t>
            </w:r>
            <w:proofErr w:type="spellStart"/>
            <w:r w:rsidRPr="00310D26">
              <w:rPr>
                <w:rFonts w:cs="Times New Roman"/>
                <w:szCs w:val="20"/>
              </w:rPr>
              <w:t>resmî</w:t>
            </w:r>
            <w:proofErr w:type="spellEnd"/>
            <w:r w:rsidRPr="00310D26">
              <w:rPr>
                <w:rFonts w:cs="Times New Roman"/>
                <w:szCs w:val="20"/>
              </w:rPr>
              <w:t xml:space="preserve"> </w:t>
            </w:r>
            <w:proofErr w:type="spellStart"/>
            <w:r w:rsidRPr="00310D26">
              <w:rPr>
                <w:rFonts w:cs="Times New Roman"/>
                <w:szCs w:val="20"/>
              </w:rPr>
              <w:t>veri</w:t>
            </w:r>
            <w:proofErr w:type="spellEnd"/>
            <w:r w:rsidRPr="00310D26">
              <w:rPr>
                <w:rFonts w:cs="Times New Roman"/>
                <w:szCs w:val="20"/>
              </w:rPr>
              <w:t xml:space="preserve"> </w:t>
            </w:r>
            <w:proofErr w:type="spellStart"/>
            <w:r w:rsidRPr="00310D26">
              <w:rPr>
                <w:rFonts w:cs="Times New Roman"/>
                <w:szCs w:val="20"/>
              </w:rPr>
              <w:t>tabanı</w:t>
            </w:r>
            <w:proofErr w:type="spellEnd"/>
            <w:r w:rsidRPr="00310D26">
              <w:rPr>
                <w:rFonts w:cs="Times New Roman"/>
                <w:szCs w:val="20"/>
              </w:rPr>
              <w:t xml:space="preserve"> </w:t>
            </w:r>
            <w:proofErr w:type="spellStart"/>
            <w:r w:rsidRPr="00310D26">
              <w:rPr>
                <w:rFonts w:cs="Times New Roman"/>
                <w:szCs w:val="20"/>
              </w:rPr>
              <w:t>üzerinden</w:t>
            </w:r>
            <w:proofErr w:type="spellEnd"/>
            <w:r w:rsidRPr="00310D26">
              <w:rPr>
                <w:rFonts w:cs="Times New Roman"/>
                <w:szCs w:val="20"/>
              </w:rPr>
              <w:t xml:space="preserve"> </w:t>
            </w:r>
            <w:proofErr w:type="spellStart"/>
            <w:r w:rsidRPr="00310D26">
              <w:rPr>
                <w:rFonts w:cs="Times New Roman"/>
                <w:szCs w:val="20"/>
              </w:rPr>
              <w:t>doğrulanmalı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kanıtı</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w:t>
            </w:r>
          </w:p>
        </w:tc>
      </w:tr>
      <w:tr w:rsidR="0075743E" w:rsidRPr="00310D26" w14:paraId="15B09FD2" w14:textId="77777777" w:rsidTr="00310D26">
        <w:trPr>
          <w:jc w:val="center"/>
        </w:trPr>
        <w:tc>
          <w:tcPr>
            <w:tcW w:w="1589" w:type="dxa"/>
            <w:vMerge/>
            <w:vAlign w:val="center"/>
          </w:tcPr>
          <w:p w14:paraId="79D7E4CC" w14:textId="77777777" w:rsidR="0075743E" w:rsidRPr="00310D26" w:rsidRDefault="0075743E" w:rsidP="0075743E">
            <w:pPr>
              <w:rPr>
                <w:rFonts w:cs="Times New Roman"/>
                <w:color w:val="000000" w:themeColor="text1"/>
                <w:szCs w:val="20"/>
              </w:rPr>
            </w:pPr>
          </w:p>
        </w:tc>
        <w:tc>
          <w:tcPr>
            <w:tcW w:w="2347" w:type="dxa"/>
            <w:vAlign w:val="center"/>
          </w:tcPr>
          <w:p w14:paraId="6A715AB2"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Diğer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hakemli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dergilerde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p>
          <w:p w14:paraId="19B150C8"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 xml:space="preserve">ULAKBİM TR </w:t>
            </w:r>
            <w:proofErr w:type="spellStart"/>
            <w:r w:rsidRPr="00310D26">
              <w:rPr>
                <w:rFonts w:cs="Times New Roman"/>
                <w:color w:val="000000" w:themeColor="text1"/>
                <w:szCs w:val="20"/>
              </w:rPr>
              <w:t>Dizin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tarafından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taranan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ulusal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hakemli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dergilerde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yayımlanmış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makalesi</w:t>
            </w:r>
            <w:proofErr w:type="spellEnd"/>
            <w:r w:rsidRPr="00310D26">
              <w:rPr>
                <w:rFonts w:cs="Times New Roman"/>
                <w:color w:val="000000" w:themeColor="text1"/>
                <w:szCs w:val="20"/>
              </w:rPr>
              <w:t xml:space="preserve"> *</w:t>
            </w:r>
          </w:p>
        </w:tc>
        <w:tc>
          <w:tcPr>
            <w:tcW w:w="1417" w:type="dxa"/>
            <w:gridSpan w:val="2"/>
            <w:vAlign w:val="center"/>
          </w:tcPr>
          <w:p w14:paraId="4274D4A2"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10</w:t>
            </w:r>
          </w:p>
        </w:tc>
        <w:tc>
          <w:tcPr>
            <w:tcW w:w="5528" w:type="dxa"/>
            <w:vAlign w:val="center"/>
          </w:tcPr>
          <w:p w14:paraId="170E2BBD" w14:textId="77777777" w:rsidR="0075743E" w:rsidRPr="00310D26" w:rsidRDefault="0075743E" w:rsidP="0075743E">
            <w:pPr>
              <w:rPr>
                <w:rFonts w:cs="Times New Roman"/>
                <w:color w:val="000000" w:themeColor="text1"/>
                <w:szCs w:val="20"/>
              </w:rPr>
            </w:pPr>
            <w:proofErr w:type="spellStart"/>
            <w:r w:rsidRPr="00310D26">
              <w:rPr>
                <w:rFonts w:cs="Times New Roman"/>
                <w:szCs w:val="20"/>
              </w:rPr>
              <w:t>Yalnızca</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yayınlar</w:t>
            </w:r>
            <w:proofErr w:type="spellEnd"/>
            <w:r w:rsidRPr="00310D26">
              <w:rPr>
                <w:rFonts w:cs="Times New Roman"/>
                <w:szCs w:val="20"/>
              </w:rPr>
              <w:t xml:space="preserve"> </w:t>
            </w:r>
            <w:proofErr w:type="spellStart"/>
            <w:r w:rsidRPr="00310D26">
              <w:rPr>
                <w:rFonts w:cs="Times New Roman"/>
                <w:szCs w:val="20"/>
              </w:rPr>
              <w:t>başvuruya</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 xml:space="preserve">. </w:t>
            </w:r>
            <w:proofErr w:type="spellStart"/>
            <w:r w:rsidRPr="00310D26">
              <w:rPr>
                <w:rFonts w:cs="Times New Roman"/>
                <w:szCs w:val="20"/>
              </w:rPr>
              <w:t>Derginin</w:t>
            </w:r>
            <w:proofErr w:type="spellEnd"/>
            <w:r w:rsidRPr="00310D26">
              <w:rPr>
                <w:rFonts w:cs="Times New Roman"/>
                <w:szCs w:val="20"/>
              </w:rPr>
              <w:t xml:space="preserve"> </w:t>
            </w:r>
            <w:proofErr w:type="spellStart"/>
            <w:r w:rsidRPr="00310D26">
              <w:rPr>
                <w:rFonts w:cs="Times New Roman"/>
                <w:szCs w:val="20"/>
              </w:rPr>
              <w:t>ilgili</w:t>
            </w:r>
            <w:proofErr w:type="spellEnd"/>
            <w:r w:rsidRPr="00310D26">
              <w:rPr>
                <w:rFonts w:cs="Times New Roman"/>
                <w:szCs w:val="20"/>
              </w:rPr>
              <w:t xml:space="preserve"> </w:t>
            </w:r>
            <w:proofErr w:type="spellStart"/>
            <w:r w:rsidRPr="00310D26">
              <w:rPr>
                <w:rFonts w:cs="Times New Roman"/>
                <w:szCs w:val="20"/>
              </w:rPr>
              <w:t>indeks</w:t>
            </w:r>
            <w:proofErr w:type="spellEnd"/>
            <w:r w:rsidRPr="00310D26">
              <w:rPr>
                <w:rFonts w:cs="Times New Roman"/>
                <w:szCs w:val="20"/>
              </w:rPr>
              <w:t xml:space="preserve"> </w:t>
            </w:r>
            <w:proofErr w:type="spellStart"/>
            <w:r w:rsidRPr="00310D26">
              <w:rPr>
                <w:rFonts w:cs="Times New Roman"/>
                <w:szCs w:val="20"/>
              </w:rPr>
              <w:t>kapsamındaki</w:t>
            </w:r>
            <w:proofErr w:type="spellEnd"/>
            <w:r w:rsidRPr="00310D26">
              <w:rPr>
                <w:rFonts w:cs="Times New Roman"/>
                <w:szCs w:val="20"/>
              </w:rPr>
              <w:t xml:space="preserve"> </w:t>
            </w:r>
            <w:proofErr w:type="spellStart"/>
            <w:r w:rsidRPr="00310D26">
              <w:rPr>
                <w:rFonts w:cs="Times New Roman"/>
                <w:szCs w:val="20"/>
              </w:rPr>
              <w:t>durumu</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yayın</w:t>
            </w:r>
            <w:proofErr w:type="spellEnd"/>
            <w:r w:rsidRPr="00310D26">
              <w:rPr>
                <w:rFonts w:cs="Times New Roman"/>
                <w:szCs w:val="20"/>
              </w:rPr>
              <w:t xml:space="preserve"> </w:t>
            </w:r>
            <w:proofErr w:type="spellStart"/>
            <w:r w:rsidRPr="00310D26">
              <w:rPr>
                <w:rFonts w:cs="Times New Roman"/>
                <w:szCs w:val="20"/>
              </w:rPr>
              <w:t>bilgileri</w:t>
            </w:r>
            <w:proofErr w:type="spellEnd"/>
            <w:r w:rsidRPr="00310D26">
              <w:rPr>
                <w:rFonts w:cs="Times New Roman"/>
                <w:szCs w:val="20"/>
              </w:rPr>
              <w:t xml:space="preserve"> </w:t>
            </w:r>
            <w:proofErr w:type="spellStart"/>
            <w:r w:rsidRPr="00310D26">
              <w:rPr>
                <w:rFonts w:cs="Times New Roman"/>
                <w:szCs w:val="20"/>
              </w:rPr>
              <w:t>resmî</w:t>
            </w:r>
            <w:proofErr w:type="spellEnd"/>
            <w:r w:rsidRPr="00310D26">
              <w:rPr>
                <w:rFonts w:cs="Times New Roman"/>
                <w:szCs w:val="20"/>
              </w:rPr>
              <w:t xml:space="preserve"> </w:t>
            </w:r>
            <w:proofErr w:type="spellStart"/>
            <w:r w:rsidRPr="00310D26">
              <w:rPr>
                <w:rFonts w:cs="Times New Roman"/>
                <w:szCs w:val="20"/>
              </w:rPr>
              <w:t>kaynaklardan</w:t>
            </w:r>
            <w:proofErr w:type="spellEnd"/>
            <w:r w:rsidRPr="00310D26">
              <w:rPr>
                <w:rFonts w:cs="Times New Roman"/>
                <w:szCs w:val="20"/>
              </w:rPr>
              <w:t xml:space="preserve"> </w:t>
            </w:r>
            <w:proofErr w:type="spellStart"/>
            <w:r w:rsidRPr="00310D26">
              <w:rPr>
                <w:rFonts w:cs="Times New Roman"/>
                <w:szCs w:val="20"/>
              </w:rPr>
              <w:t>doğrulanabilir</w:t>
            </w:r>
            <w:proofErr w:type="spellEnd"/>
            <w:r w:rsidRPr="00310D26">
              <w:rPr>
                <w:rFonts w:cs="Times New Roman"/>
                <w:szCs w:val="20"/>
              </w:rPr>
              <w:t xml:space="preserve"> </w:t>
            </w:r>
            <w:proofErr w:type="spellStart"/>
            <w:r w:rsidRPr="00310D26">
              <w:rPr>
                <w:rFonts w:cs="Times New Roman"/>
                <w:szCs w:val="20"/>
              </w:rPr>
              <w:t>şekilde</w:t>
            </w:r>
            <w:proofErr w:type="spellEnd"/>
            <w:r w:rsidRPr="00310D26">
              <w:rPr>
                <w:rFonts w:cs="Times New Roman"/>
                <w:szCs w:val="20"/>
              </w:rPr>
              <w:t xml:space="preserve"> </w:t>
            </w:r>
            <w:proofErr w:type="spellStart"/>
            <w:r w:rsidRPr="00310D26">
              <w:rPr>
                <w:rFonts w:cs="Times New Roman"/>
                <w:szCs w:val="20"/>
              </w:rPr>
              <w:t>belgelenmelidir</w:t>
            </w:r>
            <w:proofErr w:type="spellEnd"/>
            <w:r w:rsidRPr="00310D26">
              <w:rPr>
                <w:rFonts w:cs="Times New Roman"/>
                <w:szCs w:val="20"/>
              </w:rPr>
              <w:t>.</w:t>
            </w:r>
          </w:p>
        </w:tc>
      </w:tr>
      <w:tr w:rsidR="0075743E" w:rsidRPr="00310D26" w14:paraId="19528EE4" w14:textId="77777777" w:rsidTr="00B94B27">
        <w:trPr>
          <w:trHeight w:val="737"/>
          <w:jc w:val="center"/>
        </w:trPr>
        <w:tc>
          <w:tcPr>
            <w:tcW w:w="10881" w:type="dxa"/>
            <w:gridSpan w:val="5"/>
            <w:vAlign w:val="center"/>
          </w:tcPr>
          <w:p w14:paraId="33EFEA92" w14:textId="77777777" w:rsidR="0075743E" w:rsidRPr="00310D26" w:rsidRDefault="0075743E" w:rsidP="0075743E">
            <w:pPr>
              <w:rPr>
                <w:rFonts w:cs="Times New Roman"/>
                <w:color w:val="000000" w:themeColor="text1"/>
                <w:szCs w:val="20"/>
              </w:rPr>
            </w:pPr>
            <w:proofErr w:type="spellStart"/>
            <w:r w:rsidRPr="00310D26">
              <w:rPr>
                <w:rFonts w:cs="Times New Roman"/>
                <w:b/>
                <w:color w:val="000000" w:themeColor="text1"/>
                <w:szCs w:val="20"/>
              </w:rPr>
              <w:t>Sunulacak</w:t>
            </w:r>
            <w:proofErr w:type="spellEnd"/>
            <w:r w:rsidRPr="00310D26">
              <w:rPr>
                <w:rFonts w:cs="Times New Roman"/>
                <w:b/>
                <w:color w:val="000000" w:themeColor="text1"/>
                <w:szCs w:val="20"/>
              </w:rPr>
              <w:t xml:space="preserve"> </w:t>
            </w:r>
            <w:proofErr w:type="spellStart"/>
            <w:r w:rsidRPr="00310D26">
              <w:rPr>
                <w:rFonts w:cs="Times New Roman"/>
                <w:b/>
                <w:color w:val="000000" w:themeColor="text1"/>
                <w:szCs w:val="20"/>
              </w:rPr>
              <w:t>Belgeler</w:t>
            </w:r>
            <w:proofErr w:type="spellEnd"/>
            <w:r w:rsidRPr="00310D26">
              <w:rPr>
                <w:rFonts w:cs="Times New Roman"/>
                <w:b/>
                <w:color w:val="000000" w:themeColor="text1"/>
                <w:szCs w:val="20"/>
              </w:rPr>
              <w:t>;</w:t>
            </w:r>
            <w:r w:rsidRPr="00310D26">
              <w:rPr>
                <w:rFonts w:cs="Times New Roman"/>
                <w:color w:val="000000" w:themeColor="text1"/>
                <w:szCs w:val="20"/>
              </w:rPr>
              <w:t xml:space="preserve"> </w:t>
            </w:r>
            <w:proofErr w:type="spellStart"/>
            <w:r w:rsidRPr="00310D26">
              <w:rPr>
                <w:rFonts w:cs="Times New Roman"/>
                <w:color w:val="000000" w:themeColor="text1"/>
                <w:szCs w:val="20"/>
              </w:rPr>
              <w:t>Yazarlar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Makale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adı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adı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yıl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cilt</w:t>
            </w:r>
            <w:proofErr w:type="spellEnd"/>
            <w:r w:rsidRPr="00310D26">
              <w:rPr>
                <w:rFonts w:cs="Times New Roman"/>
                <w:color w:val="000000" w:themeColor="text1"/>
                <w:szCs w:val="20"/>
              </w:rPr>
              <w:t xml:space="preserve"> no, </w:t>
            </w:r>
            <w:proofErr w:type="spellStart"/>
            <w:r w:rsidRPr="00310D26">
              <w:rPr>
                <w:rFonts w:cs="Times New Roman"/>
                <w:color w:val="000000" w:themeColor="text1"/>
                <w:szCs w:val="20"/>
              </w:rPr>
              <w:t>sayı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sayfa</w:t>
            </w:r>
            <w:proofErr w:type="spellEnd"/>
            <w:r w:rsidRPr="00310D26">
              <w:rPr>
                <w:rFonts w:cs="Times New Roman"/>
                <w:color w:val="000000" w:themeColor="text1"/>
                <w:szCs w:val="20"/>
              </w:rPr>
              <w:t xml:space="preserve"> no. </w:t>
            </w:r>
            <w:proofErr w:type="spellStart"/>
            <w:r w:rsidRPr="00310D26">
              <w:rPr>
                <w:rFonts w:cs="Times New Roman"/>
                <w:color w:val="000000" w:themeColor="text1"/>
                <w:szCs w:val="20"/>
              </w:rPr>
              <w:t>Dergi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etki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değeri</w:t>
            </w:r>
            <w:proofErr w:type="spellEnd"/>
            <w:r w:rsidRPr="00310D26">
              <w:rPr>
                <w:rFonts w:cs="Times New Roman"/>
                <w:color w:val="000000" w:themeColor="text1"/>
                <w:szCs w:val="20"/>
              </w:rPr>
              <w:t xml:space="preserve"> (IF)</w:t>
            </w:r>
          </w:p>
          <w:p w14:paraId="1606AE1F" w14:textId="77777777" w:rsidR="0075743E" w:rsidRPr="00310D26" w:rsidRDefault="0075743E" w:rsidP="0075743E">
            <w:pPr>
              <w:rPr>
                <w:rFonts w:cs="Times New Roman"/>
                <w:color w:val="000000" w:themeColor="text1"/>
                <w:szCs w:val="20"/>
              </w:rPr>
            </w:pPr>
            <w:r w:rsidRPr="00310D26">
              <w:rPr>
                <w:rFonts w:cs="Times New Roman"/>
                <w:b/>
                <w:szCs w:val="20"/>
              </w:rPr>
              <w:t>Not:</w:t>
            </w:r>
            <w:r w:rsidRPr="00310D26">
              <w:rPr>
                <w:rFonts w:cs="Times New Roman"/>
                <w:szCs w:val="20"/>
              </w:rPr>
              <w:t xml:space="preserve"> </w:t>
            </w:r>
            <w:proofErr w:type="spellStart"/>
            <w:r w:rsidRPr="00310D26">
              <w:rPr>
                <w:rFonts w:cs="Times New Roman"/>
                <w:szCs w:val="20"/>
              </w:rPr>
              <w:t>Yazarlar</w:t>
            </w:r>
            <w:proofErr w:type="spellEnd"/>
            <w:r w:rsidRPr="00310D26">
              <w:rPr>
                <w:rFonts w:cs="Times New Roman"/>
                <w:szCs w:val="20"/>
              </w:rPr>
              <w:t xml:space="preserve">, </w:t>
            </w:r>
            <w:proofErr w:type="spellStart"/>
            <w:r w:rsidRPr="00310D26">
              <w:rPr>
                <w:rFonts w:cs="Times New Roman"/>
                <w:szCs w:val="20"/>
              </w:rPr>
              <w:t>makale</w:t>
            </w:r>
            <w:proofErr w:type="spellEnd"/>
            <w:r w:rsidRPr="00310D26">
              <w:rPr>
                <w:rFonts w:cs="Times New Roman"/>
                <w:szCs w:val="20"/>
              </w:rPr>
              <w:t xml:space="preserve"> </w:t>
            </w:r>
            <w:proofErr w:type="spellStart"/>
            <w:r w:rsidRPr="00310D26">
              <w:rPr>
                <w:rFonts w:cs="Times New Roman"/>
                <w:szCs w:val="20"/>
              </w:rPr>
              <w:t>adı</w:t>
            </w:r>
            <w:proofErr w:type="spellEnd"/>
            <w:r w:rsidRPr="00310D26">
              <w:rPr>
                <w:rFonts w:cs="Times New Roman"/>
                <w:szCs w:val="20"/>
              </w:rPr>
              <w:t xml:space="preserve">, </w:t>
            </w:r>
            <w:proofErr w:type="spellStart"/>
            <w:r w:rsidRPr="00310D26">
              <w:rPr>
                <w:rFonts w:cs="Times New Roman"/>
                <w:szCs w:val="20"/>
              </w:rPr>
              <w:t>dergi</w:t>
            </w:r>
            <w:proofErr w:type="spellEnd"/>
            <w:r w:rsidRPr="00310D26">
              <w:rPr>
                <w:rFonts w:cs="Times New Roman"/>
                <w:szCs w:val="20"/>
              </w:rPr>
              <w:t xml:space="preserve"> </w:t>
            </w:r>
            <w:proofErr w:type="spellStart"/>
            <w:r w:rsidRPr="00310D26">
              <w:rPr>
                <w:rFonts w:cs="Times New Roman"/>
                <w:szCs w:val="20"/>
              </w:rPr>
              <w:t>adı</w:t>
            </w:r>
            <w:proofErr w:type="spellEnd"/>
            <w:r w:rsidRPr="00310D26">
              <w:rPr>
                <w:rFonts w:cs="Times New Roman"/>
                <w:szCs w:val="20"/>
              </w:rPr>
              <w:t xml:space="preserve">, </w:t>
            </w:r>
            <w:proofErr w:type="spellStart"/>
            <w:r w:rsidRPr="00310D26">
              <w:rPr>
                <w:rFonts w:cs="Times New Roman"/>
                <w:szCs w:val="20"/>
              </w:rPr>
              <w:t>yıl</w:t>
            </w:r>
            <w:proofErr w:type="spellEnd"/>
            <w:r w:rsidRPr="00310D26">
              <w:rPr>
                <w:rFonts w:cs="Times New Roman"/>
                <w:szCs w:val="20"/>
              </w:rPr>
              <w:t xml:space="preserve">, </w:t>
            </w:r>
            <w:proofErr w:type="spellStart"/>
            <w:r w:rsidRPr="00310D26">
              <w:rPr>
                <w:rFonts w:cs="Times New Roman"/>
                <w:szCs w:val="20"/>
              </w:rPr>
              <w:t>cilt</w:t>
            </w:r>
            <w:proofErr w:type="spellEnd"/>
            <w:r w:rsidRPr="00310D26">
              <w:rPr>
                <w:rFonts w:cs="Times New Roman"/>
                <w:szCs w:val="20"/>
              </w:rPr>
              <w:t xml:space="preserve">, </w:t>
            </w:r>
            <w:proofErr w:type="spellStart"/>
            <w:r w:rsidRPr="00310D26">
              <w:rPr>
                <w:rFonts w:cs="Times New Roman"/>
                <w:szCs w:val="20"/>
              </w:rPr>
              <w:t>sayı</w:t>
            </w:r>
            <w:proofErr w:type="spellEnd"/>
            <w:r w:rsidRPr="00310D26">
              <w:rPr>
                <w:rFonts w:cs="Times New Roman"/>
                <w:szCs w:val="20"/>
              </w:rPr>
              <w:t xml:space="preserve">, </w:t>
            </w:r>
            <w:proofErr w:type="spellStart"/>
            <w:r w:rsidRPr="00310D26">
              <w:rPr>
                <w:rFonts w:cs="Times New Roman"/>
                <w:szCs w:val="20"/>
              </w:rPr>
              <w:t>sayfa</w:t>
            </w:r>
            <w:proofErr w:type="spellEnd"/>
            <w:r w:rsidRPr="00310D26">
              <w:rPr>
                <w:rFonts w:cs="Times New Roman"/>
                <w:szCs w:val="20"/>
              </w:rPr>
              <w:t xml:space="preserve"> </w:t>
            </w:r>
            <w:proofErr w:type="spellStart"/>
            <w:r w:rsidRPr="00310D26">
              <w:rPr>
                <w:rFonts w:cs="Times New Roman"/>
                <w:szCs w:val="20"/>
              </w:rPr>
              <w:t>bilgileri</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IF </w:t>
            </w:r>
            <w:proofErr w:type="spellStart"/>
            <w:r w:rsidRPr="00310D26">
              <w:rPr>
                <w:rFonts w:cs="Times New Roman"/>
                <w:szCs w:val="20"/>
              </w:rPr>
              <w:t>bilgisi</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verilmelidir</w:t>
            </w:r>
            <w:proofErr w:type="spellEnd"/>
            <w:r w:rsidRPr="00310D26">
              <w:rPr>
                <w:rFonts w:cs="Times New Roman"/>
                <w:szCs w:val="20"/>
              </w:rPr>
              <w:t xml:space="preserve">. Q </w:t>
            </w:r>
            <w:proofErr w:type="spellStart"/>
            <w:r w:rsidRPr="00310D26">
              <w:rPr>
                <w:rFonts w:cs="Times New Roman"/>
                <w:szCs w:val="20"/>
              </w:rPr>
              <w:t>ve</w:t>
            </w:r>
            <w:proofErr w:type="spellEnd"/>
            <w:r w:rsidRPr="00310D26">
              <w:rPr>
                <w:rFonts w:cs="Times New Roman"/>
                <w:szCs w:val="20"/>
              </w:rPr>
              <w:t xml:space="preserve"> IF </w:t>
            </w:r>
            <w:proofErr w:type="spellStart"/>
            <w:r w:rsidRPr="00310D26">
              <w:rPr>
                <w:rFonts w:cs="Times New Roman"/>
                <w:szCs w:val="20"/>
              </w:rPr>
              <w:t>gibi</w:t>
            </w:r>
            <w:proofErr w:type="spellEnd"/>
            <w:r w:rsidRPr="00310D26">
              <w:rPr>
                <w:rFonts w:cs="Times New Roman"/>
                <w:szCs w:val="20"/>
              </w:rPr>
              <w:t xml:space="preserve"> </w:t>
            </w:r>
            <w:proofErr w:type="spellStart"/>
            <w:r w:rsidRPr="00310D26">
              <w:rPr>
                <w:rFonts w:cs="Times New Roman"/>
                <w:szCs w:val="20"/>
              </w:rPr>
              <w:t>bibliyometrik</w:t>
            </w:r>
            <w:proofErr w:type="spellEnd"/>
            <w:r w:rsidRPr="00310D26">
              <w:rPr>
                <w:rFonts w:cs="Times New Roman"/>
                <w:szCs w:val="20"/>
              </w:rPr>
              <w:t xml:space="preserve"> </w:t>
            </w:r>
            <w:proofErr w:type="spellStart"/>
            <w:r w:rsidRPr="00310D26">
              <w:rPr>
                <w:rFonts w:cs="Times New Roman"/>
                <w:szCs w:val="20"/>
              </w:rPr>
              <w:t>bilgilerin</w:t>
            </w:r>
            <w:proofErr w:type="spellEnd"/>
            <w:r w:rsidRPr="00310D26">
              <w:rPr>
                <w:rFonts w:cs="Times New Roman"/>
                <w:szCs w:val="20"/>
              </w:rPr>
              <w:t xml:space="preserve"> WOS </w:t>
            </w:r>
            <w:proofErr w:type="spellStart"/>
            <w:r w:rsidRPr="00310D26">
              <w:rPr>
                <w:rFonts w:cs="Times New Roman"/>
                <w:szCs w:val="20"/>
              </w:rPr>
              <w:t>üzerinden</w:t>
            </w:r>
            <w:proofErr w:type="spellEnd"/>
            <w:r w:rsidRPr="00310D26">
              <w:rPr>
                <w:rFonts w:cs="Times New Roman"/>
                <w:szCs w:val="20"/>
              </w:rPr>
              <w:t xml:space="preserve"> </w:t>
            </w:r>
            <w:proofErr w:type="spellStart"/>
            <w:r w:rsidRPr="00310D26">
              <w:rPr>
                <w:rFonts w:cs="Times New Roman"/>
                <w:szCs w:val="20"/>
              </w:rPr>
              <w:t>doğrulanabilir</w:t>
            </w:r>
            <w:proofErr w:type="spellEnd"/>
            <w:r w:rsidRPr="00310D26">
              <w:rPr>
                <w:rFonts w:cs="Times New Roman"/>
                <w:szCs w:val="20"/>
              </w:rPr>
              <w:t xml:space="preserve"> </w:t>
            </w:r>
            <w:proofErr w:type="spellStart"/>
            <w:r w:rsidRPr="00310D26">
              <w:rPr>
                <w:rFonts w:cs="Times New Roman"/>
                <w:szCs w:val="20"/>
              </w:rPr>
              <w:t>olmasına</w:t>
            </w:r>
            <w:proofErr w:type="spellEnd"/>
            <w:r w:rsidRPr="00310D26">
              <w:rPr>
                <w:rFonts w:cs="Times New Roman"/>
                <w:szCs w:val="20"/>
              </w:rPr>
              <w:t xml:space="preserve"> </w:t>
            </w:r>
            <w:proofErr w:type="spellStart"/>
            <w:r w:rsidRPr="00310D26">
              <w:rPr>
                <w:rFonts w:cs="Times New Roman"/>
                <w:szCs w:val="20"/>
              </w:rPr>
              <w:t>dikkat</w:t>
            </w:r>
            <w:proofErr w:type="spellEnd"/>
            <w:r w:rsidRPr="00310D26">
              <w:rPr>
                <w:rFonts w:cs="Times New Roman"/>
                <w:szCs w:val="20"/>
              </w:rPr>
              <w:t xml:space="preserve"> </w:t>
            </w:r>
            <w:proofErr w:type="spellStart"/>
            <w:r w:rsidRPr="00310D26">
              <w:rPr>
                <w:rFonts w:cs="Times New Roman"/>
                <w:szCs w:val="20"/>
              </w:rPr>
              <w:t>edilmelidir</w:t>
            </w:r>
            <w:proofErr w:type="spellEnd"/>
            <w:r w:rsidRPr="00310D26">
              <w:rPr>
                <w:rFonts w:cs="Times New Roman"/>
                <w:szCs w:val="20"/>
              </w:rPr>
              <w:t>.</w:t>
            </w:r>
          </w:p>
        </w:tc>
      </w:tr>
      <w:tr w:rsidR="0075743E" w:rsidRPr="00310D26" w14:paraId="73370902" w14:textId="77777777" w:rsidTr="00564BC5">
        <w:trPr>
          <w:trHeight w:val="477"/>
          <w:jc w:val="center"/>
        </w:trPr>
        <w:tc>
          <w:tcPr>
            <w:tcW w:w="1589" w:type="dxa"/>
            <w:vMerge w:val="restart"/>
            <w:vAlign w:val="center"/>
          </w:tcPr>
          <w:p w14:paraId="0F407A14" w14:textId="0534DBE5" w:rsidR="0075743E" w:rsidRPr="00564BC5" w:rsidRDefault="0075743E" w:rsidP="0075743E">
            <w:pPr>
              <w:autoSpaceDE w:val="0"/>
              <w:autoSpaceDN w:val="0"/>
              <w:adjustRightInd w:val="0"/>
              <w:rPr>
                <w:rFonts w:eastAsiaTheme="minorEastAsia" w:cs="Times New Roman"/>
                <w:b/>
                <w:bCs/>
                <w:sz w:val="32"/>
                <w:szCs w:val="32"/>
                <w:lang w:val="tr-TR"/>
              </w:rPr>
            </w:pPr>
            <w:r w:rsidRPr="00564BC5">
              <w:rPr>
                <w:rFonts w:eastAsiaTheme="minorEastAsia" w:cs="Times New Roman"/>
                <w:b/>
                <w:bCs/>
                <w:sz w:val="32"/>
                <w:szCs w:val="32"/>
                <w:lang w:val="tr-TR"/>
              </w:rPr>
              <w:t xml:space="preserve">PATENT </w:t>
            </w:r>
          </w:p>
          <w:p w14:paraId="76470132" w14:textId="1811A3E7" w:rsidR="0075743E" w:rsidRDefault="00564BC5" w:rsidP="0075743E">
            <w:pPr>
              <w:autoSpaceDE w:val="0"/>
              <w:autoSpaceDN w:val="0"/>
              <w:adjustRightInd w:val="0"/>
              <w:rPr>
                <w:rFonts w:eastAsiaTheme="minorEastAsia" w:cs="Times New Roman"/>
                <w:szCs w:val="20"/>
                <w:lang w:val="tr-TR"/>
              </w:rPr>
            </w:pPr>
            <w:r>
              <w:rPr>
                <w:rFonts w:eastAsiaTheme="minorEastAsia" w:cs="Times New Roman"/>
                <w:szCs w:val="20"/>
                <w:lang w:val="tr-TR"/>
              </w:rPr>
              <w:t>(</w:t>
            </w:r>
            <w:r w:rsidR="0075743E" w:rsidRPr="00310D26">
              <w:rPr>
                <w:rFonts w:eastAsiaTheme="minorEastAsia" w:cs="Times New Roman"/>
                <w:szCs w:val="20"/>
                <w:lang w:val="tr-TR"/>
              </w:rPr>
              <w:t>Tezden</w:t>
            </w:r>
            <w:r w:rsidR="00B94B27">
              <w:rPr>
                <w:rFonts w:eastAsiaTheme="minorEastAsia" w:cs="Times New Roman"/>
                <w:szCs w:val="20"/>
                <w:lang w:val="tr-TR"/>
              </w:rPr>
              <w:t xml:space="preserve"> </w:t>
            </w:r>
            <w:r>
              <w:rPr>
                <w:rFonts w:eastAsiaTheme="minorEastAsia" w:cs="Times New Roman"/>
                <w:szCs w:val="20"/>
                <w:lang w:val="tr-TR"/>
              </w:rPr>
              <w:t>ü</w:t>
            </w:r>
            <w:r w:rsidR="0075743E" w:rsidRPr="00310D26">
              <w:rPr>
                <w:rFonts w:eastAsiaTheme="minorEastAsia" w:cs="Times New Roman"/>
                <w:szCs w:val="20"/>
                <w:lang w:val="tr-TR"/>
              </w:rPr>
              <w:t>retilmiş</w:t>
            </w:r>
            <w:r>
              <w:rPr>
                <w:rFonts w:eastAsiaTheme="minorEastAsia" w:cs="Times New Roman"/>
                <w:szCs w:val="20"/>
                <w:lang w:val="tr-TR"/>
              </w:rPr>
              <w:t>)</w:t>
            </w:r>
          </w:p>
          <w:p w14:paraId="38AEA19F" w14:textId="77777777" w:rsidR="00B94B27" w:rsidRDefault="00B94B27" w:rsidP="0075743E">
            <w:pPr>
              <w:autoSpaceDE w:val="0"/>
              <w:autoSpaceDN w:val="0"/>
              <w:adjustRightInd w:val="0"/>
              <w:rPr>
                <w:rFonts w:eastAsiaTheme="minorEastAsia" w:cs="Times New Roman"/>
                <w:szCs w:val="20"/>
                <w:lang w:val="tr-TR"/>
              </w:rPr>
            </w:pPr>
          </w:p>
          <w:p w14:paraId="3797FC0D" w14:textId="0A57C10A" w:rsidR="00564BC5" w:rsidRPr="00B14FD4" w:rsidRDefault="00B14FD4" w:rsidP="0075743E">
            <w:pPr>
              <w:autoSpaceDE w:val="0"/>
              <w:autoSpaceDN w:val="0"/>
              <w:adjustRightInd w:val="0"/>
              <w:rPr>
                <w:rFonts w:cs="Times New Roman"/>
                <w:color w:val="000000" w:themeColor="text1"/>
                <w:szCs w:val="20"/>
              </w:rPr>
            </w:pPr>
            <w:r w:rsidRPr="00B14FD4">
              <w:rPr>
                <w:rFonts w:eastAsiaTheme="minorEastAsia" w:cs="Times New Roman"/>
                <w:b/>
                <w:bCs/>
                <w:szCs w:val="20"/>
                <w:lang w:val="tr-TR"/>
              </w:rPr>
              <w:t>-</w:t>
            </w:r>
            <w:r w:rsidR="00564BC5" w:rsidRPr="00B14FD4">
              <w:rPr>
                <w:rFonts w:eastAsiaTheme="minorEastAsia" w:cs="Times New Roman"/>
                <w:szCs w:val="20"/>
                <w:lang w:val="tr-TR"/>
              </w:rPr>
              <w:t xml:space="preserve"> Doktora tezi ile </w:t>
            </w:r>
            <w:r w:rsidR="00564BC5" w:rsidRPr="00B14FD4">
              <w:rPr>
                <w:rFonts w:eastAsiaTheme="minorEastAsia" w:cs="Times New Roman"/>
                <w:b/>
                <w:bCs/>
                <w:szCs w:val="20"/>
                <w:lang w:val="tr-TR"/>
              </w:rPr>
              <w:t xml:space="preserve">doğrudan ilişkili bir </w:t>
            </w:r>
            <w:r>
              <w:rPr>
                <w:rFonts w:eastAsiaTheme="minorEastAsia" w:cs="Times New Roman"/>
                <w:b/>
                <w:bCs/>
                <w:szCs w:val="20"/>
                <w:lang w:val="tr-TR"/>
              </w:rPr>
              <w:t xml:space="preserve">(1) </w:t>
            </w:r>
            <w:r w:rsidR="00564BC5" w:rsidRPr="00B14FD4">
              <w:rPr>
                <w:rFonts w:eastAsiaTheme="minorEastAsia" w:cs="Times New Roman"/>
                <w:b/>
                <w:bCs/>
                <w:szCs w:val="20"/>
                <w:lang w:val="tr-TR"/>
              </w:rPr>
              <w:t>patent</w:t>
            </w:r>
            <w:r w:rsidR="00564BC5" w:rsidRPr="00B14FD4">
              <w:rPr>
                <w:rFonts w:eastAsiaTheme="minorEastAsia" w:cs="Times New Roman"/>
                <w:szCs w:val="20"/>
                <w:lang w:val="tr-TR"/>
              </w:rPr>
              <w:t xml:space="preserve"> değerlendirmeye alınır.</w:t>
            </w:r>
          </w:p>
        </w:tc>
        <w:tc>
          <w:tcPr>
            <w:tcW w:w="2347" w:type="dxa"/>
            <w:vAlign w:val="center"/>
          </w:tcPr>
          <w:p w14:paraId="5CAD4DB2"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patent</w:t>
            </w:r>
          </w:p>
        </w:tc>
        <w:tc>
          <w:tcPr>
            <w:tcW w:w="1417" w:type="dxa"/>
            <w:gridSpan w:val="2"/>
            <w:vAlign w:val="center"/>
          </w:tcPr>
          <w:p w14:paraId="7F8A90BC"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100</w:t>
            </w:r>
          </w:p>
        </w:tc>
        <w:tc>
          <w:tcPr>
            <w:tcW w:w="5528" w:type="dxa"/>
            <w:vMerge w:val="restart"/>
            <w:vAlign w:val="center"/>
          </w:tcPr>
          <w:p w14:paraId="01DF6BCB" w14:textId="77777777" w:rsidR="0075743E" w:rsidRPr="00310D26" w:rsidRDefault="0075743E" w:rsidP="0075743E">
            <w:pPr>
              <w:rPr>
                <w:rFonts w:cs="Times New Roman"/>
                <w:color w:val="000000" w:themeColor="text1"/>
                <w:szCs w:val="20"/>
              </w:rPr>
            </w:pPr>
            <w:r w:rsidRPr="00310D26">
              <w:rPr>
                <w:rFonts w:cs="Times New Roman"/>
                <w:szCs w:val="20"/>
              </w:rPr>
              <w:t xml:space="preserve">Patent </w:t>
            </w:r>
            <w:proofErr w:type="spellStart"/>
            <w:r w:rsidRPr="00310D26">
              <w:rPr>
                <w:rFonts w:cs="Times New Roman"/>
                <w:szCs w:val="20"/>
              </w:rPr>
              <w:t>başvurusu</w:t>
            </w:r>
            <w:proofErr w:type="spellEnd"/>
            <w:r w:rsidRPr="00310D26">
              <w:rPr>
                <w:rFonts w:cs="Times New Roman"/>
                <w:szCs w:val="20"/>
              </w:rPr>
              <w:t xml:space="preserve"> </w:t>
            </w:r>
            <w:proofErr w:type="spellStart"/>
            <w:r w:rsidRPr="00310D26">
              <w:rPr>
                <w:rFonts w:cs="Times New Roman"/>
                <w:szCs w:val="20"/>
              </w:rPr>
              <w:t>veya</w:t>
            </w:r>
            <w:proofErr w:type="spellEnd"/>
            <w:r w:rsidRPr="00310D26">
              <w:rPr>
                <w:rFonts w:cs="Times New Roman"/>
                <w:szCs w:val="20"/>
              </w:rPr>
              <w:t xml:space="preserve"> </w:t>
            </w:r>
            <w:proofErr w:type="spellStart"/>
            <w:r w:rsidRPr="00310D26">
              <w:rPr>
                <w:rFonts w:cs="Times New Roman"/>
                <w:szCs w:val="20"/>
              </w:rPr>
              <w:t>tescilinin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tezinden</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üretilmiş</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Patent </w:t>
            </w:r>
            <w:proofErr w:type="spellStart"/>
            <w:r w:rsidRPr="00310D26">
              <w:rPr>
                <w:rFonts w:cs="Times New Roman"/>
                <w:szCs w:val="20"/>
              </w:rPr>
              <w:t>türü</w:t>
            </w:r>
            <w:proofErr w:type="spellEnd"/>
            <w:r w:rsidRPr="00310D26">
              <w:rPr>
                <w:rFonts w:cs="Times New Roman"/>
                <w:szCs w:val="20"/>
              </w:rPr>
              <w:t xml:space="preserve">, patent </w:t>
            </w:r>
            <w:proofErr w:type="spellStart"/>
            <w:r w:rsidRPr="00310D26">
              <w:rPr>
                <w:rFonts w:cs="Times New Roman"/>
                <w:szCs w:val="20"/>
              </w:rPr>
              <w:t>kodu</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tezle</w:t>
            </w:r>
            <w:proofErr w:type="spellEnd"/>
            <w:r w:rsidRPr="00310D26">
              <w:rPr>
                <w:rFonts w:cs="Times New Roman"/>
                <w:szCs w:val="20"/>
              </w:rPr>
              <w:t xml:space="preserve"> </w:t>
            </w:r>
            <w:proofErr w:type="spellStart"/>
            <w:r w:rsidRPr="00310D26">
              <w:rPr>
                <w:rFonts w:cs="Times New Roman"/>
                <w:szCs w:val="20"/>
              </w:rPr>
              <w:t>ilişkisi</w:t>
            </w:r>
            <w:proofErr w:type="spellEnd"/>
            <w:r w:rsidRPr="00310D26">
              <w:rPr>
                <w:rFonts w:cs="Times New Roman"/>
                <w:szCs w:val="20"/>
              </w:rPr>
              <w:t xml:space="preserve"> </w:t>
            </w:r>
            <w:proofErr w:type="spellStart"/>
            <w:r w:rsidRPr="00310D26">
              <w:rPr>
                <w:rFonts w:cs="Times New Roman"/>
                <w:szCs w:val="20"/>
              </w:rPr>
              <w:t>açıkça</w:t>
            </w:r>
            <w:proofErr w:type="spellEnd"/>
            <w:r w:rsidRPr="00310D26">
              <w:rPr>
                <w:rFonts w:cs="Times New Roman"/>
                <w:szCs w:val="20"/>
              </w:rPr>
              <w:t xml:space="preserve"> </w:t>
            </w:r>
            <w:proofErr w:type="spellStart"/>
            <w:r w:rsidRPr="00310D26">
              <w:rPr>
                <w:rFonts w:cs="Times New Roman"/>
                <w:szCs w:val="20"/>
              </w:rPr>
              <w:t>gösterilmeli</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başlıkla</w:t>
            </w:r>
            <w:proofErr w:type="spellEnd"/>
            <w:r w:rsidRPr="00310D26">
              <w:rPr>
                <w:rFonts w:cs="Times New Roman"/>
                <w:szCs w:val="20"/>
              </w:rPr>
              <w:t xml:space="preserve"> </w:t>
            </w:r>
            <w:proofErr w:type="spellStart"/>
            <w:r w:rsidRPr="00310D26">
              <w:rPr>
                <w:rFonts w:cs="Times New Roman"/>
                <w:szCs w:val="20"/>
              </w:rPr>
              <w:t>ilgili</w:t>
            </w:r>
            <w:proofErr w:type="spellEnd"/>
            <w:r w:rsidRPr="00310D26">
              <w:rPr>
                <w:rFonts w:cs="Times New Roman"/>
                <w:szCs w:val="20"/>
              </w:rPr>
              <w:t xml:space="preserve"> </w:t>
            </w:r>
            <w:proofErr w:type="spellStart"/>
            <w:r w:rsidRPr="00310D26">
              <w:rPr>
                <w:rFonts w:cs="Times New Roman"/>
                <w:szCs w:val="20"/>
              </w:rPr>
              <w:t>birden</w:t>
            </w:r>
            <w:proofErr w:type="spellEnd"/>
            <w:r w:rsidRPr="00310D26">
              <w:rPr>
                <w:rFonts w:cs="Times New Roman"/>
                <w:szCs w:val="20"/>
              </w:rPr>
              <w:t xml:space="preserve"> </w:t>
            </w:r>
            <w:proofErr w:type="spellStart"/>
            <w:r w:rsidRPr="00310D26">
              <w:rPr>
                <w:rFonts w:cs="Times New Roman"/>
                <w:szCs w:val="20"/>
              </w:rPr>
              <w:t>fazla</w:t>
            </w:r>
            <w:proofErr w:type="spellEnd"/>
            <w:r w:rsidRPr="00310D26">
              <w:rPr>
                <w:rFonts w:cs="Times New Roman"/>
                <w:szCs w:val="20"/>
              </w:rPr>
              <w:t xml:space="preserve"> patent </w:t>
            </w:r>
            <w:proofErr w:type="spellStart"/>
            <w:r w:rsidRPr="00310D26">
              <w:rPr>
                <w:rFonts w:cs="Times New Roman"/>
                <w:szCs w:val="20"/>
              </w:rPr>
              <w:t>bulunması</w:t>
            </w:r>
            <w:proofErr w:type="spellEnd"/>
            <w:r w:rsidRPr="00310D26">
              <w:rPr>
                <w:rFonts w:cs="Times New Roman"/>
                <w:szCs w:val="20"/>
              </w:rPr>
              <w:t xml:space="preserve"> </w:t>
            </w:r>
            <w:proofErr w:type="spellStart"/>
            <w:r w:rsidRPr="00310D26">
              <w:rPr>
                <w:rFonts w:cs="Times New Roman"/>
                <w:szCs w:val="20"/>
              </w:rPr>
              <w:t>halinde</w:t>
            </w:r>
            <w:proofErr w:type="spellEnd"/>
            <w:r w:rsidRPr="00310D26">
              <w:rPr>
                <w:rFonts w:cs="Times New Roman"/>
                <w:szCs w:val="20"/>
              </w:rPr>
              <w:t xml:space="preserve"> </w:t>
            </w:r>
            <w:proofErr w:type="spellStart"/>
            <w:r w:rsidRPr="00310D26">
              <w:rPr>
                <w:rFonts w:cs="Times New Roman"/>
                <w:szCs w:val="20"/>
              </w:rPr>
              <w:t>mükerrer</w:t>
            </w:r>
            <w:proofErr w:type="spellEnd"/>
            <w:r w:rsidRPr="00310D26">
              <w:rPr>
                <w:rFonts w:cs="Times New Roman"/>
                <w:szCs w:val="20"/>
              </w:rPr>
              <w:t xml:space="preserve"> </w:t>
            </w:r>
            <w:proofErr w:type="spellStart"/>
            <w:r w:rsidRPr="00310D26">
              <w:rPr>
                <w:rFonts w:cs="Times New Roman"/>
                <w:szCs w:val="20"/>
              </w:rPr>
              <w:t>puanlama</w:t>
            </w:r>
            <w:proofErr w:type="spellEnd"/>
            <w:r w:rsidRPr="00310D26">
              <w:rPr>
                <w:rFonts w:cs="Times New Roman"/>
                <w:szCs w:val="20"/>
              </w:rPr>
              <w:t xml:space="preserve"> </w:t>
            </w:r>
            <w:proofErr w:type="spellStart"/>
            <w:r w:rsidRPr="00310D26">
              <w:rPr>
                <w:rFonts w:cs="Times New Roman"/>
                <w:szCs w:val="20"/>
              </w:rPr>
              <w:t>yapılmaması</w:t>
            </w:r>
            <w:proofErr w:type="spellEnd"/>
            <w:r w:rsidRPr="00310D26">
              <w:rPr>
                <w:rFonts w:cs="Times New Roman"/>
                <w:szCs w:val="20"/>
              </w:rPr>
              <w:t xml:space="preserve"> </w:t>
            </w:r>
            <w:proofErr w:type="spellStart"/>
            <w:r w:rsidRPr="00310D26">
              <w:rPr>
                <w:rFonts w:cs="Times New Roman"/>
                <w:szCs w:val="20"/>
              </w:rPr>
              <w:t>için</w:t>
            </w:r>
            <w:proofErr w:type="spellEnd"/>
            <w:r w:rsidRPr="00310D26">
              <w:rPr>
                <w:rFonts w:cs="Times New Roman"/>
                <w:szCs w:val="20"/>
              </w:rPr>
              <w:t xml:space="preserve"> </w:t>
            </w:r>
            <w:proofErr w:type="spellStart"/>
            <w:r w:rsidRPr="00310D26">
              <w:rPr>
                <w:rFonts w:cs="Times New Roman"/>
                <w:szCs w:val="20"/>
              </w:rPr>
              <w:t>gerekli</w:t>
            </w:r>
            <w:proofErr w:type="spellEnd"/>
            <w:r w:rsidRPr="00310D26">
              <w:rPr>
                <w:rFonts w:cs="Times New Roman"/>
                <w:szCs w:val="20"/>
              </w:rPr>
              <w:t xml:space="preserve"> </w:t>
            </w:r>
            <w:proofErr w:type="spellStart"/>
            <w:r w:rsidRPr="00310D26">
              <w:rPr>
                <w:rFonts w:cs="Times New Roman"/>
                <w:szCs w:val="20"/>
              </w:rPr>
              <w:t>bilgiler</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w:t>
            </w:r>
          </w:p>
        </w:tc>
      </w:tr>
      <w:tr w:rsidR="0075743E" w:rsidRPr="00310D26" w14:paraId="5872AC59" w14:textId="77777777" w:rsidTr="00564BC5">
        <w:trPr>
          <w:trHeight w:val="510"/>
          <w:jc w:val="center"/>
        </w:trPr>
        <w:tc>
          <w:tcPr>
            <w:tcW w:w="1589" w:type="dxa"/>
            <w:vMerge/>
            <w:vAlign w:val="center"/>
          </w:tcPr>
          <w:p w14:paraId="21618FC3" w14:textId="77777777" w:rsidR="0075743E" w:rsidRPr="00310D26" w:rsidRDefault="0075743E" w:rsidP="0075743E">
            <w:pPr>
              <w:rPr>
                <w:rFonts w:cs="Times New Roman"/>
                <w:color w:val="000000" w:themeColor="text1"/>
                <w:szCs w:val="20"/>
              </w:rPr>
            </w:pPr>
          </w:p>
        </w:tc>
        <w:tc>
          <w:tcPr>
            <w:tcW w:w="2347" w:type="dxa"/>
            <w:vAlign w:val="center"/>
          </w:tcPr>
          <w:p w14:paraId="36D4E3D0"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Ulusal</w:t>
            </w:r>
            <w:proofErr w:type="spellEnd"/>
            <w:r w:rsidRPr="00310D26">
              <w:rPr>
                <w:rFonts w:cs="Times New Roman"/>
                <w:color w:val="000000" w:themeColor="text1"/>
                <w:szCs w:val="20"/>
              </w:rPr>
              <w:t xml:space="preserve"> patent</w:t>
            </w:r>
          </w:p>
        </w:tc>
        <w:tc>
          <w:tcPr>
            <w:tcW w:w="1417" w:type="dxa"/>
            <w:gridSpan w:val="2"/>
            <w:vAlign w:val="center"/>
          </w:tcPr>
          <w:p w14:paraId="20347057"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80</w:t>
            </w:r>
          </w:p>
        </w:tc>
        <w:tc>
          <w:tcPr>
            <w:tcW w:w="5528" w:type="dxa"/>
            <w:vMerge/>
            <w:vAlign w:val="center"/>
          </w:tcPr>
          <w:p w14:paraId="16C681EA" w14:textId="77777777" w:rsidR="0075743E" w:rsidRPr="00310D26" w:rsidRDefault="0075743E" w:rsidP="0075743E">
            <w:pPr>
              <w:rPr>
                <w:rFonts w:cs="Times New Roman"/>
                <w:color w:val="000000" w:themeColor="text1"/>
                <w:szCs w:val="20"/>
              </w:rPr>
            </w:pPr>
          </w:p>
        </w:tc>
      </w:tr>
      <w:tr w:rsidR="0075743E" w:rsidRPr="00310D26" w14:paraId="2E466A3D" w14:textId="77777777" w:rsidTr="00B94B27">
        <w:trPr>
          <w:trHeight w:val="605"/>
          <w:jc w:val="center"/>
        </w:trPr>
        <w:tc>
          <w:tcPr>
            <w:tcW w:w="1589" w:type="dxa"/>
            <w:vMerge/>
            <w:vAlign w:val="center"/>
          </w:tcPr>
          <w:p w14:paraId="424AB0F7" w14:textId="77777777" w:rsidR="0075743E" w:rsidRPr="00310D26" w:rsidRDefault="0075743E" w:rsidP="0075743E">
            <w:pPr>
              <w:rPr>
                <w:rFonts w:cs="Times New Roman"/>
                <w:color w:val="000000" w:themeColor="text1"/>
                <w:szCs w:val="20"/>
              </w:rPr>
            </w:pPr>
          </w:p>
        </w:tc>
        <w:tc>
          <w:tcPr>
            <w:tcW w:w="2347" w:type="dxa"/>
            <w:vAlign w:val="center"/>
          </w:tcPr>
          <w:p w14:paraId="4673DD61"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patent </w:t>
            </w:r>
            <w:proofErr w:type="spellStart"/>
            <w:r w:rsidRPr="00310D26">
              <w:rPr>
                <w:rFonts w:cs="Times New Roman"/>
                <w:color w:val="000000" w:themeColor="text1"/>
                <w:szCs w:val="20"/>
              </w:rPr>
              <w:t>başvurusu</w:t>
            </w:r>
            <w:proofErr w:type="spellEnd"/>
          </w:p>
        </w:tc>
        <w:tc>
          <w:tcPr>
            <w:tcW w:w="1417" w:type="dxa"/>
            <w:gridSpan w:val="2"/>
            <w:vAlign w:val="center"/>
          </w:tcPr>
          <w:p w14:paraId="6600B06C"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50</w:t>
            </w:r>
          </w:p>
        </w:tc>
        <w:tc>
          <w:tcPr>
            <w:tcW w:w="5528" w:type="dxa"/>
            <w:vMerge/>
            <w:vAlign w:val="center"/>
          </w:tcPr>
          <w:p w14:paraId="437D0570" w14:textId="77777777" w:rsidR="0075743E" w:rsidRPr="00310D26" w:rsidRDefault="0075743E" w:rsidP="0075743E">
            <w:pPr>
              <w:rPr>
                <w:rFonts w:cs="Times New Roman"/>
                <w:color w:val="000000" w:themeColor="text1"/>
                <w:szCs w:val="20"/>
              </w:rPr>
            </w:pPr>
          </w:p>
        </w:tc>
      </w:tr>
      <w:tr w:rsidR="0075743E" w:rsidRPr="00310D26" w14:paraId="2CA5A497" w14:textId="77777777" w:rsidTr="00564BC5">
        <w:trPr>
          <w:trHeight w:val="519"/>
          <w:jc w:val="center"/>
        </w:trPr>
        <w:tc>
          <w:tcPr>
            <w:tcW w:w="1589" w:type="dxa"/>
            <w:vMerge/>
            <w:vAlign w:val="center"/>
          </w:tcPr>
          <w:p w14:paraId="5E6663C0" w14:textId="77777777" w:rsidR="0075743E" w:rsidRPr="00310D26" w:rsidRDefault="0075743E" w:rsidP="0075743E">
            <w:pPr>
              <w:rPr>
                <w:rFonts w:cs="Times New Roman"/>
                <w:color w:val="000000" w:themeColor="text1"/>
                <w:szCs w:val="20"/>
              </w:rPr>
            </w:pPr>
          </w:p>
        </w:tc>
        <w:tc>
          <w:tcPr>
            <w:tcW w:w="2347" w:type="dxa"/>
            <w:vAlign w:val="center"/>
          </w:tcPr>
          <w:p w14:paraId="190DA26E"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Ulusal</w:t>
            </w:r>
            <w:proofErr w:type="spellEnd"/>
            <w:r w:rsidRPr="00310D26">
              <w:rPr>
                <w:rFonts w:cs="Times New Roman"/>
                <w:color w:val="000000" w:themeColor="text1"/>
                <w:szCs w:val="20"/>
              </w:rPr>
              <w:t xml:space="preserve"> patent </w:t>
            </w:r>
            <w:proofErr w:type="spellStart"/>
            <w:r w:rsidRPr="00310D26">
              <w:rPr>
                <w:rFonts w:cs="Times New Roman"/>
                <w:color w:val="000000" w:themeColor="text1"/>
                <w:szCs w:val="20"/>
              </w:rPr>
              <w:t>başvurusu</w:t>
            </w:r>
            <w:proofErr w:type="spellEnd"/>
          </w:p>
        </w:tc>
        <w:tc>
          <w:tcPr>
            <w:tcW w:w="1417" w:type="dxa"/>
            <w:gridSpan w:val="2"/>
            <w:vAlign w:val="center"/>
          </w:tcPr>
          <w:p w14:paraId="3B1D1C18"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40</w:t>
            </w:r>
          </w:p>
        </w:tc>
        <w:tc>
          <w:tcPr>
            <w:tcW w:w="5528" w:type="dxa"/>
            <w:vMerge/>
            <w:vAlign w:val="center"/>
          </w:tcPr>
          <w:p w14:paraId="66CB9F28" w14:textId="77777777" w:rsidR="0075743E" w:rsidRPr="00310D26" w:rsidRDefault="0075743E" w:rsidP="0075743E">
            <w:pPr>
              <w:rPr>
                <w:rFonts w:cs="Times New Roman"/>
                <w:color w:val="000000" w:themeColor="text1"/>
                <w:szCs w:val="20"/>
              </w:rPr>
            </w:pPr>
          </w:p>
        </w:tc>
      </w:tr>
      <w:tr w:rsidR="0075743E" w:rsidRPr="00310D26" w14:paraId="2FC30566" w14:textId="77777777" w:rsidTr="00B94B27">
        <w:trPr>
          <w:trHeight w:val="906"/>
          <w:jc w:val="center"/>
        </w:trPr>
        <w:tc>
          <w:tcPr>
            <w:tcW w:w="10881" w:type="dxa"/>
            <w:gridSpan w:val="5"/>
            <w:vAlign w:val="center"/>
          </w:tcPr>
          <w:p w14:paraId="69A7ED46" w14:textId="77777777" w:rsidR="0075743E" w:rsidRPr="00310D26" w:rsidRDefault="0075743E" w:rsidP="0075743E">
            <w:pPr>
              <w:rPr>
                <w:rFonts w:cs="Times New Roman"/>
                <w:color w:val="000000" w:themeColor="text1"/>
                <w:szCs w:val="20"/>
              </w:rPr>
            </w:pPr>
            <w:proofErr w:type="spellStart"/>
            <w:r w:rsidRPr="00310D26">
              <w:rPr>
                <w:rFonts w:cs="Times New Roman"/>
                <w:b/>
                <w:color w:val="000000" w:themeColor="text1"/>
                <w:szCs w:val="20"/>
              </w:rPr>
              <w:t>Sunulacak</w:t>
            </w:r>
            <w:proofErr w:type="spellEnd"/>
            <w:r w:rsidRPr="00310D26">
              <w:rPr>
                <w:rFonts w:cs="Times New Roman"/>
                <w:b/>
                <w:color w:val="000000" w:themeColor="text1"/>
                <w:szCs w:val="20"/>
              </w:rPr>
              <w:t xml:space="preserve"> </w:t>
            </w:r>
            <w:proofErr w:type="spellStart"/>
            <w:r w:rsidRPr="00310D26">
              <w:rPr>
                <w:rFonts w:cs="Times New Roman"/>
                <w:b/>
                <w:color w:val="000000" w:themeColor="text1"/>
                <w:szCs w:val="20"/>
              </w:rPr>
              <w:t>Belgeler</w:t>
            </w:r>
            <w:proofErr w:type="spellEnd"/>
            <w:r w:rsidRPr="00310D26">
              <w:rPr>
                <w:rFonts w:cs="Times New Roman"/>
                <w:b/>
                <w:color w:val="000000" w:themeColor="text1"/>
                <w:szCs w:val="20"/>
              </w:rPr>
              <w:t>;</w:t>
            </w:r>
            <w:r w:rsidRPr="00310D26">
              <w:rPr>
                <w:rFonts w:cs="Times New Roman"/>
                <w:color w:val="000000" w:themeColor="text1"/>
                <w:szCs w:val="20"/>
              </w:rPr>
              <w:t xml:space="preserve"> Patent </w:t>
            </w:r>
            <w:proofErr w:type="spellStart"/>
            <w:r w:rsidRPr="00310D26">
              <w:rPr>
                <w:rFonts w:cs="Times New Roman"/>
                <w:color w:val="000000" w:themeColor="text1"/>
                <w:szCs w:val="20"/>
              </w:rPr>
              <w:t>Türü</w:t>
            </w:r>
            <w:proofErr w:type="spellEnd"/>
            <w:r w:rsidRPr="00310D26">
              <w:rPr>
                <w:rFonts w:cs="Times New Roman"/>
                <w:color w:val="000000" w:themeColor="text1"/>
                <w:szCs w:val="20"/>
              </w:rPr>
              <w:t xml:space="preserve">, Patent Kodu, Patent </w:t>
            </w:r>
            <w:proofErr w:type="spellStart"/>
            <w:r w:rsidRPr="00310D26">
              <w:rPr>
                <w:rFonts w:cs="Times New Roman"/>
                <w:color w:val="000000" w:themeColor="text1"/>
                <w:szCs w:val="20"/>
              </w:rPr>
              <w:t>Başlığı</w:t>
            </w:r>
            <w:proofErr w:type="spellEnd"/>
            <w:r w:rsidRPr="00310D26">
              <w:rPr>
                <w:rFonts w:cs="Times New Roman"/>
                <w:color w:val="000000" w:themeColor="text1"/>
                <w:szCs w:val="20"/>
              </w:rPr>
              <w:t xml:space="preserve">, Patent </w:t>
            </w:r>
            <w:proofErr w:type="spellStart"/>
            <w:r w:rsidRPr="00310D26">
              <w:rPr>
                <w:rFonts w:cs="Times New Roman"/>
                <w:color w:val="000000" w:themeColor="text1"/>
                <w:szCs w:val="20"/>
              </w:rPr>
              <w:t>Yürütücüsü</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Araştırmacılar</w:t>
            </w:r>
            <w:proofErr w:type="spellEnd"/>
          </w:p>
          <w:p w14:paraId="6A468E03" w14:textId="77777777" w:rsidR="0075743E" w:rsidRPr="00310D26" w:rsidRDefault="0075743E" w:rsidP="0075743E">
            <w:pPr>
              <w:rPr>
                <w:rFonts w:cs="Times New Roman"/>
                <w:color w:val="000000" w:themeColor="text1"/>
                <w:szCs w:val="20"/>
              </w:rPr>
            </w:pPr>
            <w:r w:rsidRPr="00310D26">
              <w:rPr>
                <w:rFonts w:cs="Times New Roman"/>
                <w:b/>
                <w:szCs w:val="20"/>
              </w:rPr>
              <w:t>Not:</w:t>
            </w:r>
            <w:r w:rsidRPr="00310D26">
              <w:rPr>
                <w:rFonts w:cs="Times New Roman"/>
                <w:szCs w:val="20"/>
              </w:rPr>
              <w:t xml:space="preserve"> Patent </w:t>
            </w:r>
            <w:proofErr w:type="spellStart"/>
            <w:r w:rsidRPr="00310D26">
              <w:rPr>
                <w:rFonts w:cs="Times New Roman"/>
                <w:szCs w:val="20"/>
              </w:rPr>
              <w:t>türü</w:t>
            </w:r>
            <w:proofErr w:type="spellEnd"/>
            <w:r w:rsidRPr="00310D26">
              <w:rPr>
                <w:rFonts w:cs="Times New Roman"/>
                <w:szCs w:val="20"/>
              </w:rPr>
              <w:t xml:space="preserve">, patent </w:t>
            </w:r>
            <w:proofErr w:type="spellStart"/>
            <w:r w:rsidRPr="00310D26">
              <w:rPr>
                <w:rFonts w:cs="Times New Roman"/>
                <w:szCs w:val="20"/>
              </w:rPr>
              <w:t>kodu</w:t>
            </w:r>
            <w:proofErr w:type="spellEnd"/>
            <w:r w:rsidRPr="00310D26">
              <w:rPr>
                <w:rFonts w:cs="Times New Roman"/>
                <w:szCs w:val="20"/>
              </w:rPr>
              <w:t xml:space="preserve">, patent </w:t>
            </w:r>
            <w:proofErr w:type="spellStart"/>
            <w:r w:rsidRPr="00310D26">
              <w:rPr>
                <w:rFonts w:cs="Times New Roman"/>
                <w:szCs w:val="20"/>
              </w:rPr>
              <w:t>başlığı</w:t>
            </w:r>
            <w:proofErr w:type="spellEnd"/>
            <w:r w:rsidRPr="00310D26">
              <w:rPr>
                <w:rFonts w:cs="Times New Roman"/>
                <w:szCs w:val="20"/>
              </w:rPr>
              <w:t xml:space="preserve">, patent </w:t>
            </w:r>
            <w:proofErr w:type="spellStart"/>
            <w:r w:rsidRPr="00310D26">
              <w:rPr>
                <w:rFonts w:cs="Times New Roman"/>
                <w:szCs w:val="20"/>
              </w:rPr>
              <w:t>yürütücüsü</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araştırmacılar</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belirtilmeli</w:t>
            </w:r>
            <w:proofErr w:type="spellEnd"/>
            <w:r w:rsidRPr="00310D26">
              <w:rPr>
                <w:rFonts w:cs="Times New Roman"/>
                <w:szCs w:val="20"/>
              </w:rPr>
              <w:t xml:space="preserve">; </w:t>
            </w:r>
            <w:proofErr w:type="spellStart"/>
            <w:r w:rsidRPr="00310D26">
              <w:rPr>
                <w:rFonts w:cs="Times New Roman"/>
                <w:szCs w:val="20"/>
              </w:rPr>
              <w:t>patentin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tezinden</w:t>
            </w:r>
            <w:proofErr w:type="spellEnd"/>
            <w:r w:rsidRPr="00310D26">
              <w:rPr>
                <w:rFonts w:cs="Times New Roman"/>
                <w:szCs w:val="20"/>
              </w:rPr>
              <w:t xml:space="preserve"> </w:t>
            </w:r>
            <w:proofErr w:type="spellStart"/>
            <w:r w:rsidRPr="00310D26">
              <w:rPr>
                <w:rFonts w:cs="Times New Roman"/>
                <w:szCs w:val="20"/>
              </w:rPr>
              <w:t>üretildiğini</w:t>
            </w:r>
            <w:proofErr w:type="spellEnd"/>
            <w:r w:rsidRPr="00310D26">
              <w:rPr>
                <w:rFonts w:cs="Times New Roman"/>
                <w:szCs w:val="20"/>
              </w:rPr>
              <w:t xml:space="preserve"> </w:t>
            </w:r>
            <w:proofErr w:type="spellStart"/>
            <w:r w:rsidRPr="00310D26">
              <w:rPr>
                <w:rFonts w:cs="Times New Roman"/>
                <w:szCs w:val="20"/>
              </w:rPr>
              <w:t>gösteren</w:t>
            </w:r>
            <w:proofErr w:type="spellEnd"/>
            <w:r w:rsidRPr="00310D26">
              <w:rPr>
                <w:rFonts w:cs="Times New Roman"/>
                <w:szCs w:val="20"/>
              </w:rPr>
              <w:t xml:space="preserve"> </w:t>
            </w:r>
            <w:proofErr w:type="spellStart"/>
            <w:r w:rsidRPr="00310D26">
              <w:rPr>
                <w:rFonts w:cs="Times New Roman"/>
                <w:szCs w:val="20"/>
              </w:rPr>
              <w:t>belgeler</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w:t>
            </w:r>
          </w:p>
        </w:tc>
      </w:tr>
      <w:tr w:rsidR="0075743E" w:rsidRPr="00310D26" w14:paraId="158052BE" w14:textId="77777777" w:rsidTr="00564BC5">
        <w:trPr>
          <w:trHeight w:val="1201"/>
          <w:jc w:val="center"/>
        </w:trPr>
        <w:tc>
          <w:tcPr>
            <w:tcW w:w="3936" w:type="dxa"/>
            <w:gridSpan w:val="2"/>
            <w:vAlign w:val="center"/>
          </w:tcPr>
          <w:p w14:paraId="4E58FFFA" w14:textId="77777777" w:rsidR="00564BC5" w:rsidRDefault="0075743E" w:rsidP="0075743E">
            <w:pPr>
              <w:rPr>
                <w:rFonts w:cs="Times New Roman"/>
                <w:color w:val="000000" w:themeColor="text1"/>
                <w:szCs w:val="20"/>
              </w:rPr>
            </w:pPr>
            <w:r w:rsidRPr="00564BC5">
              <w:rPr>
                <w:rFonts w:cs="Times New Roman"/>
                <w:b/>
                <w:color w:val="000000" w:themeColor="text1"/>
                <w:sz w:val="32"/>
                <w:szCs w:val="32"/>
              </w:rPr>
              <w:t>FAYDALI MODEL</w:t>
            </w:r>
            <w:r w:rsidRPr="00310D26">
              <w:rPr>
                <w:rFonts w:cs="Times New Roman"/>
                <w:color w:val="000000" w:themeColor="text1"/>
                <w:szCs w:val="20"/>
              </w:rPr>
              <w:t xml:space="preserve"> </w:t>
            </w:r>
          </w:p>
          <w:p w14:paraId="67B2DAA4" w14:textId="3F08C421" w:rsidR="0075743E" w:rsidRPr="00310D26" w:rsidRDefault="0075743E" w:rsidP="0075743E">
            <w:pPr>
              <w:rPr>
                <w:rFonts w:cs="Times New Roman"/>
                <w:color w:val="000000" w:themeColor="text1"/>
                <w:szCs w:val="20"/>
              </w:rPr>
            </w:pPr>
            <w:r w:rsidRPr="00310D26">
              <w:rPr>
                <w:rFonts w:cs="Times New Roman"/>
                <w:color w:val="000000" w:themeColor="text1"/>
                <w:szCs w:val="20"/>
              </w:rPr>
              <w:t xml:space="preserve">(Tez </w:t>
            </w:r>
            <w:proofErr w:type="spellStart"/>
            <w:r w:rsidRPr="00310D26">
              <w:rPr>
                <w:rFonts w:cs="Times New Roman"/>
                <w:color w:val="000000" w:themeColor="text1"/>
                <w:szCs w:val="20"/>
              </w:rPr>
              <w:t>kapsamında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alınmış</w:t>
            </w:r>
            <w:proofErr w:type="spellEnd"/>
            <w:r w:rsidRPr="00310D26">
              <w:rPr>
                <w:rFonts w:cs="Times New Roman"/>
                <w:color w:val="000000" w:themeColor="text1"/>
                <w:szCs w:val="20"/>
              </w:rPr>
              <w:t>)</w:t>
            </w:r>
          </w:p>
        </w:tc>
        <w:tc>
          <w:tcPr>
            <w:tcW w:w="1417" w:type="dxa"/>
            <w:gridSpan w:val="2"/>
            <w:vAlign w:val="center"/>
          </w:tcPr>
          <w:p w14:paraId="537AB572"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40</w:t>
            </w:r>
          </w:p>
        </w:tc>
        <w:tc>
          <w:tcPr>
            <w:tcW w:w="5528" w:type="dxa"/>
            <w:vAlign w:val="center"/>
          </w:tcPr>
          <w:p w14:paraId="258FB786" w14:textId="77777777" w:rsidR="0075743E" w:rsidRPr="00310D26" w:rsidRDefault="0075743E" w:rsidP="0075743E">
            <w:pPr>
              <w:rPr>
                <w:rFonts w:cs="Times New Roman"/>
                <w:color w:val="000000" w:themeColor="text1"/>
                <w:szCs w:val="20"/>
              </w:rPr>
            </w:pPr>
            <w:proofErr w:type="spellStart"/>
            <w:r w:rsidRPr="00310D26">
              <w:rPr>
                <w:rFonts w:cs="Times New Roman"/>
                <w:szCs w:val="20"/>
              </w:rPr>
              <w:t>Faydalı</w:t>
            </w:r>
            <w:proofErr w:type="spellEnd"/>
            <w:r w:rsidRPr="00310D26">
              <w:rPr>
                <w:rFonts w:cs="Times New Roman"/>
                <w:szCs w:val="20"/>
              </w:rPr>
              <w:t xml:space="preserve"> </w:t>
            </w:r>
            <w:proofErr w:type="spellStart"/>
            <w:r w:rsidRPr="00310D26">
              <w:rPr>
                <w:rFonts w:cs="Times New Roman"/>
                <w:szCs w:val="20"/>
              </w:rPr>
              <w:t>modelin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w:t>
            </w:r>
            <w:proofErr w:type="spellEnd"/>
            <w:r w:rsidRPr="00310D26">
              <w:rPr>
                <w:rFonts w:cs="Times New Roman"/>
                <w:szCs w:val="20"/>
              </w:rPr>
              <w:t xml:space="preserve"> </w:t>
            </w:r>
            <w:proofErr w:type="spellStart"/>
            <w:r w:rsidRPr="00310D26">
              <w:rPr>
                <w:rFonts w:cs="Times New Roman"/>
                <w:szCs w:val="20"/>
              </w:rPr>
              <w:t>kapsamında</w:t>
            </w:r>
            <w:proofErr w:type="spellEnd"/>
            <w:r w:rsidRPr="00310D26">
              <w:rPr>
                <w:rFonts w:cs="Times New Roman"/>
                <w:szCs w:val="20"/>
              </w:rPr>
              <w:t xml:space="preserve"> </w:t>
            </w:r>
            <w:proofErr w:type="spellStart"/>
            <w:r w:rsidRPr="00310D26">
              <w:rPr>
                <w:rFonts w:cs="Times New Roman"/>
                <w:szCs w:val="20"/>
              </w:rPr>
              <w:t>alınmış</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Faydalı</w:t>
            </w:r>
            <w:proofErr w:type="spellEnd"/>
            <w:r w:rsidRPr="00310D26">
              <w:rPr>
                <w:rFonts w:cs="Times New Roman"/>
                <w:szCs w:val="20"/>
              </w:rPr>
              <w:t xml:space="preserve"> model </w:t>
            </w:r>
            <w:proofErr w:type="spellStart"/>
            <w:r w:rsidRPr="00310D26">
              <w:rPr>
                <w:rFonts w:cs="Times New Roman"/>
                <w:szCs w:val="20"/>
              </w:rPr>
              <w:t>kodu</w:t>
            </w:r>
            <w:proofErr w:type="spellEnd"/>
            <w:r w:rsidRPr="00310D26">
              <w:rPr>
                <w:rFonts w:cs="Times New Roman"/>
                <w:szCs w:val="20"/>
              </w:rPr>
              <w:t xml:space="preserve">, </w:t>
            </w:r>
            <w:proofErr w:type="spellStart"/>
            <w:r w:rsidRPr="00310D26">
              <w:rPr>
                <w:rFonts w:cs="Times New Roman"/>
                <w:szCs w:val="20"/>
              </w:rPr>
              <w:t>başlığı</w:t>
            </w:r>
            <w:proofErr w:type="spellEnd"/>
            <w:r w:rsidRPr="00310D26">
              <w:rPr>
                <w:rFonts w:cs="Times New Roman"/>
                <w:szCs w:val="20"/>
              </w:rPr>
              <w:t xml:space="preserve">, </w:t>
            </w:r>
            <w:proofErr w:type="spellStart"/>
            <w:r w:rsidRPr="00310D26">
              <w:rPr>
                <w:rFonts w:cs="Times New Roman"/>
                <w:szCs w:val="20"/>
              </w:rPr>
              <w:t>yürütücüsü</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araştırmacıları</w:t>
            </w:r>
            <w:proofErr w:type="spellEnd"/>
            <w:r w:rsidRPr="00310D26">
              <w:rPr>
                <w:rFonts w:cs="Times New Roman"/>
                <w:szCs w:val="20"/>
              </w:rPr>
              <w:t xml:space="preserve"> </w:t>
            </w:r>
            <w:proofErr w:type="spellStart"/>
            <w:r w:rsidRPr="00310D26">
              <w:rPr>
                <w:rFonts w:cs="Times New Roman"/>
                <w:szCs w:val="20"/>
              </w:rPr>
              <w:t>açıkça</w:t>
            </w:r>
            <w:proofErr w:type="spellEnd"/>
            <w:r w:rsidRPr="00310D26">
              <w:rPr>
                <w:rFonts w:cs="Times New Roman"/>
                <w:szCs w:val="20"/>
              </w:rPr>
              <w:t xml:space="preserve"> </w:t>
            </w:r>
            <w:proofErr w:type="spellStart"/>
            <w:r w:rsidRPr="00310D26">
              <w:rPr>
                <w:rFonts w:cs="Times New Roman"/>
                <w:szCs w:val="20"/>
              </w:rPr>
              <w:t>belirtilmeli</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çıktının</w:t>
            </w:r>
            <w:proofErr w:type="spellEnd"/>
            <w:r w:rsidRPr="00310D26">
              <w:rPr>
                <w:rFonts w:cs="Times New Roman"/>
                <w:szCs w:val="20"/>
              </w:rPr>
              <w:t xml:space="preserve"> </w:t>
            </w:r>
            <w:proofErr w:type="spellStart"/>
            <w:r w:rsidRPr="00310D26">
              <w:rPr>
                <w:rFonts w:cs="Times New Roman"/>
                <w:szCs w:val="20"/>
              </w:rPr>
              <w:t>farklı</w:t>
            </w:r>
            <w:proofErr w:type="spellEnd"/>
            <w:r w:rsidRPr="00310D26">
              <w:rPr>
                <w:rFonts w:cs="Times New Roman"/>
                <w:szCs w:val="20"/>
              </w:rPr>
              <w:t xml:space="preserve"> </w:t>
            </w:r>
            <w:proofErr w:type="spellStart"/>
            <w:r w:rsidRPr="00310D26">
              <w:rPr>
                <w:rFonts w:cs="Times New Roman"/>
                <w:szCs w:val="20"/>
              </w:rPr>
              <w:t>faaliyet</w:t>
            </w:r>
            <w:proofErr w:type="spellEnd"/>
            <w:r w:rsidRPr="00310D26">
              <w:rPr>
                <w:rFonts w:cs="Times New Roman"/>
                <w:szCs w:val="20"/>
              </w:rPr>
              <w:t xml:space="preserve"> </w:t>
            </w:r>
            <w:proofErr w:type="spellStart"/>
            <w:r w:rsidRPr="00310D26">
              <w:rPr>
                <w:rFonts w:cs="Times New Roman"/>
                <w:szCs w:val="20"/>
              </w:rPr>
              <w:t>türleri</w:t>
            </w:r>
            <w:proofErr w:type="spellEnd"/>
            <w:r w:rsidRPr="00310D26">
              <w:rPr>
                <w:rFonts w:cs="Times New Roman"/>
                <w:szCs w:val="20"/>
              </w:rPr>
              <w:t xml:space="preserve"> </w:t>
            </w:r>
            <w:proofErr w:type="spellStart"/>
            <w:r w:rsidRPr="00310D26">
              <w:rPr>
                <w:rFonts w:cs="Times New Roman"/>
                <w:szCs w:val="20"/>
              </w:rPr>
              <w:t>üzerinden</w:t>
            </w:r>
            <w:proofErr w:type="spellEnd"/>
            <w:r w:rsidRPr="00310D26">
              <w:rPr>
                <w:rFonts w:cs="Times New Roman"/>
                <w:szCs w:val="20"/>
              </w:rPr>
              <w:t xml:space="preserve"> </w:t>
            </w:r>
            <w:proofErr w:type="spellStart"/>
            <w:r w:rsidRPr="00310D26">
              <w:rPr>
                <w:rFonts w:cs="Times New Roman"/>
                <w:szCs w:val="20"/>
              </w:rPr>
              <w:t>mükerrer</w:t>
            </w:r>
            <w:proofErr w:type="spellEnd"/>
            <w:r w:rsidRPr="00310D26">
              <w:rPr>
                <w:rFonts w:cs="Times New Roman"/>
                <w:szCs w:val="20"/>
              </w:rPr>
              <w:t xml:space="preserve"> </w:t>
            </w:r>
            <w:proofErr w:type="spellStart"/>
            <w:r w:rsidRPr="00310D26">
              <w:rPr>
                <w:rFonts w:cs="Times New Roman"/>
                <w:szCs w:val="20"/>
              </w:rPr>
              <w:t>puanlanmamasına</w:t>
            </w:r>
            <w:proofErr w:type="spellEnd"/>
            <w:r w:rsidRPr="00310D26">
              <w:rPr>
                <w:rFonts w:cs="Times New Roman"/>
                <w:szCs w:val="20"/>
              </w:rPr>
              <w:t xml:space="preserve"> </w:t>
            </w:r>
            <w:proofErr w:type="spellStart"/>
            <w:r w:rsidRPr="00310D26">
              <w:rPr>
                <w:rFonts w:cs="Times New Roman"/>
                <w:szCs w:val="20"/>
              </w:rPr>
              <w:t>dikkat</w:t>
            </w:r>
            <w:proofErr w:type="spellEnd"/>
            <w:r w:rsidRPr="00310D26">
              <w:rPr>
                <w:rFonts w:cs="Times New Roman"/>
                <w:szCs w:val="20"/>
              </w:rPr>
              <w:t xml:space="preserve"> </w:t>
            </w:r>
            <w:proofErr w:type="spellStart"/>
            <w:r w:rsidRPr="00310D26">
              <w:rPr>
                <w:rFonts w:cs="Times New Roman"/>
                <w:szCs w:val="20"/>
              </w:rPr>
              <w:t>edilmelidir</w:t>
            </w:r>
            <w:proofErr w:type="spellEnd"/>
            <w:r w:rsidRPr="00310D26">
              <w:rPr>
                <w:rFonts w:cs="Times New Roman"/>
                <w:szCs w:val="20"/>
              </w:rPr>
              <w:t>.</w:t>
            </w:r>
          </w:p>
        </w:tc>
      </w:tr>
      <w:tr w:rsidR="0075743E" w:rsidRPr="00310D26" w14:paraId="5E1EF5A1" w14:textId="77777777" w:rsidTr="00B94B27">
        <w:trPr>
          <w:trHeight w:val="895"/>
          <w:jc w:val="center"/>
        </w:trPr>
        <w:tc>
          <w:tcPr>
            <w:tcW w:w="10881" w:type="dxa"/>
            <w:gridSpan w:val="5"/>
            <w:vAlign w:val="center"/>
          </w:tcPr>
          <w:p w14:paraId="76F30C4D" w14:textId="77777777" w:rsidR="0075743E" w:rsidRPr="00310D26" w:rsidRDefault="0075743E" w:rsidP="0075743E">
            <w:pPr>
              <w:rPr>
                <w:rFonts w:cs="Times New Roman"/>
                <w:color w:val="000000" w:themeColor="text1"/>
                <w:szCs w:val="20"/>
              </w:rPr>
            </w:pPr>
            <w:proofErr w:type="spellStart"/>
            <w:r w:rsidRPr="00310D26">
              <w:rPr>
                <w:rFonts w:cs="Times New Roman"/>
                <w:b/>
                <w:color w:val="000000" w:themeColor="text1"/>
                <w:szCs w:val="20"/>
              </w:rPr>
              <w:t>Sunulacak</w:t>
            </w:r>
            <w:proofErr w:type="spellEnd"/>
            <w:r w:rsidRPr="00310D26">
              <w:rPr>
                <w:rFonts w:cs="Times New Roman"/>
                <w:b/>
                <w:color w:val="000000" w:themeColor="text1"/>
                <w:szCs w:val="20"/>
              </w:rPr>
              <w:t xml:space="preserve"> </w:t>
            </w:r>
            <w:proofErr w:type="spellStart"/>
            <w:r w:rsidRPr="00310D26">
              <w:rPr>
                <w:rFonts w:cs="Times New Roman"/>
                <w:b/>
                <w:color w:val="000000" w:themeColor="text1"/>
                <w:szCs w:val="20"/>
              </w:rPr>
              <w:t>Belgeler</w:t>
            </w:r>
            <w:proofErr w:type="spellEnd"/>
            <w:r w:rsidRPr="00310D26">
              <w:rPr>
                <w:rFonts w:cs="Times New Roman"/>
                <w:b/>
                <w:color w:val="000000" w:themeColor="text1"/>
                <w:szCs w:val="20"/>
              </w:rPr>
              <w:t>;</w:t>
            </w:r>
            <w:r w:rsidRPr="00310D26">
              <w:rPr>
                <w:rFonts w:cs="Times New Roman"/>
                <w:color w:val="000000" w:themeColor="text1"/>
                <w:szCs w:val="20"/>
              </w:rPr>
              <w:t xml:space="preserve"> </w:t>
            </w:r>
            <w:proofErr w:type="spellStart"/>
            <w:r w:rsidRPr="00310D26">
              <w:rPr>
                <w:rFonts w:cs="Times New Roman"/>
                <w:color w:val="000000" w:themeColor="text1"/>
                <w:szCs w:val="20"/>
              </w:rPr>
              <w:t>Faydalı</w:t>
            </w:r>
            <w:proofErr w:type="spellEnd"/>
            <w:r w:rsidRPr="00310D26">
              <w:rPr>
                <w:rFonts w:cs="Times New Roman"/>
                <w:color w:val="000000" w:themeColor="text1"/>
                <w:szCs w:val="20"/>
              </w:rPr>
              <w:t xml:space="preserve"> Model Kodu, </w:t>
            </w:r>
            <w:proofErr w:type="spellStart"/>
            <w:r w:rsidRPr="00310D26">
              <w:rPr>
                <w:rFonts w:cs="Times New Roman"/>
                <w:color w:val="000000" w:themeColor="text1"/>
                <w:szCs w:val="20"/>
              </w:rPr>
              <w:t>Faydalı</w:t>
            </w:r>
            <w:proofErr w:type="spellEnd"/>
            <w:r w:rsidRPr="00310D26">
              <w:rPr>
                <w:rFonts w:cs="Times New Roman"/>
                <w:color w:val="000000" w:themeColor="text1"/>
                <w:szCs w:val="20"/>
              </w:rPr>
              <w:t xml:space="preserve"> Model </w:t>
            </w:r>
            <w:proofErr w:type="spellStart"/>
            <w:r w:rsidRPr="00310D26">
              <w:rPr>
                <w:rFonts w:cs="Times New Roman"/>
                <w:color w:val="000000" w:themeColor="text1"/>
                <w:szCs w:val="20"/>
              </w:rPr>
              <w:t>Başlığı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Yürütücüsü</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Araştırmacılar</w:t>
            </w:r>
            <w:proofErr w:type="spellEnd"/>
            <w:r w:rsidRPr="00310D26">
              <w:rPr>
                <w:rFonts w:cs="Times New Roman"/>
                <w:color w:val="000000" w:themeColor="text1"/>
                <w:szCs w:val="20"/>
              </w:rPr>
              <w:t>.</w:t>
            </w:r>
          </w:p>
          <w:p w14:paraId="652BD889" w14:textId="77777777" w:rsidR="0075743E" w:rsidRPr="00310D26" w:rsidRDefault="0075743E" w:rsidP="0075743E">
            <w:pPr>
              <w:rPr>
                <w:rFonts w:cs="Times New Roman"/>
                <w:color w:val="000000" w:themeColor="text1"/>
                <w:szCs w:val="20"/>
              </w:rPr>
            </w:pPr>
            <w:r w:rsidRPr="00310D26">
              <w:rPr>
                <w:rFonts w:cs="Times New Roman"/>
                <w:b/>
                <w:szCs w:val="20"/>
              </w:rPr>
              <w:t xml:space="preserve">Not: </w:t>
            </w:r>
            <w:proofErr w:type="spellStart"/>
            <w:r w:rsidRPr="00310D26">
              <w:rPr>
                <w:rFonts w:cs="Times New Roman"/>
                <w:szCs w:val="20"/>
              </w:rPr>
              <w:t>Faydalı</w:t>
            </w:r>
            <w:proofErr w:type="spellEnd"/>
            <w:r w:rsidRPr="00310D26">
              <w:rPr>
                <w:rFonts w:cs="Times New Roman"/>
                <w:szCs w:val="20"/>
              </w:rPr>
              <w:t xml:space="preserve"> model </w:t>
            </w:r>
            <w:proofErr w:type="spellStart"/>
            <w:r w:rsidRPr="00310D26">
              <w:rPr>
                <w:rFonts w:cs="Times New Roman"/>
                <w:szCs w:val="20"/>
              </w:rPr>
              <w:t>kodu</w:t>
            </w:r>
            <w:proofErr w:type="spellEnd"/>
            <w:r w:rsidRPr="00310D26">
              <w:rPr>
                <w:rFonts w:cs="Times New Roman"/>
                <w:szCs w:val="20"/>
              </w:rPr>
              <w:t xml:space="preserve">, </w:t>
            </w:r>
            <w:proofErr w:type="spellStart"/>
            <w:r w:rsidRPr="00310D26">
              <w:rPr>
                <w:rFonts w:cs="Times New Roman"/>
                <w:szCs w:val="20"/>
              </w:rPr>
              <w:t>başlığı</w:t>
            </w:r>
            <w:proofErr w:type="spellEnd"/>
            <w:r w:rsidRPr="00310D26">
              <w:rPr>
                <w:rFonts w:cs="Times New Roman"/>
                <w:szCs w:val="20"/>
              </w:rPr>
              <w:t xml:space="preserve">, </w:t>
            </w:r>
            <w:proofErr w:type="spellStart"/>
            <w:r w:rsidRPr="00310D26">
              <w:rPr>
                <w:rFonts w:cs="Times New Roman"/>
                <w:szCs w:val="20"/>
              </w:rPr>
              <w:t>yürütücüsü</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araştırmacıları</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belirtilmeli</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faydalı</w:t>
            </w:r>
            <w:proofErr w:type="spellEnd"/>
            <w:r w:rsidRPr="00310D26">
              <w:rPr>
                <w:rFonts w:cs="Times New Roman"/>
                <w:szCs w:val="20"/>
              </w:rPr>
              <w:t xml:space="preserve"> </w:t>
            </w:r>
            <w:proofErr w:type="spellStart"/>
            <w:r w:rsidRPr="00310D26">
              <w:rPr>
                <w:rFonts w:cs="Times New Roman"/>
                <w:szCs w:val="20"/>
              </w:rPr>
              <w:t>modelin</w:t>
            </w:r>
            <w:proofErr w:type="spellEnd"/>
            <w:r w:rsidRPr="00310D26">
              <w:rPr>
                <w:rFonts w:cs="Times New Roman"/>
                <w:szCs w:val="20"/>
              </w:rPr>
              <w:t xml:space="preserve"> </w:t>
            </w:r>
            <w:proofErr w:type="spellStart"/>
            <w:r w:rsidRPr="00310D26">
              <w:rPr>
                <w:rFonts w:cs="Times New Roman"/>
                <w:szCs w:val="20"/>
              </w:rPr>
              <w:t>tez</w:t>
            </w:r>
            <w:proofErr w:type="spellEnd"/>
            <w:r w:rsidRPr="00310D26">
              <w:rPr>
                <w:rFonts w:cs="Times New Roman"/>
                <w:szCs w:val="20"/>
              </w:rPr>
              <w:t xml:space="preserve"> </w:t>
            </w:r>
            <w:proofErr w:type="spellStart"/>
            <w:r w:rsidRPr="00310D26">
              <w:rPr>
                <w:rFonts w:cs="Times New Roman"/>
                <w:szCs w:val="20"/>
              </w:rPr>
              <w:t>kapsamında</w:t>
            </w:r>
            <w:proofErr w:type="spellEnd"/>
            <w:r w:rsidRPr="00310D26">
              <w:rPr>
                <w:rFonts w:cs="Times New Roman"/>
                <w:szCs w:val="20"/>
              </w:rPr>
              <w:t xml:space="preserve"> </w:t>
            </w:r>
            <w:proofErr w:type="spellStart"/>
            <w:r w:rsidRPr="00310D26">
              <w:rPr>
                <w:rFonts w:cs="Times New Roman"/>
                <w:szCs w:val="20"/>
              </w:rPr>
              <w:t>üretildiğini</w:t>
            </w:r>
            <w:proofErr w:type="spellEnd"/>
            <w:r w:rsidRPr="00310D26">
              <w:rPr>
                <w:rFonts w:cs="Times New Roman"/>
                <w:szCs w:val="20"/>
              </w:rPr>
              <w:t xml:space="preserve"> </w:t>
            </w:r>
            <w:proofErr w:type="spellStart"/>
            <w:r w:rsidRPr="00310D26">
              <w:rPr>
                <w:rFonts w:cs="Times New Roman"/>
                <w:szCs w:val="20"/>
              </w:rPr>
              <w:t>gösteren</w:t>
            </w:r>
            <w:proofErr w:type="spellEnd"/>
            <w:r w:rsidRPr="00310D26">
              <w:rPr>
                <w:rFonts w:cs="Times New Roman"/>
                <w:szCs w:val="20"/>
              </w:rPr>
              <w:t xml:space="preserve"> </w:t>
            </w:r>
            <w:proofErr w:type="spellStart"/>
            <w:r w:rsidRPr="00310D26">
              <w:rPr>
                <w:rFonts w:cs="Times New Roman"/>
                <w:szCs w:val="20"/>
              </w:rPr>
              <w:t>belge</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w:t>
            </w:r>
          </w:p>
        </w:tc>
      </w:tr>
    </w:tbl>
    <w:p w14:paraId="64C216F9" w14:textId="77777777" w:rsidR="0075743E" w:rsidRPr="00310D26" w:rsidRDefault="0075743E" w:rsidP="00FA1E89">
      <w:pPr>
        <w:rPr>
          <w:rFonts w:eastAsiaTheme="majorEastAsia" w:cs="Times New Roman"/>
          <w:b/>
          <w:bCs/>
          <w:color w:val="000000" w:themeColor="text1"/>
          <w:szCs w:val="20"/>
        </w:rPr>
      </w:pPr>
    </w:p>
    <w:tbl>
      <w:tblPr>
        <w:tblStyle w:val="TabloKlavuzu"/>
        <w:tblW w:w="10756" w:type="dxa"/>
        <w:jc w:val="center"/>
        <w:tblLayout w:type="fixed"/>
        <w:tblLook w:val="04A0" w:firstRow="1" w:lastRow="0" w:firstColumn="1" w:lastColumn="0" w:noHBand="0" w:noVBand="1"/>
      </w:tblPr>
      <w:tblGrid>
        <w:gridCol w:w="1589"/>
        <w:gridCol w:w="2630"/>
        <w:gridCol w:w="992"/>
        <w:gridCol w:w="5545"/>
      </w:tblGrid>
      <w:tr w:rsidR="0075743E" w:rsidRPr="00310D26" w14:paraId="0A85CC86" w14:textId="77777777" w:rsidTr="00B94B27">
        <w:trPr>
          <w:jc w:val="center"/>
        </w:trPr>
        <w:tc>
          <w:tcPr>
            <w:tcW w:w="1589" w:type="dxa"/>
            <w:vAlign w:val="center"/>
          </w:tcPr>
          <w:p w14:paraId="43DA877B" w14:textId="3B41B95A" w:rsidR="0075743E" w:rsidRPr="00310D26" w:rsidRDefault="0075743E" w:rsidP="0075743E">
            <w:pPr>
              <w:jc w:val="center"/>
              <w:rPr>
                <w:rFonts w:cs="Times New Roman"/>
                <w:color w:val="000000" w:themeColor="text1"/>
                <w:szCs w:val="20"/>
              </w:rPr>
            </w:pPr>
            <w:r w:rsidRPr="00310D26">
              <w:rPr>
                <w:rFonts w:eastAsiaTheme="majorEastAsia" w:cs="Times New Roman"/>
                <w:b/>
                <w:bCs/>
                <w:color w:val="000000" w:themeColor="text1"/>
                <w:szCs w:val="20"/>
              </w:rPr>
              <w:lastRenderedPageBreak/>
              <w:br w:type="page"/>
            </w:r>
            <w:r w:rsidRPr="00310D26">
              <w:rPr>
                <w:rFonts w:cs="Times New Roman"/>
                <w:b/>
                <w:color w:val="000000" w:themeColor="text1"/>
                <w:szCs w:val="20"/>
              </w:rPr>
              <w:t>AKADEMİK FAALİYET TÜRÜ</w:t>
            </w:r>
          </w:p>
        </w:tc>
        <w:tc>
          <w:tcPr>
            <w:tcW w:w="2630" w:type="dxa"/>
            <w:vAlign w:val="center"/>
          </w:tcPr>
          <w:p w14:paraId="318C5F10" w14:textId="77777777" w:rsidR="0075743E" w:rsidRPr="00310D26" w:rsidRDefault="0075743E" w:rsidP="0075743E">
            <w:pPr>
              <w:jc w:val="center"/>
              <w:rPr>
                <w:rFonts w:cs="Times New Roman"/>
                <w:color w:val="000000" w:themeColor="text1"/>
                <w:szCs w:val="20"/>
              </w:rPr>
            </w:pPr>
            <w:r w:rsidRPr="00310D26">
              <w:rPr>
                <w:rFonts w:cs="Times New Roman"/>
                <w:b/>
                <w:color w:val="000000" w:themeColor="text1"/>
                <w:szCs w:val="20"/>
              </w:rPr>
              <w:t>FAALIYET</w:t>
            </w:r>
          </w:p>
        </w:tc>
        <w:tc>
          <w:tcPr>
            <w:tcW w:w="992" w:type="dxa"/>
            <w:vAlign w:val="center"/>
          </w:tcPr>
          <w:p w14:paraId="7127B96F" w14:textId="77777777" w:rsidR="0075743E" w:rsidRPr="00310D26" w:rsidRDefault="0075743E" w:rsidP="0075743E">
            <w:pPr>
              <w:jc w:val="center"/>
              <w:rPr>
                <w:rFonts w:cs="Times New Roman"/>
                <w:b/>
                <w:color w:val="000000" w:themeColor="text1"/>
                <w:szCs w:val="20"/>
              </w:rPr>
            </w:pPr>
            <w:r w:rsidRPr="00310D26">
              <w:rPr>
                <w:rFonts w:cs="Times New Roman"/>
                <w:b/>
                <w:color w:val="000000" w:themeColor="text1"/>
                <w:szCs w:val="20"/>
              </w:rPr>
              <w:t>PUAN</w:t>
            </w:r>
          </w:p>
        </w:tc>
        <w:tc>
          <w:tcPr>
            <w:tcW w:w="5545" w:type="dxa"/>
            <w:vAlign w:val="center"/>
          </w:tcPr>
          <w:p w14:paraId="1C01C240" w14:textId="77777777" w:rsidR="0075743E" w:rsidRPr="00310D26" w:rsidRDefault="0075743E" w:rsidP="0075743E">
            <w:pPr>
              <w:jc w:val="center"/>
              <w:rPr>
                <w:rFonts w:cs="Times New Roman"/>
                <w:b/>
                <w:color w:val="000000" w:themeColor="text1"/>
                <w:szCs w:val="20"/>
              </w:rPr>
            </w:pPr>
            <w:proofErr w:type="spellStart"/>
            <w:r w:rsidRPr="00310D26">
              <w:rPr>
                <w:rFonts w:cs="Times New Roman"/>
                <w:b/>
                <w:szCs w:val="20"/>
              </w:rPr>
              <w:t>Dikkat</w:t>
            </w:r>
            <w:proofErr w:type="spellEnd"/>
            <w:r w:rsidRPr="00310D26">
              <w:rPr>
                <w:rFonts w:cs="Times New Roman"/>
                <w:b/>
                <w:szCs w:val="20"/>
              </w:rPr>
              <w:t xml:space="preserve"> </w:t>
            </w:r>
            <w:proofErr w:type="spellStart"/>
            <w:r w:rsidRPr="00310D26">
              <w:rPr>
                <w:rFonts w:cs="Times New Roman"/>
                <w:b/>
                <w:szCs w:val="20"/>
              </w:rPr>
              <w:t>Edilmesi</w:t>
            </w:r>
            <w:proofErr w:type="spellEnd"/>
            <w:r w:rsidRPr="00310D26">
              <w:rPr>
                <w:rFonts w:cs="Times New Roman"/>
                <w:b/>
                <w:szCs w:val="20"/>
              </w:rPr>
              <w:t xml:space="preserve"> </w:t>
            </w:r>
            <w:proofErr w:type="spellStart"/>
            <w:r w:rsidRPr="00310D26">
              <w:rPr>
                <w:rFonts w:cs="Times New Roman"/>
                <w:b/>
                <w:szCs w:val="20"/>
              </w:rPr>
              <w:t>Gereken</w:t>
            </w:r>
            <w:proofErr w:type="spellEnd"/>
            <w:r w:rsidRPr="00310D26">
              <w:rPr>
                <w:rFonts w:cs="Times New Roman"/>
                <w:b/>
                <w:szCs w:val="20"/>
              </w:rPr>
              <w:t xml:space="preserve"> </w:t>
            </w:r>
            <w:proofErr w:type="spellStart"/>
            <w:r w:rsidRPr="00310D26">
              <w:rPr>
                <w:rFonts w:cs="Times New Roman"/>
                <w:b/>
                <w:szCs w:val="20"/>
              </w:rPr>
              <w:t>Hususlar</w:t>
            </w:r>
            <w:proofErr w:type="spellEnd"/>
            <w:r w:rsidRPr="00310D26">
              <w:rPr>
                <w:rFonts w:cs="Times New Roman"/>
                <w:b/>
                <w:szCs w:val="20"/>
              </w:rPr>
              <w:t xml:space="preserve"> </w:t>
            </w:r>
            <w:proofErr w:type="spellStart"/>
            <w:r w:rsidRPr="00310D26">
              <w:rPr>
                <w:rFonts w:cs="Times New Roman"/>
                <w:b/>
                <w:szCs w:val="20"/>
              </w:rPr>
              <w:t>ve</w:t>
            </w:r>
            <w:proofErr w:type="spellEnd"/>
            <w:r w:rsidRPr="00310D26">
              <w:rPr>
                <w:rFonts w:cs="Times New Roman"/>
                <w:b/>
                <w:szCs w:val="20"/>
              </w:rPr>
              <w:t xml:space="preserve"> </w:t>
            </w:r>
            <w:proofErr w:type="spellStart"/>
            <w:r w:rsidRPr="00310D26">
              <w:rPr>
                <w:rFonts w:cs="Times New Roman"/>
                <w:b/>
                <w:szCs w:val="20"/>
              </w:rPr>
              <w:t>Bilgilendirme</w:t>
            </w:r>
            <w:proofErr w:type="spellEnd"/>
          </w:p>
        </w:tc>
      </w:tr>
      <w:tr w:rsidR="0075743E" w:rsidRPr="00310D26" w14:paraId="3575793B" w14:textId="77777777" w:rsidTr="00B94B27">
        <w:trPr>
          <w:jc w:val="center"/>
        </w:trPr>
        <w:tc>
          <w:tcPr>
            <w:tcW w:w="1589" w:type="dxa"/>
            <w:vMerge w:val="restart"/>
            <w:vAlign w:val="center"/>
          </w:tcPr>
          <w:p w14:paraId="4A03D7CB" w14:textId="5442428D" w:rsidR="0075743E" w:rsidRPr="00564BC5" w:rsidRDefault="0075743E" w:rsidP="0075743E">
            <w:pPr>
              <w:autoSpaceDE w:val="0"/>
              <w:autoSpaceDN w:val="0"/>
              <w:adjustRightInd w:val="0"/>
              <w:rPr>
                <w:rFonts w:eastAsiaTheme="minorEastAsia" w:cs="Times New Roman"/>
                <w:b/>
                <w:sz w:val="32"/>
                <w:szCs w:val="32"/>
                <w:lang w:val="tr-TR"/>
              </w:rPr>
            </w:pPr>
            <w:r w:rsidRPr="00564BC5">
              <w:rPr>
                <w:rFonts w:eastAsiaTheme="minorEastAsia" w:cs="Times New Roman"/>
                <w:b/>
                <w:sz w:val="32"/>
                <w:szCs w:val="32"/>
                <w:lang w:val="tr-TR"/>
              </w:rPr>
              <w:t>TEBLİĞ</w:t>
            </w:r>
          </w:p>
          <w:p w14:paraId="52AE3561" w14:textId="77777777" w:rsidR="00564BC5" w:rsidRPr="00310D26" w:rsidRDefault="00564BC5" w:rsidP="0075743E">
            <w:pPr>
              <w:autoSpaceDE w:val="0"/>
              <w:autoSpaceDN w:val="0"/>
              <w:adjustRightInd w:val="0"/>
              <w:rPr>
                <w:rFonts w:eastAsiaTheme="minorEastAsia" w:cs="Times New Roman"/>
                <w:b/>
                <w:szCs w:val="20"/>
                <w:lang w:val="tr-TR"/>
              </w:rPr>
            </w:pPr>
          </w:p>
          <w:p w14:paraId="107A598C" w14:textId="06528B46" w:rsidR="0075743E" w:rsidRPr="00310D26" w:rsidRDefault="00B14FD4" w:rsidP="0075743E">
            <w:pPr>
              <w:autoSpaceDE w:val="0"/>
              <w:autoSpaceDN w:val="0"/>
              <w:adjustRightInd w:val="0"/>
              <w:rPr>
                <w:rFonts w:eastAsiaTheme="minorEastAsia" w:cs="Times New Roman"/>
                <w:szCs w:val="20"/>
                <w:lang w:val="tr-TR"/>
              </w:rPr>
            </w:pPr>
            <w:r>
              <w:rPr>
                <w:rFonts w:eastAsiaTheme="minorEastAsia" w:cs="Times New Roman"/>
                <w:szCs w:val="20"/>
                <w:lang w:val="tr-TR"/>
              </w:rPr>
              <w:t xml:space="preserve">- </w:t>
            </w:r>
            <w:r w:rsidR="0075743E" w:rsidRPr="00310D26">
              <w:rPr>
                <w:rFonts w:eastAsiaTheme="minorEastAsia" w:cs="Times New Roman"/>
                <w:szCs w:val="20"/>
                <w:lang w:val="tr-TR"/>
              </w:rPr>
              <w:t>Tebliğlerin</w:t>
            </w:r>
          </w:p>
          <w:p w14:paraId="40C9F852" w14:textId="77777777" w:rsidR="0075743E" w:rsidRPr="00310D26" w:rsidRDefault="0075743E" w:rsidP="0075743E">
            <w:pPr>
              <w:autoSpaceDE w:val="0"/>
              <w:autoSpaceDN w:val="0"/>
              <w:adjustRightInd w:val="0"/>
              <w:rPr>
                <w:rFonts w:eastAsiaTheme="minorEastAsia" w:cs="Times New Roman"/>
                <w:szCs w:val="20"/>
                <w:lang w:val="tr-TR"/>
              </w:rPr>
            </w:pPr>
            <w:proofErr w:type="gramStart"/>
            <w:r w:rsidRPr="00310D26">
              <w:rPr>
                <w:rFonts w:eastAsiaTheme="minorEastAsia" w:cs="Times New Roman"/>
                <w:szCs w:val="20"/>
                <w:lang w:val="tr-TR"/>
              </w:rPr>
              <w:t>doktora</w:t>
            </w:r>
            <w:proofErr w:type="gramEnd"/>
            <w:r w:rsidRPr="00310D26">
              <w:rPr>
                <w:rFonts w:eastAsiaTheme="minorEastAsia" w:cs="Times New Roman"/>
                <w:szCs w:val="20"/>
                <w:lang w:val="tr-TR"/>
              </w:rPr>
              <w:t xml:space="preserve"> tez</w:t>
            </w:r>
          </w:p>
          <w:p w14:paraId="2BF3067C" w14:textId="7382BC06" w:rsidR="0075743E" w:rsidRDefault="0075743E" w:rsidP="00564BC5">
            <w:pPr>
              <w:autoSpaceDE w:val="0"/>
              <w:autoSpaceDN w:val="0"/>
              <w:adjustRightInd w:val="0"/>
              <w:rPr>
                <w:rFonts w:eastAsiaTheme="minorEastAsia" w:cs="Times New Roman"/>
                <w:szCs w:val="20"/>
                <w:lang w:val="tr-TR"/>
              </w:rPr>
            </w:pPr>
            <w:proofErr w:type="gramStart"/>
            <w:r w:rsidRPr="00310D26">
              <w:rPr>
                <w:rFonts w:eastAsiaTheme="minorEastAsia" w:cs="Times New Roman"/>
                <w:szCs w:val="20"/>
                <w:lang w:val="tr-TR"/>
              </w:rPr>
              <w:t>danışmanı</w:t>
            </w:r>
            <w:proofErr w:type="gramEnd"/>
            <w:r w:rsidR="00564BC5">
              <w:rPr>
                <w:rFonts w:eastAsiaTheme="minorEastAsia" w:cs="Times New Roman"/>
                <w:szCs w:val="20"/>
                <w:lang w:val="tr-TR"/>
              </w:rPr>
              <w:t xml:space="preserve"> ile birlikte yapılması gerekmektedir</w:t>
            </w:r>
            <w:r w:rsidR="00B14FD4">
              <w:rPr>
                <w:rFonts w:eastAsiaTheme="minorEastAsia" w:cs="Times New Roman"/>
                <w:szCs w:val="20"/>
                <w:lang w:val="tr-TR"/>
              </w:rPr>
              <w:t xml:space="preserve">. </w:t>
            </w:r>
          </w:p>
          <w:p w14:paraId="58352B36" w14:textId="77777777" w:rsidR="00564BC5" w:rsidRDefault="00564BC5" w:rsidP="00564BC5">
            <w:pPr>
              <w:autoSpaceDE w:val="0"/>
              <w:autoSpaceDN w:val="0"/>
              <w:adjustRightInd w:val="0"/>
              <w:rPr>
                <w:rFonts w:eastAsiaTheme="minorEastAsia" w:cs="Times New Roman"/>
                <w:szCs w:val="20"/>
                <w:lang w:val="tr-TR"/>
              </w:rPr>
            </w:pPr>
          </w:p>
          <w:p w14:paraId="23FCF6AB" w14:textId="455F7E76" w:rsidR="00564BC5" w:rsidRPr="00B14FD4" w:rsidRDefault="00B14FD4" w:rsidP="00564BC5">
            <w:pPr>
              <w:autoSpaceDE w:val="0"/>
              <w:autoSpaceDN w:val="0"/>
              <w:adjustRightInd w:val="0"/>
              <w:rPr>
                <w:rFonts w:cs="Times New Roman"/>
                <w:color w:val="000000" w:themeColor="text1"/>
                <w:szCs w:val="20"/>
              </w:rPr>
            </w:pPr>
            <w:r w:rsidRPr="00B14FD4">
              <w:rPr>
                <w:rFonts w:eastAsiaTheme="minorEastAsia" w:cs="Times New Roman"/>
                <w:b/>
                <w:szCs w:val="20"/>
                <w:lang w:val="tr-TR"/>
              </w:rPr>
              <w:t xml:space="preserve">- </w:t>
            </w:r>
            <w:r w:rsidR="00564BC5" w:rsidRPr="00B14FD4">
              <w:rPr>
                <w:rFonts w:eastAsiaTheme="minorEastAsia" w:cs="Times New Roman"/>
                <w:szCs w:val="20"/>
                <w:lang w:val="tr-TR"/>
              </w:rPr>
              <w:t xml:space="preserve">Bu alanda </w:t>
            </w:r>
            <w:r w:rsidR="00564BC5" w:rsidRPr="00B14FD4">
              <w:rPr>
                <w:rFonts w:eastAsiaTheme="minorEastAsia" w:cs="Times New Roman"/>
                <w:b/>
                <w:bCs/>
                <w:szCs w:val="20"/>
                <w:lang w:val="tr-TR"/>
              </w:rPr>
              <w:t>en fazla 18 puan</w:t>
            </w:r>
            <w:r w:rsidR="00564BC5" w:rsidRPr="00B14FD4">
              <w:rPr>
                <w:rFonts w:eastAsiaTheme="minorEastAsia" w:cs="Times New Roman"/>
                <w:szCs w:val="20"/>
                <w:lang w:val="tr-TR"/>
              </w:rPr>
              <w:t xml:space="preserve"> alınabilir.</w:t>
            </w:r>
          </w:p>
        </w:tc>
        <w:tc>
          <w:tcPr>
            <w:tcW w:w="2630" w:type="dxa"/>
            <w:vAlign w:val="center"/>
          </w:tcPr>
          <w:p w14:paraId="3A8FC860"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Uluslararası bilimsel toplantılarda sunulan, tam metni matbu veya elektronik olarak bildiri kitapçığında yayımlanmış sözel bildiriler.</w:t>
            </w:r>
          </w:p>
        </w:tc>
        <w:tc>
          <w:tcPr>
            <w:tcW w:w="992" w:type="dxa"/>
            <w:vAlign w:val="center"/>
          </w:tcPr>
          <w:p w14:paraId="3906E4F1"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10</w:t>
            </w:r>
          </w:p>
        </w:tc>
        <w:tc>
          <w:tcPr>
            <w:tcW w:w="5545" w:type="dxa"/>
            <w:vAlign w:val="center"/>
          </w:tcPr>
          <w:p w14:paraId="5889B1C3" w14:textId="3CDFE201" w:rsidR="0075743E" w:rsidRPr="00310D26" w:rsidRDefault="0075743E" w:rsidP="00564BC5">
            <w:pPr>
              <w:rPr>
                <w:rFonts w:cs="Times New Roman"/>
                <w:color w:val="000000" w:themeColor="text1"/>
                <w:szCs w:val="20"/>
              </w:rPr>
            </w:pPr>
            <w:proofErr w:type="spellStart"/>
            <w:r w:rsidRPr="00310D26">
              <w:rPr>
                <w:rFonts w:cs="Times New Roman"/>
                <w:szCs w:val="20"/>
              </w:rPr>
              <w:t>Bildirinin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Bildirinin</w:t>
            </w:r>
            <w:proofErr w:type="spellEnd"/>
            <w:r w:rsidRPr="00310D26">
              <w:rPr>
                <w:rFonts w:cs="Times New Roman"/>
                <w:szCs w:val="20"/>
              </w:rPr>
              <w:t xml:space="preserve"> </w:t>
            </w:r>
            <w:proofErr w:type="spellStart"/>
            <w:r w:rsidRPr="00310D26">
              <w:rPr>
                <w:rFonts w:cs="Times New Roman"/>
                <w:szCs w:val="20"/>
              </w:rPr>
              <w:t>yayımlandığı</w:t>
            </w:r>
            <w:proofErr w:type="spellEnd"/>
            <w:r w:rsidRPr="00310D26">
              <w:rPr>
                <w:rFonts w:cs="Times New Roman"/>
                <w:szCs w:val="20"/>
              </w:rPr>
              <w:t xml:space="preserve"> </w:t>
            </w:r>
            <w:proofErr w:type="spellStart"/>
            <w:r w:rsidRPr="00310D26">
              <w:rPr>
                <w:rFonts w:cs="Times New Roman"/>
                <w:szCs w:val="20"/>
              </w:rPr>
              <w:t>bildiri</w:t>
            </w:r>
            <w:proofErr w:type="spellEnd"/>
            <w:r w:rsidRPr="00310D26">
              <w:rPr>
                <w:rFonts w:cs="Times New Roman"/>
                <w:szCs w:val="20"/>
              </w:rPr>
              <w:t xml:space="preserve"> </w:t>
            </w:r>
            <w:proofErr w:type="spellStart"/>
            <w:r w:rsidRPr="00310D26">
              <w:rPr>
                <w:rFonts w:cs="Times New Roman"/>
                <w:szCs w:val="20"/>
              </w:rPr>
              <w:t>kitabı</w:t>
            </w:r>
            <w:proofErr w:type="spellEnd"/>
            <w:r w:rsidRPr="00310D26">
              <w:rPr>
                <w:rFonts w:cs="Times New Roman"/>
                <w:szCs w:val="20"/>
              </w:rPr>
              <w:t xml:space="preserve"> </w:t>
            </w:r>
            <w:proofErr w:type="spellStart"/>
            <w:r w:rsidRPr="00310D26">
              <w:rPr>
                <w:rFonts w:cs="Times New Roman"/>
                <w:szCs w:val="20"/>
              </w:rPr>
              <w:t>bilgileri</w:t>
            </w:r>
            <w:proofErr w:type="spellEnd"/>
            <w:r w:rsidRPr="00310D26">
              <w:rPr>
                <w:rFonts w:cs="Times New Roman"/>
                <w:szCs w:val="20"/>
              </w:rPr>
              <w:t xml:space="preserve"> </w:t>
            </w:r>
            <w:proofErr w:type="spellStart"/>
            <w:r w:rsidRPr="00310D26">
              <w:rPr>
                <w:rFonts w:cs="Times New Roman"/>
                <w:szCs w:val="20"/>
              </w:rPr>
              <w:t>ile</w:t>
            </w:r>
            <w:proofErr w:type="spellEnd"/>
            <w:r w:rsidRPr="00310D26">
              <w:rPr>
                <w:rFonts w:cs="Times New Roman"/>
                <w:szCs w:val="20"/>
              </w:rPr>
              <w:t xml:space="preserve"> </w:t>
            </w:r>
            <w:proofErr w:type="spellStart"/>
            <w:r w:rsidRPr="00310D26">
              <w:rPr>
                <w:rFonts w:cs="Times New Roman"/>
                <w:szCs w:val="20"/>
              </w:rPr>
              <w:t>birlikte</w:t>
            </w:r>
            <w:proofErr w:type="spellEnd"/>
            <w:r w:rsidRPr="00310D26">
              <w:rPr>
                <w:rFonts w:cs="Times New Roman"/>
                <w:szCs w:val="20"/>
              </w:rPr>
              <w:t xml:space="preserve"> </w:t>
            </w:r>
            <w:proofErr w:type="spellStart"/>
            <w:r w:rsidRPr="00310D26">
              <w:rPr>
                <w:rStyle w:val="Gl"/>
                <w:rFonts w:cs="Times New Roman"/>
                <w:szCs w:val="20"/>
              </w:rPr>
              <w:t>katılım</w:t>
            </w:r>
            <w:proofErr w:type="spellEnd"/>
            <w:r w:rsidRPr="00310D26">
              <w:rPr>
                <w:rStyle w:val="Gl"/>
                <w:rFonts w:cs="Times New Roman"/>
                <w:szCs w:val="20"/>
              </w:rPr>
              <w:t xml:space="preserve"> </w:t>
            </w:r>
            <w:proofErr w:type="spellStart"/>
            <w:proofErr w:type="gramStart"/>
            <w:r w:rsidRPr="00310D26">
              <w:rPr>
                <w:rStyle w:val="Gl"/>
                <w:rFonts w:cs="Times New Roman"/>
                <w:szCs w:val="20"/>
              </w:rPr>
              <w:t>belgesinin</w:t>
            </w:r>
            <w:proofErr w:type="spellEnd"/>
            <w:r w:rsidRPr="00310D26">
              <w:rPr>
                <w:rStyle w:val="Gl"/>
                <w:rFonts w:cs="Times New Roman"/>
                <w:szCs w:val="20"/>
              </w:rPr>
              <w:t xml:space="preserve">  </w:t>
            </w:r>
            <w:proofErr w:type="spellStart"/>
            <w:r w:rsidRPr="00310D26">
              <w:rPr>
                <w:rStyle w:val="Gl"/>
                <w:rFonts w:cs="Times New Roman"/>
                <w:szCs w:val="20"/>
              </w:rPr>
              <w:t>başvuru</w:t>
            </w:r>
            <w:proofErr w:type="spellEnd"/>
            <w:proofErr w:type="gramEnd"/>
            <w:r w:rsidRPr="00310D26">
              <w:rPr>
                <w:rStyle w:val="Gl"/>
                <w:rFonts w:cs="Times New Roman"/>
                <w:szCs w:val="20"/>
              </w:rPr>
              <w:t xml:space="preserve"> </w:t>
            </w:r>
            <w:proofErr w:type="spellStart"/>
            <w:r w:rsidRPr="00310D26">
              <w:rPr>
                <w:rStyle w:val="Gl"/>
                <w:rFonts w:cs="Times New Roman"/>
                <w:szCs w:val="20"/>
              </w:rPr>
              <w:t>dosyasına</w:t>
            </w:r>
            <w:proofErr w:type="spellEnd"/>
            <w:r w:rsidRPr="00310D26">
              <w:rPr>
                <w:rStyle w:val="Gl"/>
                <w:rFonts w:cs="Times New Roman"/>
                <w:szCs w:val="20"/>
              </w:rPr>
              <w:t xml:space="preserve"> </w:t>
            </w:r>
            <w:proofErr w:type="spellStart"/>
            <w:r w:rsidRPr="00310D26">
              <w:rPr>
                <w:rStyle w:val="Gl"/>
                <w:rFonts w:cs="Times New Roman"/>
                <w:szCs w:val="20"/>
              </w:rPr>
              <w:t>eklenmesi</w:t>
            </w:r>
            <w:proofErr w:type="spellEnd"/>
            <w:r w:rsidRPr="00310D26">
              <w:rPr>
                <w:rFonts w:cs="Times New Roman"/>
                <w:szCs w:val="20"/>
              </w:rPr>
              <w:t xml:space="preserve"> </w:t>
            </w:r>
            <w:proofErr w:type="spellStart"/>
            <w:r w:rsidR="00564BC5">
              <w:rPr>
                <w:rFonts w:cs="Times New Roman"/>
                <w:szCs w:val="20"/>
              </w:rPr>
              <w:t>zorunludur</w:t>
            </w:r>
            <w:proofErr w:type="spellEnd"/>
            <w:r w:rsidRPr="00310D26">
              <w:rPr>
                <w:rFonts w:cs="Times New Roman"/>
                <w:szCs w:val="20"/>
              </w:rPr>
              <w:t>.</w:t>
            </w:r>
          </w:p>
        </w:tc>
      </w:tr>
      <w:tr w:rsidR="0075743E" w:rsidRPr="00310D26" w14:paraId="33C47030" w14:textId="77777777" w:rsidTr="00B94B27">
        <w:trPr>
          <w:jc w:val="center"/>
        </w:trPr>
        <w:tc>
          <w:tcPr>
            <w:tcW w:w="1589" w:type="dxa"/>
            <w:vMerge/>
            <w:vAlign w:val="center"/>
          </w:tcPr>
          <w:p w14:paraId="76B89BC8" w14:textId="77777777" w:rsidR="0075743E" w:rsidRPr="00310D26" w:rsidRDefault="0075743E" w:rsidP="0075743E">
            <w:pPr>
              <w:rPr>
                <w:rFonts w:cs="Times New Roman"/>
                <w:color w:val="000000" w:themeColor="text1"/>
                <w:szCs w:val="20"/>
              </w:rPr>
            </w:pPr>
          </w:p>
        </w:tc>
        <w:tc>
          <w:tcPr>
            <w:tcW w:w="2630" w:type="dxa"/>
            <w:vAlign w:val="center"/>
          </w:tcPr>
          <w:p w14:paraId="233D2F36" w14:textId="77777777" w:rsidR="0075743E" w:rsidRPr="00310D26" w:rsidRDefault="0075743E" w:rsidP="0075743E">
            <w:pPr>
              <w:autoSpaceDE w:val="0"/>
              <w:autoSpaceDN w:val="0"/>
              <w:adjustRightInd w:val="0"/>
              <w:rPr>
                <w:rFonts w:eastAsiaTheme="minorEastAsia" w:cs="Times New Roman"/>
                <w:szCs w:val="20"/>
                <w:lang w:val="tr-TR"/>
              </w:rPr>
            </w:pPr>
            <w:r w:rsidRPr="00310D26">
              <w:rPr>
                <w:rFonts w:eastAsiaTheme="minorEastAsia" w:cs="Times New Roman"/>
                <w:szCs w:val="20"/>
                <w:lang w:val="tr-TR"/>
              </w:rPr>
              <w:t>Uluslararası bilimsel toplantılarda sunulan, özet metni matbu veya elektronik olarak bildiri kitapçığında yayımlanmış sözel bildiriler.</w:t>
            </w:r>
          </w:p>
        </w:tc>
        <w:tc>
          <w:tcPr>
            <w:tcW w:w="992" w:type="dxa"/>
            <w:vAlign w:val="center"/>
          </w:tcPr>
          <w:p w14:paraId="7D48DF23"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8</w:t>
            </w:r>
          </w:p>
        </w:tc>
        <w:tc>
          <w:tcPr>
            <w:tcW w:w="5545" w:type="dxa"/>
            <w:vAlign w:val="center"/>
          </w:tcPr>
          <w:p w14:paraId="6FA54E94" w14:textId="11EE5D5E" w:rsidR="0075743E" w:rsidRPr="00310D26" w:rsidRDefault="00564BC5" w:rsidP="00564BC5">
            <w:pPr>
              <w:rPr>
                <w:rFonts w:cs="Times New Roman"/>
                <w:color w:val="000000" w:themeColor="text1"/>
                <w:szCs w:val="20"/>
              </w:rPr>
            </w:pPr>
            <w:proofErr w:type="spellStart"/>
            <w:r w:rsidRPr="00310D26">
              <w:rPr>
                <w:rFonts w:cs="Times New Roman"/>
                <w:szCs w:val="20"/>
              </w:rPr>
              <w:t>Bildirinin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Bildirinin</w:t>
            </w:r>
            <w:proofErr w:type="spellEnd"/>
            <w:r w:rsidRPr="00310D26">
              <w:rPr>
                <w:rFonts w:cs="Times New Roman"/>
                <w:szCs w:val="20"/>
              </w:rPr>
              <w:t xml:space="preserve"> </w:t>
            </w:r>
            <w:proofErr w:type="spellStart"/>
            <w:r w:rsidRPr="00310D26">
              <w:rPr>
                <w:rFonts w:cs="Times New Roman"/>
                <w:szCs w:val="20"/>
              </w:rPr>
              <w:t>yayımlandığı</w:t>
            </w:r>
            <w:proofErr w:type="spellEnd"/>
            <w:r w:rsidRPr="00310D26">
              <w:rPr>
                <w:rFonts w:cs="Times New Roman"/>
                <w:szCs w:val="20"/>
              </w:rPr>
              <w:t xml:space="preserve"> </w:t>
            </w:r>
            <w:proofErr w:type="spellStart"/>
            <w:r w:rsidRPr="00310D26">
              <w:rPr>
                <w:rFonts w:cs="Times New Roman"/>
                <w:szCs w:val="20"/>
              </w:rPr>
              <w:t>bildiri</w:t>
            </w:r>
            <w:proofErr w:type="spellEnd"/>
            <w:r w:rsidRPr="00310D26">
              <w:rPr>
                <w:rFonts w:cs="Times New Roman"/>
                <w:szCs w:val="20"/>
              </w:rPr>
              <w:t xml:space="preserve"> </w:t>
            </w:r>
            <w:proofErr w:type="spellStart"/>
            <w:r w:rsidRPr="00310D26">
              <w:rPr>
                <w:rFonts w:cs="Times New Roman"/>
                <w:szCs w:val="20"/>
              </w:rPr>
              <w:t>kitabı</w:t>
            </w:r>
            <w:proofErr w:type="spellEnd"/>
            <w:r w:rsidRPr="00310D26">
              <w:rPr>
                <w:rFonts w:cs="Times New Roman"/>
                <w:szCs w:val="20"/>
              </w:rPr>
              <w:t xml:space="preserve"> </w:t>
            </w:r>
            <w:proofErr w:type="spellStart"/>
            <w:r w:rsidRPr="00310D26">
              <w:rPr>
                <w:rFonts w:cs="Times New Roman"/>
                <w:szCs w:val="20"/>
              </w:rPr>
              <w:t>bilgileri</w:t>
            </w:r>
            <w:proofErr w:type="spellEnd"/>
            <w:r w:rsidRPr="00310D26">
              <w:rPr>
                <w:rFonts w:cs="Times New Roman"/>
                <w:szCs w:val="20"/>
              </w:rPr>
              <w:t xml:space="preserve"> </w:t>
            </w:r>
            <w:proofErr w:type="spellStart"/>
            <w:r w:rsidRPr="00310D26">
              <w:rPr>
                <w:rFonts w:cs="Times New Roman"/>
                <w:szCs w:val="20"/>
              </w:rPr>
              <w:t>ile</w:t>
            </w:r>
            <w:proofErr w:type="spellEnd"/>
            <w:r w:rsidRPr="00310D26">
              <w:rPr>
                <w:rFonts w:cs="Times New Roman"/>
                <w:szCs w:val="20"/>
              </w:rPr>
              <w:t xml:space="preserve"> </w:t>
            </w:r>
            <w:proofErr w:type="spellStart"/>
            <w:r w:rsidRPr="00310D26">
              <w:rPr>
                <w:rFonts w:cs="Times New Roman"/>
                <w:szCs w:val="20"/>
              </w:rPr>
              <w:t>birlikte</w:t>
            </w:r>
            <w:proofErr w:type="spellEnd"/>
            <w:r w:rsidRPr="00310D26">
              <w:rPr>
                <w:rFonts w:cs="Times New Roman"/>
                <w:szCs w:val="20"/>
              </w:rPr>
              <w:t xml:space="preserve"> </w:t>
            </w:r>
            <w:proofErr w:type="spellStart"/>
            <w:r w:rsidRPr="00310D26">
              <w:rPr>
                <w:rStyle w:val="Gl"/>
                <w:rFonts w:cs="Times New Roman"/>
                <w:szCs w:val="20"/>
              </w:rPr>
              <w:t>katılım</w:t>
            </w:r>
            <w:proofErr w:type="spellEnd"/>
            <w:r w:rsidRPr="00310D26">
              <w:rPr>
                <w:rStyle w:val="Gl"/>
                <w:rFonts w:cs="Times New Roman"/>
                <w:szCs w:val="20"/>
              </w:rPr>
              <w:t xml:space="preserve"> </w:t>
            </w:r>
            <w:proofErr w:type="spellStart"/>
            <w:proofErr w:type="gramStart"/>
            <w:r w:rsidRPr="00310D26">
              <w:rPr>
                <w:rStyle w:val="Gl"/>
                <w:rFonts w:cs="Times New Roman"/>
                <w:szCs w:val="20"/>
              </w:rPr>
              <w:t>belgesinin</w:t>
            </w:r>
            <w:proofErr w:type="spellEnd"/>
            <w:r w:rsidRPr="00310D26">
              <w:rPr>
                <w:rStyle w:val="Gl"/>
                <w:rFonts w:cs="Times New Roman"/>
                <w:szCs w:val="20"/>
              </w:rPr>
              <w:t xml:space="preserve">  </w:t>
            </w:r>
            <w:proofErr w:type="spellStart"/>
            <w:r w:rsidRPr="00310D26">
              <w:rPr>
                <w:rStyle w:val="Gl"/>
                <w:rFonts w:cs="Times New Roman"/>
                <w:szCs w:val="20"/>
              </w:rPr>
              <w:t>başvuru</w:t>
            </w:r>
            <w:proofErr w:type="spellEnd"/>
            <w:proofErr w:type="gramEnd"/>
            <w:r w:rsidRPr="00310D26">
              <w:rPr>
                <w:rStyle w:val="Gl"/>
                <w:rFonts w:cs="Times New Roman"/>
                <w:szCs w:val="20"/>
              </w:rPr>
              <w:t xml:space="preserve"> </w:t>
            </w:r>
            <w:proofErr w:type="spellStart"/>
            <w:r w:rsidRPr="00310D26">
              <w:rPr>
                <w:rStyle w:val="Gl"/>
                <w:rFonts w:cs="Times New Roman"/>
                <w:szCs w:val="20"/>
              </w:rPr>
              <w:t>dosyasına</w:t>
            </w:r>
            <w:proofErr w:type="spellEnd"/>
            <w:r w:rsidRPr="00310D26">
              <w:rPr>
                <w:rStyle w:val="Gl"/>
                <w:rFonts w:cs="Times New Roman"/>
                <w:szCs w:val="20"/>
              </w:rPr>
              <w:t xml:space="preserve"> </w:t>
            </w:r>
            <w:proofErr w:type="spellStart"/>
            <w:r w:rsidRPr="00310D26">
              <w:rPr>
                <w:rStyle w:val="Gl"/>
                <w:rFonts w:cs="Times New Roman"/>
                <w:szCs w:val="20"/>
              </w:rPr>
              <w:t>eklenmesi</w:t>
            </w:r>
            <w:proofErr w:type="spellEnd"/>
            <w:r w:rsidRPr="00310D26">
              <w:rPr>
                <w:rFonts w:cs="Times New Roman"/>
                <w:szCs w:val="20"/>
              </w:rPr>
              <w:t xml:space="preserve"> </w:t>
            </w:r>
            <w:proofErr w:type="spellStart"/>
            <w:r>
              <w:rPr>
                <w:rFonts w:cs="Times New Roman"/>
                <w:szCs w:val="20"/>
              </w:rPr>
              <w:t>zorunludur</w:t>
            </w:r>
            <w:proofErr w:type="spellEnd"/>
            <w:r w:rsidRPr="00310D26">
              <w:rPr>
                <w:rFonts w:cs="Times New Roman"/>
                <w:szCs w:val="20"/>
              </w:rPr>
              <w:t>.</w:t>
            </w:r>
          </w:p>
        </w:tc>
      </w:tr>
      <w:tr w:rsidR="0075743E" w:rsidRPr="00310D26" w14:paraId="22F019AB" w14:textId="77777777" w:rsidTr="00B94B27">
        <w:trPr>
          <w:trHeight w:val="803"/>
          <w:jc w:val="center"/>
        </w:trPr>
        <w:tc>
          <w:tcPr>
            <w:tcW w:w="1589" w:type="dxa"/>
            <w:vMerge/>
            <w:vAlign w:val="center"/>
          </w:tcPr>
          <w:p w14:paraId="1210B4FC" w14:textId="77777777" w:rsidR="0075743E" w:rsidRPr="00310D26" w:rsidRDefault="0075743E" w:rsidP="0075743E">
            <w:pPr>
              <w:rPr>
                <w:rFonts w:cs="Times New Roman"/>
                <w:color w:val="000000" w:themeColor="text1"/>
                <w:szCs w:val="20"/>
              </w:rPr>
            </w:pPr>
          </w:p>
        </w:tc>
        <w:tc>
          <w:tcPr>
            <w:tcW w:w="2630" w:type="dxa"/>
            <w:vAlign w:val="center"/>
          </w:tcPr>
          <w:p w14:paraId="25FBEF55"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Uluslararası bilimsel toplantılarda poster olarak sunulan çalışmalar.</w:t>
            </w:r>
          </w:p>
        </w:tc>
        <w:tc>
          <w:tcPr>
            <w:tcW w:w="992" w:type="dxa"/>
            <w:vAlign w:val="center"/>
          </w:tcPr>
          <w:p w14:paraId="4D1943CE"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6</w:t>
            </w:r>
          </w:p>
        </w:tc>
        <w:tc>
          <w:tcPr>
            <w:tcW w:w="5545" w:type="dxa"/>
            <w:vAlign w:val="center"/>
          </w:tcPr>
          <w:p w14:paraId="5D4B0AF4" w14:textId="77777777" w:rsidR="0075743E" w:rsidRPr="00310D26" w:rsidRDefault="0075743E" w:rsidP="00564BC5">
            <w:pPr>
              <w:rPr>
                <w:rFonts w:cs="Times New Roman"/>
                <w:color w:val="000000" w:themeColor="text1"/>
                <w:szCs w:val="20"/>
              </w:rPr>
            </w:pPr>
            <w:r w:rsidRPr="00310D26">
              <w:rPr>
                <w:rFonts w:cs="Times New Roman"/>
                <w:szCs w:val="20"/>
              </w:rPr>
              <w:t xml:space="preserve">Poster </w:t>
            </w:r>
            <w:proofErr w:type="spellStart"/>
            <w:r w:rsidRPr="00310D26">
              <w:rPr>
                <w:rFonts w:cs="Times New Roman"/>
                <w:szCs w:val="20"/>
              </w:rPr>
              <w:t>çalışmasının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Poster </w:t>
            </w:r>
            <w:proofErr w:type="spellStart"/>
            <w:r w:rsidRPr="00310D26">
              <w:rPr>
                <w:rFonts w:cs="Times New Roman"/>
                <w:szCs w:val="20"/>
              </w:rPr>
              <w:t>sunumuna</w:t>
            </w:r>
            <w:proofErr w:type="spellEnd"/>
            <w:r w:rsidRPr="00310D26">
              <w:rPr>
                <w:rFonts w:cs="Times New Roman"/>
                <w:szCs w:val="20"/>
              </w:rPr>
              <w:t xml:space="preserve"> </w:t>
            </w:r>
            <w:proofErr w:type="spellStart"/>
            <w:r w:rsidRPr="00310D26">
              <w:rPr>
                <w:rFonts w:cs="Times New Roman"/>
                <w:szCs w:val="20"/>
              </w:rPr>
              <w:t>ilişkin</w:t>
            </w:r>
            <w:proofErr w:type="spellEnd"/>
            <w:r w:rsidRPr="00310D26">
              <w:rPr>
                <w:rFonts w:cs="Times New Roman"/>
                <w:szCs w:val="20"/>
              </w:rPr>
              <w:t xml:space="preserve"> </w:t>
            </w:r>
            <w:proofErr w:type="spellStart"/>
            <w:r w:rsidRPr="00310D26">
              <w:rPr>
                <w:rFonts w:cs="Times New Roman"/>
                <w:szCs w:val="20"/>
              </w:rPr>
              <w:t>belge</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Style w:val="Gl"/>
                <w:rFonts w:cs="Times New Roman"/>
                <w:szCs w:val="20"/>
              </w:rPr>
              <w:t>katılım</w:t>
            </w:r>
            <w:proofErr w:type="spellEnd"/>
            <w:r w:rsidRPr="00310D26">
              <w:rPr>
                <w:rStyle w:val="Gl"/>
                <w:rFonts w:cs="Times New Roman"/>
                <w:szCs w:val="20"/>
              </w:rPr>
              <w:t xml:space="preserve"> </w:t>
            </w:r>
            <w:proofErr w:type="spellStart"/>
            <w:r w:rsidRPr="00310D26">
              <w:rPr>
                <w:rStyle w:val="Gl"/>
                <w:rFonts w:cs="Times New Roman"/>
                <w:szCs w:val="20"/>
              </w:rPr>
              <w:t>belgesi</w:t>
            </w:r>
            <w:proofErr w:type="spellEnd"/>
            <w:r w:rsidRPr="00310D26">
              <w:rPr>
                <w:rFonts w:cs="Times New Roman"/>
                <w:szCs w:val="20"/>
              </w:rPr>
              <w:t xml:space="preserve"> </w:t>
            </w:r>
            <w:proofErr w:type="spellStart"/>
            <w:r w:rsidRPr="00310D26">
              <w:rPr>
                <w:rFonts w:cs="Times New Roman"/>
                <w:szCs w:val="20"/>
              </w:rPr>
              <w:t>başvuru</w:t>
            </w:r>
            <w:proofErr w:type="spellEnd"/>
            <w:r w:rsidRPr="00310D26">
              <w:rPr>
                <w:rFonts w:cs="Times New Roman"/>
                <w:szCs w:val="20"/>
              </w:rPr>
              <w:t xml:space="preserve"> </w:t>
            </w:r>
            <w:proofErr w:type="spellStart"/>
            <w:r w:rsidRPr="00310D26">
              <w:rPr>
                <w:rFonts w:cs="Times New Roman"/>
                <w:szCs w:val="20"/>
              </w:rPr>
              <w:t>dosyasına</w:t>
            </w:r>
            <w:proofErr w:type="spellEnd"/>
            <w:r w:rsidRPr="00310D26">
              <w:rPr>
                <w:rFonts w:cs="Times New Roman"/>
                <w:szCs w:val="20"/>
              </w:rPr>
              <w:t xml:space="preserve"> </w:t>
            </w:r>
            <w:proofErr w:type="spellStart"/>
            <w:r w:rsidRPr="00310D26">
              <w:rPr>
                <w:rFonts w:cs="Times New Roman"/>
                <w:szCs w:val="20"/>
              </w:rPr>
              <w:t>eklenmelidir</w:t>
            </w:r>
            <w:proofErr w:type="spellEnd"/>
            <w:r w:rsidRPr="00310D26">
              <w:rPr>
                <w:rFonts w:cs="Times New Roman"/>
                <w:szCs w:val="20"/>
              </w:rPr>
              <w:t>.</w:t>
            </w:r>
          </w:p>
        </w:tc>
      </w:tr>
      <w:tr w:rsidR="0075743E" w:rsidRPr="00310D26" w14:paraId="69F0404C" w14:textId="77777777" w:rsidTr="00B94B27">
        <w:trPr>
          <w:jc w:val="center"/>
        </w:trPr>
        <w:tc>
          <w:tcPr>
            <w:tcW w:w="1589" w:type="dxa"/>
            <w:vMerge/>
            <w:vAlign w:val="center"/>
          </w:tcPr>
          <w:p w14:paraId="70158597" w14:textId="77777777" w:rsidR="0075743E" w:rsidRPr="00310D26" w:rsidRDefault="0075743E" w:rsidP="0075743E">
            <w:pPr>
              <w:rPr>
                <w:rFonts w:cs="Times New Roman"/>
                <w:color w:val="000000" w:themeColor="text1"/>
                <w:szCs w:val="20"/>
              </w:rPr>
            </w:pPr>
          </w:p>
        </w:tc>
        <w:tc>
          <w:tcPr>
            <w:tcW w:w="2630" w:type="dxa"/>
            <w:vAlign w:val="center"/>
          </w:tcPr>
          <w:p w14:paraId="04B2F535"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Ulusal bilimsel toplantılarda sunulan tam metni matbu veya elektronik olarak bildiri kitapçığında yayımlanmış sözel bildiriler.</w:t>
            </w:r>
          </w:p>
        </w:tc>
        <w:tc>
          <w:tcPr>
            <w:tcW w:w="992" w:type="dxa"/>
            <w:vAlign w:val="center"/>
          </w:tcPr>
          <w:p w14:paraId="6075B5C3"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6</w:t>
            </w:r>
          </w:p>
        </w:tc>
        <w:tc>
          <w:tcPr>
            <w:tcW w:w="5545" w:type="dxa"/>
            <w:vAlign w:val="center"/>
          </w:tcPr>
          <w:p w14:paraId="1ECAECEF" w14:textId="77777777" w:rsidR="0075743E" w:rsidRPr="00310D26" w:rsidRDefault="0075743E" w:rsidP="00564BC5">
            <w:pPr>
              <w:rPr>
                <w:rFonts w:cs="Times New Roman"/>
                <w:color w:val="000000" w:themeColor="text1"/>
                <w:szCs w:val="20"/>
              </w:rPr>
            </w:pPr>
            <w:proofErr w:type="spellStart"/>
            <w:r w:rsidRPr="00310D26">
              <w:rPr>
                <w:rFonts w:cs="Times New Roman"/>
                <w:szCs w:val="20"/>
              </w:rPr>
              <w:t>Bildirinin</w:t>
            </w:r>
            <w:proofErr w:type="spellEnd"/>
            <w:r w:rsidRPr="00310D26">
              <w:rPr>
                <w:rFonts w:cs="Times New Roman"/>
                <w:szCs w:val="20"/>
              </w:rPr>
              <w:t xml:space="preserve"> </w:t>
            </w:r>
            <w:proofErr w:type="spellStart"/>
            <w:r w:rsidRPr="00310D26">
              <w:rPr>
                <w:rFonts w:cs="Times New Roman"/>
                <w:szCs w:val="20"/>
              </w:rPr>
              <w:t>tezden</w:t>
            </w:r>
            <w:proofErr w:type="spellEnd"/>
            <w:r w:rsidRPr="00310D26">
              <w:rPr>
                <w:rFonts w:cs="Times New Roman"/>
                <w:szCs w:val="20"/>
              </w:rPr>
              <w:t xml:space="preserve"> </w:t>
            </w:r>
            <w:proofErr w:type="spellStart"/>
            <w:r w:rsidRPr="00310D26">
              <w:rPr>
                <w:rFonts w:cs="Times New Roman"/>
                <w:szCs w:val="20"/>
              </w:rPr>
              <w:t>üretilmiş</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bildiri</w:t>
            </w:r>
            <w:proofErr w:type="spellEnd"/>
            <w:r w:rsidRPr="00310D26">
              <w:rPr>
                <w:rFonts w:cs="Times New Roman"/>
                <w:szCs w:val="20"/>
              </w:rPr>
              <w:t xml:space="preserve"> </w:t>
            </w:r>
            <w:proofErr w:type="spellStart"/>
            <w:r w:rsidRPr="00310D26">
              <w:rPr>
                <w:rFonts w:cs="Times New Roman"/>
                <w:szCs w:val="20"/>
              </w:rPr>
              <w:t>kitabında</w:t>
            </w:r>
            <w:proofErr w:type="spellEnd"/>
            <w:r w:rsidRPr="00310D26">
              <w:rPr>
                <w:rFonts w:cs="Times New Roman"/>
                <w:szCs w:val="20"/>
              </w:rPr>
              <w:t xml:space="preserve"> </w:t>
            </w:r>
            <w:proofErr w:type="spellStart"/>
            <w:r w:rsidRPr="00310D26">
              <w:rPr>
                <w:rFonts w:cs="Times New Roman"/>
                <w:szCs w:val="20"/>
              </w:rPr>
              <w:t>yayımlanması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toplantıya</w:t>
            </w:r>
            <w:proofErr w:type="spellEnd"/>
            <w:r w:rsidRPr="00310D26">
              <w:rPr>
                <w:rFonts w:cs="Times New Roman"/>
                <w:szCs w:val="20"/>
              </w:rPr>
              <w:t xml:space="preserve"> </w:t>
            </w:r>
            <w:proofErr w:type="spellStart"/>
            <w:r w:rsidRPr="00310D26">
              <w:rPr>
                <w:rFonts w:cs="Times New Roman"/>
                <w:szCs w:val="20"/>
              </w:rPr>
              <w:t>katılımın</w:t>
            </w:r>
            <w:proofErr w:type="spellEnd"/>
            <w:r w:rsidRPr="00310D26">
              <w:rPr>
                <w:rFonts w:cs="Times New Roman"/>
                <w:szCs w:val="20"/>
              </w:rPr>
              <w:t xml:space="preserve"> </w:t>
            </w:r>
            <w:proofErr w:type="spellStart"/>
            <w:r w:rsidRPr="00310D26">
              <w:rPr>
                <w:rStyle w:val="Gl"/>
                <w:rFonts w:cs="Times New Roman"/>
                <w:szCs w:val="20"/>
              </w:rPr>
              <w:t>katılım</w:t>
            </w:r>
            <w:proofErr w:type="spellEnd"/>
            <w:r w:rsidRPr="00310D26">
              <w:rPr>
                <w:rStyle w:val="Gl"/>
                <w:rFonts w:cs="Times New Roman"/>
                <w:szCs w:val="20"/>
              </w:rPr>
              <w:t xml:space="preserve"> </w:t>
            </w:r>
            <w:proofErr w:type="spellStart"/>
            <w:r w:rsidRPr="00310D26">
              <w:rPr>
                <w:rStyle w:val="Gl"/>
                <w:rFonts w:cs="Times New Roman"/>
                <w:szCs w:val="20"/>
              </w:rPr>
              <w:t>belgesiyle</w:t>
            </w:r>
            <w:proofErr w:type="spellEnd"/>
            <w:r w:rsidRPr="00310D26">
              <w:rPr>
                <w:rStyle w:val="Gl"/>
                <w:rFonts w:cs="Times New Roman"/>
                <w:szCs w:val="20"/>
              </w:rPr>
              <w:t xml:space="preserve"> </w:t>
            </w:r>
            <w:proofErr w:type="spellStart"/>
            <w:r w:rsidRPr="00310D26">
              <w:rPr>
                <w:rStyle w:val="Gl"/>
                <w:rFonts w:cs="Times New Roman"/>
                <w:szCs w:val="20"/>
              </w:rPr>
              <w:t>kanıtlanması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w:t>
            </w:r>
          </w:p>
        </w:tc>
      </w:tr>
      <w:tr w:rsidR="0075743E" w:rsidRPr="00310D26" w14:paraId="2156084B" w14:textId="77777777" w:rsidTr="00B94B27">
        <w:trPr>
          <w:jc w:val="center"/>
        </w:trPr>
        <w:tc>
          <w:tcPr>
            <w:tcW w:w="1589" w:type="dxa"/>
            <w:vMerge/>
            <w:vAlign w:val="center"/>
          </w:tcPr>
          <w:p w14:paraId="40DF9BA5" w14:textId="77777777" w:rsidR="0075743E" w:rsidRPr="00310D26" w:rsidRDefault="0075743E" w:rsidP="0075743E">
            <w:pPr>
              <w:rPr>
                <w:rFonts w:cs="Times New Roman"/>
                <w:color w:val="000000" w:themeColor="text1"/>
                <w:szCs w:val="20"/>
              </w:rPr>
            </w:pPr>
          </w:p>
        </w:tc>
        <w:tc>
          <w:tcPr>
            <w:tcW w:w="2630" w:type="dxa"/>
            <w:vAlign w:val="center"/>
          </w:tcPr>
          <w:p w14:paraId="5D62E254"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Ulusal bilimsel toplantılarda sunulan özet metni matbu veya elektronik olarak bildiri kitapçığında yayımlanmış sözel bildiriler.</w:t>
            </w:r>
          </w:p>
        </w:tc>
        <w:tc>
          <w:tcPr>
            <w:tcW w:w="992" w:type="dxa"/>
            <w:vAlign w:val="center"/>
          </w:tcPr>
          <w:p w14:paraId="3591A51B"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4</w:t>
            </w:r>
          </w:p>
        </w:tc>
        <w:tc>
          <w:tcPr>
            <w:tcW w:w="5545" w:type="dxa"/>
            <w:vAlign w:val="center"/>
          </w:tcPr>
          <w:p w14:paraId="2F77C890" w14:textId="77777777" w:rsidR="0075743E" w:rsidRPr="00310D26" w:rsidRDefault="0075743E" w:rsidP="00564BC5">
            <w:pPr>
              <w:rPr>
                <w:rFonts w:cs="Times New Roman"/>
                <w:color w:val="000000" w:themeColor="text1"/>
                <w:szCs w:val="20"/>
              </w:rPr>
            </w:pPr>
            <w:proofErr w:type="spellStart"/>
            <w:r w:rsidRPr="00310D26">
              <w:rPr>
                <w:rFonts w:cs="Times New Roman"/>
                <w:szCs w:val="20"/>
              </w:rPr>
              <w:t>Bildirinin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ilişkisi</w:t>
            </w:r>
            <w:proofErr w:type="spellEnd"/>
            <w:r w:rsidRPr="00310D26">
              <w:rPr>
                <w:rFonts w:cs="Times New Roman"/>
                <w:szCs w:val="20"/>
              </w:rPr>
              <w:t xml:space="preserve"> </w:t>
            </w:r>
            <w:proofErr w:type="spellStart"/>
            <w:r w:rsidRPr="00310D26">
              <w:rPr>
                <w:rFonts w:cs="Times New Roman"/>
                <w:szCs w:val="20"/>
              </w:rPr>
              <w:t>gösterilmeli</w:t>
            </w:r>
            <w:proofErr w:type="spellEnd"/>
            <w:r w:rsidRPr="00310D26">
              <w:rPr>
                <w:rFonts w:cs="Times New Roman"/>
                <w:szCs w:val="20"/>
              </w:rPr>
              <w:t xml:space="preserve">; </w:t>
            </w:r>
            <w:proofErr w:type="spellStart"/>
            <w:r w:rsidRPr="00310D26">
              <w:rPr>
                <w:rFonts w:cs="Times New Roman"/>
                <w:szCs w:val="20"/>
              </w:rPr>
              <w:t>bildiri</w:t>
            </w:r>
            <w:proofErr w:type="spellEnd"/>
            <w:r w:rsidRPr="00310D26">
              <w:rPr>
                <w:rFonts w:cs="Times New Roman"/>
                <w:szCs w:val="20"/>
              </w:rPr>
              <w:t xml:space="preserve"> </w:t>
            </w:r>
            <w:proofErr w:type="spellStart"/>
            <w:r w:rsidRPr="00310D26">
              <w:rPr>
                <w:rFonts w:cs="Times New Roman"/>
                <w:szCs w:val="20"/>
              </w:rPr>
              <w:t>kitabı</w:t>
            </w:r>
            <w:proofErr w:type="spellEnd"/>
            <w:r w:rsidRPr="00310D26">
              <w:rPr>
                <w:rFonts w:cs="Times New Roman"/>
                <w:szCs w:val="20"/>
              </w:rPr>
              <w:t xml:space="preserve"> </w:t>
            </w:r>
            <w:proofErr w:type="spellStart"/>
            <w:r w:rsidRPr="00310D26">
              <w:rPr>
                <w:rFonts w:cs="Times New Roman"/>
                <w:szCs w:val="20"/>
              </w:rPr>
              <w:t>bilgileri</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Style w:val="Gl"/>
                <w:rFonts w:cs="Times New Roman"/>
                <w:szCs w:val="20"/>
              </w:rPr>
              <w:t>katılım</w:t>
            </w:r>
            <w:proofErr w:type="spellEnd"/>
            <w:r w:rsidRPr="00310D26">
              <w:rPr>
                <w:rStyle w:val="Gl"/>
                <w:rFonts w:cs="Times New Roman"/>
                <w:szCs w:val="20"/>
              </w:rPr>
              <w:t xml:space="preserve"> </w:t>
            </w:r>
            <w:proofErr w:type="spellStart"/>
            <w:r w:rsidRPr="00310D26">
              <w:rPr>
                <w:rStyle w:val="Gl"/>
                <w:rFonts w:cs="Times New Roman"/>
                <w:szCs w:val="20"/>
              </w:rPr>
              <w:t>belgesi</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w:t>
            </w:r>
          </w:p>
        </w:tc>
      </w:tr>
      <w:tr w:rsidR="0075743E" w:rsidRPr="00310D26" w14:paraId="15EEC16C" w14:textId="77777777" w:rsidTr="00B94B27">
        <w:trPr>
          <w:trHeight w:val="903"/>
          <w:jc w:val="center"/>
        </w:trPr>
        <w:tc>
          <w:tcPr>
            <w:tcW w:w="1589" w:type="dxa"/>
            <w:vMerge/>
            <w:vAlign w:val="center"/>
          </w:tcPr>
          <w:p w14:paraId="7C88DFC3" w14:textId="77777777" w:rsidR="0075743E" w:rsidRPr="00310D26" w:rsidRDefault="0075743E" w:rsidP="0075743E">
            <w:pPr>
              <w:rPr>
                <w:rFonts w:cs="Times New Roman"/>
                <w:color w:val="000000" w:themeColor="text1"/>
                <w:szCs w:val="20"/>
              </w:rPr>
            </w:pPr>
          </w:p>
        </w:tc>
        <w:tc>
          <w:tcPr>
            <w:tcW w:w="2630" w:type="dxa"/>
            <w:vAlign w:val="center"/>
          </w:tcPr>
          <w:p w14:paraId="29FD36B9"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Ulusal bilimsel toplantılarda poster olarak sunulan çalışmalar</w:t>
            </w:r>
          </w:p>
        </w:tc>
        <w:tc>
          <w:tcPr>
            <w:tcW w:w="992" w:type="dxa"/>
            <w:vAlign w:val="center"/>
          </w:tcPr>
          <w:p w14:paraId="72292CD9" w14:textId="77777777" w:rsidR="0075743E" w:rsidRPr="00310D26" w:rsidRDefault="0075743E" w:rsidP="0075743E">
            <w:pPr>
              <w:jc w:val="center"/>
              <w:rPr>
                <w:rFonts w:cs="Times New Roman"/>
                <w:color w:val="000000" w:themeColor="text1"/>
                <w:szCs w:val="20"/>
              </w:rPr>
            </w:pPr>
            <w:r w:rsidRPr="00310D26">
              <w:rPr>
                <w:rFonts w:cs="Times New Roman"/>
                <w:color w:val="000000" w:themeColor="text1"/>
                <w:szCs w:val="20"/>
              </w:rPr>
              <w:t>2</w:t>
            </w:r>
          </w:p>
        </w:tc>
        <w:tc>
          <w:tcPr>
            <w:tcW w:w="5545" w:type="dxa"/>
            <w:vAlign w:val="center"/>
          </w:tcPr>
          <w:p w14:paraId="30AA7246" w14:textId="77777777" w:rsidR="0075743E" w:rsidRPr="00310D26" w:rsidRDefault="0075743E" w:rsidP="00564BC5">
            <w:pPr>
              <w:rPr>
                <w:rFonts w:cs="Times New Roman"/>
                <w:color w:val="000000" w:themeColor="text1"/>
                <w:szCs w:val="20"/>
              </w:rPr>
            </w:pPr>
            <w:r w:rsidRPr="00310D26">
              <w:rPr>
                <w:rFonts w:cs="Times New Roman"/>
                <w:szCs w:val="20"/>
              </w:rPr>
              <w:t xml:space="preserve">Poster </w:t>
            </w:r>
            <w:proofErr w:type="spellStart"/>
            <w:r w:rsidRPr="00310D26">
              <w:rPr>
                <w:rFonts w:cs="Times New Roman"/>
                <w:szCs w:val="20"/>
              </w:rPr>
              <w:t>çalışmasının</w:t>
            </w:r>
            <w:proofErr w:type="spellEnd"/>
            <w:r w:rsidRPr="00310D26">
              <w:rPr>
                <w:rFonts w:cs="Times New Roman"/>
                <w:szCs w:val="20"/>
              </w:rPr>
              <w:t xml:space="preserve"> </w:t>
            </w:r>
            <w:proofErr w:type="spellStart"/>
            <w:r w:rsidRPr="00310D26">
              <w:rPr>
                <w:rFonts w:cs="Times New Roman"/>
                <w:szCs w:val="20"/>
              </w:rPr>
              <w:t>tezle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sunumun</w:t>
            </w:r>
            <w:proofErr w:type="spellEnd"/>
            <w:r w:rsidRPr="00310D26">
              <w:rPr>
                <w:rFonts w:cs="Times New Roman"/>
                <w:szCs w:val="20"/>
              </w:rPr>
              <w:t xml:space="preserve"> </w:t>
            </w:r>
            <w:proofErr w:type="spellStart"/>
            <w:r w:rsidRPr="00310D26">
              <w:rPr>
                <w:rFonts w:cs="Times New Roman"/>
                <w:szCs w:val="20"/>
              </w:rPr>
              <w:t>gerçekleştiğini</w:t>
            </w:r>
            <w:proofErr w:type="spellEnd"/>
            <w:r w:rsidRPr="00310D26">
              <w:rPr>
                <w:rFonts w:cs="Times New Roman"/>
                <w:szCs w:val="20"/>
              </w:rPr>
              <w:t xml:space="preserve"> </w:t>
            </w:r>
            <w:proofErr w:type="spellStart"/>
            <w:r w:rsidRPr="00310D26">
              <w:rPr>
                <w:rFonts w:cs="Times New Roman"/>
                <w:szCs w:val="20"/>
              </w:rPr>
              <w:t>gösteren</w:t>
            </w:r>
            <w:proofErr w:type="spellEnd"/>
            <w:r w:rsidRPr="00310D26">
              <w:rPr>
                <w:rFonts w:cs="Times New Roman"/>
                <w:szCs w:val="20"/>
              </w:rPr>
              <w:t xml:space="preserve"> </w:t>
            </w:r>
            <w:proofErr w:type="spellStart"/>
            <w:r w:rsidRPr="00310D26">
              <w:rPr>
                <w:rFonts w:cs="Times New Roman"/>
                <w:szCs w:val="20"/>
              </w:rPr>
              <w:t>belgelerin</w:t>
            </w:r>
            <w:proofErr w:type="spellEnd"/>
            <w:r w:rsidRPr="00310D26">
              <w:rPr>
                <w:rFonts w:cs="Times New Roman"/>
                <w:szCs w:val="20"/>
              </w:rPr>
              <w:t xml:space="preserve">, </w:t>
            </w:r>
            <w:proofErr w:type="spellStart"/>
            <w:r w:rsidRPr="00310D26">
              <w:rPr>
                <w:rFonts w:cs="Times New Roman"/>
                <w:szCs w:val="20"/>
              </w:rPr>
              <w:t>özellikle</w:t>
            </w:r>
            <w:proofErr w:type="spellEnd"/>
            <w:r w:rsidRPr="00310D26">
              <w:rPr>
                <w:rFonts w:cs="Times New Roman"/>
                <w:szCs w:val="20"/>
              </w:rPr>
              <w:t xml:space="preserve"> </w:t>
            </w:r>
            <w:proofErr w:type="spellStart"/>
            <w:r w:rsidRPr="00310D26">
              <w:rPr>
                <w:rStyle w:val="Gl"/>
                <w:rFonts w:cs="Times New Roman"/>
                <w:szCs w:val="20"/>
              </w:rPr>
              <w:t>katılım</w:t>
            </w:r>
            <w:proofErr w:type="spellEnd"/>
            <w:r w:rsidRPr="00310D26">
              <w:rPr>
                <w:rStyle w:val="Gl"/>
                <w:rFonts w:cs="Times New Roman"/>
                <w:szCs w:val="20"/>
              </w:rPr>
              <w:t xml:space="preserve"> </w:t>
            </w:r>
            <w:proofErr w:type="spellStart"/>
            <w:r w:rsidRPr="00310D26">
              <w:rPr>
                <w:rStyle w:val="Gl"/>
                <w:rFonts w:cs="Times New Roman"/>
                <w:szCs w:val="20"/>
              </w:rPr>
              <w:t>belgesinin</w:t>
            </w:r>
            <w:proofErr w:type="spellEnd"/>
            <w:r w:rsidRPr="00310D26">
              <w:rPr>
                <w:rFonts w:cs="Times New Roman"/>
                <w:szCs w:val="20"/>
              </w:rPr>
              <w:t xml:space="preserve">, </w:t>
            </w:r>
            <w:proofErr w:type="spellStart"/>
            <w:r w:rsidRPr="00310D26">
              <w:rPr>
                <w:rFonts w:cs="Times New Roman"/>
                <w:szCs w:val="20"/>
              </w:rPr>
              <w:t>başvuru</w:t>
            </w:r>
            <w:proofErr w:type="spellEnd"/>
            <w:r w:rsidRPr="00310D26">
              <w:rPr>
                <w:rFonts w:cs="Times New Roman"/>
                <w:szCs w:val="20"/>
              </w:rPr>
              <w:t xml:space="preserve"> </w:t>
            </w:r>
            <w:proofErr w:type="spellStart"/>
            <w:r w:rsidRPr="00310D26">
              <w:rPr>
                <w:rFonts w:cs="Times New Roman"/>
                <w:szCs w:val="20"/>
              </w:rPr>
              <w:t>dosyasına</w:t>
            </w:r>
            <w:proofErr w:type="spellEnd"/>
            <w:r w:rsidRPr="00310D26">
              <w:rPr>
                <w:rFonts w:cs="Times New Roman"/>
                <w:szCs w:val="20"/>
              </w:rPr>
              <w:t xml:space="preserve"> </w:t>
            </w:r>
            <w:proofErr w:type="spellStart"/>
            <w:r w:rsidRPr="00310D26">
              <w:rPr>
                <w:rFonts w:cs="Times New Roman"/>
                <w:szCs w:val="20"/>
              </w:rPr>
              <w:t>eklenmesine</w:t>
            </w:r>
            <w:proofErr w:type="spellEnd"/>
            <w:r w:rsidRPr="00310D26">
              <w:rPr>
                <w:rFonts w:cs="Times New Roman"/>
                <w:szCs w:val="20"/>
              </w:rPr>
              <w:t xml:space="preserve"> </w:t>
            </w:r>
            <w:proofErr w:type="spellStart"/>
            <w:r w:rsidRPr="00310D26">
              <w:rPr>
                <w:rFonts w:cs="Times New Roman"/>
                <w:szCs w:val="20"/>
              </w:rPr>
              <w:t>dikkat</w:t>
            </w:r>
            <w:proofErr w:type="spellEnd"/>
            <w:r w:rsidRPr="00310D26">
              <w:rPr>
                <w:rFonts w:cs="Times New Roman"/>
                <w:szCs w:val="20"/>
              </w:rPr>
              <w:t xml:space="preserve"> </w:t>
            </w:r>
            <w:proofErr w:type="spellStart"/>
            <w:r w:rsidRPr="00310D26">
              <w:rPr>
                <w:rFonts w:cs="Times New Roman"/>
                <w:szCs w:val="20"/>
              </w:rPr>
              <w:t>edilmelidir</w:t>
            </w:r>
            <w:proofErr w:type="spellEnd"/>
            <w:r w:rsidRPr="00310D26">
              <w:rPr>
                <w:rFonts w:cs="Times New Roman"/>
                <w:szCs w:val="20"/>
              </w:rPr>
              <w:t>.</w:t>
            </w:r>
          </w:p>
        </w:tc>
      </w:tr>
      <w:tr w:rsidR="0075743E" w:rsidRPr="00310D26" w14:paraId="594C8A5A" w14:textId="77777777" w:rsidTr="00B94B27">
        <w:trPr>
          <w:trHeight w:val="1448"/>
          <w:jc w:val="center"/>
        </w:trPr>
        <w:tc>
          <w:tcPr>
            <w:tcW w:w="10756" w:type="dxa"/>
            <w:gridSpan w:val="4"/>
            <w:vAlign w:val="center"/>
          </w:tcPr>
          <w:p w14:paraId="037F057C" w14:textId="77777777" w:rsidR="0075743E" w:rsidRPr="00310D26" w:rsidRDefault="0075743E" w:rsidP="0075743E">
            <w:pPr>
              <w:rPr>
                <w:rFonts w:cs="Times New Roman"/>
                <w:color w:val="000000" w:themeColor="text1"/>
                <w:szCs w:val="20"/>
              </w:rPr>
            </w:pPr>
            <w:proofErr w:type="spellStart"/>
            <w:r w:rsidRPr="00310D26">
              <w:rPr>
                <w:rFonts w:cs="Times New Roman"/>
                <w:b/>
                <w:color w:val="000000" w:themeColor="text1"/>
                <w:szCs w:val="20"/>
              </w:rPr>
              <w:t>Sunulacak</w:t>
            </w:r>
            <w:proofErr w:type="spellEnd"/>
            <w:r w:rsidRPr="00310D26">
              <w:rPr>
                <w:rFonts w:cs="Times New Roman"/>
                <w:b/>
                <w:color w:val="000000" w:themeColor="text1"/>
                <w:szCs w:val="20"/>
              </w:rPr>
              <w:t xml:space="preserve"> </w:t>
            </w:r>
            <w:proofErr w:type="spellStart"/>
            <w:r w:rsidRPr="00310D26">
              <w:rPr>
                <w:rFonts w:cs="Times New Roman"/>
                <w:b/>
                <w:color w:val="000000" w:themeColor="text1"/>
                <w:szCs w:val="20"/>
              </w:rPr>
              <w:t>Belgeler</w:t>
            </w:r>
            <w:proofErr w:type="spellEnd"/>
            <w:r w:rsidRPr="00310D26">
              <w:rPr>
                <w:rFonts w:cs="Times New Roman"/>
                <w:b/>
                <w:color w:val="000000" w:themeColor="text1"/>
                <w:szCs w:val="20"/>
              </w:rPr>
              <w:t>;</w:t>
            </w:r>
            <w:r w:rsidRPr="00310D26">
              <w:rPr>
                <w:rFonts w:cs="Times New Roman"/>
                <w:color w:val="000000" w:themeColor="text1"/>
                <w:szCs w:val="20"/>
              </w:rPr>
              <w:t xml:space="preserve"> </w:t>
            </w:r>
            <w:proofErr w:type="spellStart"/>
            <w:r w:rsidRPr="00310D26">
              <w:rPr>
                <w:rFonts w:cs="Times New Roman"/>
                <w:color w:val="000000" w:themeColor="text1"/>
                <w:szCs w:val="20"/>
              </w:rPr>
              <w:t>Bildiri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türü</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Ulusal</w:t>
            </w:r>
            <w:proofErr w:type="spellEnd"/>
            <w:r w:rsidRPr="00310D26">
              <w:rPr>
                <w:rFonts w:cs="Times New Roman"/>
                <w:color w:val="000000" w:themeColor="text1"/>
                <w:szCs w:val="20"/>
              </w:rPr>
              <w:t>/</w:t>
            </w: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tam </w:t>
            </w:r>
            <w:proofErr w:type="spellStart"/>
            <w:r w:rsidRPr="00310D26">
              <w:rPr>
                <w:rFonts w:cs="Times New Roman"/>
                <w:color w:val="000000" w:themeColor="text1"/>
                <w:szCs w:val="20"/>
              </w:rPr>
              <w:t>metin</w:t>
            </w:r>
            <w:proofErr w:type="spellEnd"/>
            <w:r w:rsidRPr="00310D26">
              <w:rPr>
                <w:rFonts w:cs="Times New Roman"/>
                <w:color w:val="000000" w:themeColor="text1"/>
                <w:szCs w:val="20"/>
              </w:rPr>
              <w:t>/</w:t>
            </w:r>
            <w:proofErr w:type="spellStart"/>
            <w:r w:rsidRPr="00310D26">
              <w:rPr>
                <w:rFonts w:cs="Times New Roman"/>
                <w:color w:val="000000" w:themeColor="text1"/>
                <w:szCs w:val="20"/>
              </w:rPr>
              <w:t>özet</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Etkinlik</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Adı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Tarihi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Yeri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Bildiri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Künyesi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Bildiri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adı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yazarlar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Bildirinin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basıldığı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kitapçık</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sayfa</w:t>
            </w:r>
            <w:proofErr w:type="spellEnd"/>
            <w:r w:rsidRPr="00310D26">
              <w:rPr>
                <w:rFonts w:cs="Times New Roman"/>
                <w:color w:val="000000" w:themeColor="text1"/>
                <w:szCs w:val="20"/>
              </w:rPr>
              <w:t xml:space="preserve"> no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linki</w:t>
            </w:r>
            <w:proofErr w:type="spellEnd"/>
            <w:r w:rsidRPr="00310D26">
              <w:rPr>
                <w:rFonts w:cs="Times New Roman"/>
                <w:color w:val="000000" w:themeColor="text1"/>
                <w:szCs w:val="20"/>
              </w:rPr>
              <w:t>).</w:t>
            </w:r>
          </w:p>
          <w:p w14:paraId="3B0210D5" w14:textId="77777777" w:rsidR="0075743E" w:rsidRPr="00310D26" w:rsidRDefault="0075743E" w:rsidP="0075743E">
            <w:pPr>
              <w:rPr>
                <w:rFonts w:cs="Times New Roman"/>
                <w:color w:val="000000" w:themeColor="text1"/>
                <w:szCs w:val="20"/>
              </w:rPr>
            </w:pPr>
            <w:r w:rsidRPr="00310D26">
              <w:rPr>
                <w:rFonts w:cs="Times New Roman"/>
                <w:b/>
                <w:szCs w:val="20"/>
              </w:rPr>
              <w:t>Not:</w:t>
            </w:r>
            <w:r w:rsidRPr="00310D26">
              <w:rPr>
                <w:rFonts w:cs="Times New Roman"/>
                <w:szCs w:val="20"/>
              </w:rPr>
              <w:t xml:space="preserve"> </w:t>
            </w:r>
            <w:proofErr w:type="spellStart"/>
            <w:r w:rsidRPr="00310D26">
              <w:rPr>
                <w:rFonts w:cs="Times New Roman"/>
                <w:szCs w:val="20"/>
              </w:rPr>
              <w:t>Bildiri</w:t>
            </w:r>
            <w:proofErr w:type="spellEnd"/>
            <w:r w:rsidRPr="00310D26">
              <w:rPr>
                <w:rFonts w:cs="Times New Roman"/>
                <w:szCs w:val="20"/>
              </w:rPr>
              <w:t xml:space="preserve"> </w:t>
            </w:r>
            <w:proofErr w:type="spellStart"/>
            <w:r w:rsidRPr="00310D26">
              <w:rPr>
                <w:rFonts w:cs="Times New Roman"/>
                <w:szCs w:val="20"/>
              </w:rPr>
              <w:t>türü</w:t>
            </w:r>
            <w:proofErr w:type="spellEnd"/>
            <w:r w:rsidRPr="00310D26">
              <w:rPr>
                <w:rFonts w:cs="Times New Roman"/>
                <w:szCs w:val="20"/>
              </w:rPr>
              <w:t xml:space="preserve">, </w:t>
            </w:r>
            <w:proofErr w:type="spellStart"/>
            <w:r w:rsidRPr="00310D26">
              <w:rPr>
                <w:rFonts w:cs="Times New Roman"/>
                <w:szCs w:val="20"/>
              </w:rPr>
              <w:t>etkinlik</w:t>
            </w:r>
            <w:proofErr w:type="spellEnd"/>
            <w:r w:rsidRPr="00310D26">
              <w:rPr>
                <w:rFonts w:cs="Times New Roman"/>
                <w:szCs w:val="20"/>
              </w:rPr>
              <w:t xml:space="preserve"> </w:t>
            </w:r>
            <w:proofErr w:type="spellStart"/>
            <w:r w:rsidRPr="00310D26">
              <w:rPr>
                <w:rFonts w:cs="Times New Roman"/>
                <w:szCs w:val="20"/>
              </w:rPr>
              <w:t>adı</w:t>
            </w:r>
            <w:proofErr w:type="spellEnd"/>
            <w:r w:rsidRPr="00310D26">
              <w:rPr>
                <w:rFonts w:cs="Times New Roman"/>
                <w:szCs w:val="20"/>
              </w:rPr>
              <w:t xml:space="preserve">, </w:t>
            </w:r>
            <w:proofErr w:type="spellStart"/>
            <w:r w:rsidRPr="00310D26">
              <w:rPr>
                <w:rFonts w:cs="Times New Roman"/>
                <w:szCs w:val="20"/>
              </w:rPr>
              <w:t>tarihi</w:t>
            </w:r>
            <w:proofErr w:type="spellEnd"/>
            <w:r w:rsidRPr="00310D26">
              <w:rPr>
                <w:rFonts w:cs="Times New Roman"/>
                <w:szCs w:val="20"/>
              </w:rPr>
              <w:t xml:space="preserve">, </w:t>
            </w:r>
            <w:proofErr w:type="spellStart"/>
            <w:r w:rsidRPr="00310D26">
              <w:rPr>
                <w:rFonts w:cs="Times New Roman"/>
                <w:szCs w:val="20"/>
              </w:rPr>
              <w:t>yeri</w:t>
            </w:r>
            <w:proofErr w:type="spellEnd"/>
            <w:r w:rsidRPr="00310D26">
              <w:rPr>
                <w:rFonts w:cs="Times New Roman"/>
                <w:szCs w:val="20"/>
              </w:rPr>
              <w:t xml:space="preserve">, </w:t>
            </w:r>
            <w:proofErr w:type="spellStart"/>
            <w:r w:rsidRPr="00310D26">
              <w:rPr>
                <w:rFonts w:cs="Times New Roman"/>
                <w:szCs w:val="20"/>
              </w:rPr>
              <w:t>bildiri</w:t>
            </w:r>
            <w:proofErr w:type="spellEnd"/>
            <w:r w:rsidRPr="00310D26">
              <w:rPr>
                <w:rFonts w:cs="Times New Roman"/>
                <w:szCs w:val="20"/>
              </w:rPr>
              <w:t xml:space="preserve"> </w:t>
            </w:r>
            <w:proofErr w:type="spellStart"/>
            <w:r w:rsidRPr="00310D26">
              <w:rPr>
                <w:rFonts w:cs="Times New Roman"/>
                <w:szCs w:val="20"/>
              </w:rPr>
              <w:t>adı</w:t>
            </w:r>
            <w:proofErr w:type="spellEnd"/>
            <w:r w:rsidRPr="00310D26">
              <w:rPr>
                <w:rFonts w:cs="Times New Roman"/>
                <w:szCs w:val="20"/>
              </w:rPr>
              <w:t xml:space="preserve">, </w:t>
            </w:r>
            <w:proofErr w:type="spellStart"/>
            <w:r w:rsidRPr="00310D26">
              <w:rPr>
                <w:rFonts w:cs="Times New Roman"/>
                <w:szCs w:val="20"/>
              </w:rPr>
              <w:t>yazarlar</w:t>
            </w:r>
            <w:proofErr w:type="spellEnd"/>
            <w:r w:rsidRPr="00310D26">
              <w:rPr>
                <w:rFonts w:cs="Times New Roman"/>
                <w:szCs w:val="20"/>
              </w:rPr>
              <w:t xml:space="preserve">, </w:t>
            </w:r>
            <w:proofErr w:type="spellStart"/>
            <w:r w:rsidRPr="00310D26">
              <w:rPr>
                <w:rFonts w:cs="Times New Roman"/>
                <w:szCs w:val="20"/>
              </w:rPr>
              <w:t>bildiri</w:t>
            </w:r>
            <w:proofErr w:type="spellEnd"/>
            <w:r w:rsidRPr="00310D26">
              <w:rPr>
                <w:rFonts w:cs="Times New Roman"/>
                <w:szCs w:val="20"/>
              </w:rPr>
              <w:t xml:space="preserve"> </w:t>
            </w:r>
            <w:proofErr w:type="spellStart"/>
            <w:r w:rsidRPr="00310D26">
              <w:rPr>
                <w:rFonts w:cs="Times New Roman"/>
                <w:szCs w:val="20"/>
              </w:rPr>
              <w:t>kitabı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sayfa</w:t>
            </w:r>
            <w:proofErr w:type="spellEnd"/>
            <w:r w:rsidRPr="00310D26">
              <w:rPr>
                <w:rFonts w:cs="Times New Roman"/>
                <w:szCs w:val="20"/>
              </w:rPr>
              <w:t xml:space="preserve"> </w:t>
            </w:r>
            <w:proofErr w:type="spellStart"/>
            <w:r w:rsidRPr="00310D26">
              <w:rPr>
                <w:rFonts w:cs="Times New Roman"/>
                <w:szCs w:val="20"/>
              </w:rPr>
              <w:t>bilgileri</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verilmelidir</w:t>
            </w:r>
            <w:proofErr w:type="spellEnd"/>
            <w:r w:rsidRPr="00310D26">
              <w:rPr>
                <w:rFonts w:cs="Times New Roman"/>
                <w:szCs w:val="20"/>
              </w:rPr>
              <w:t xml:space="preserve">. </w:t>
            </w:r>
            <w:proofErr w:type="spellStart"/>
            <w:r w:rsidRPr="00310D26">
              <w:rPr>
                <w:rStyle w:val="Gl"/>
                <w:rFonts w:cs="Times New Roman"/>
                <w:szCs w:val="20"/>
              </w:rPr>
              <w:t>Katılım</w:t>
            </w:r>
            <w:proofErr w:type="spellEnd"/>
            <w:r w:rsidRPr="00310D26">
              <w:rPr>
                <w:rStyle w:val="Gl"/>
                <w:rFonts w:cs="Times New Roman"/>
                <w:szCs w:val="20"/>
              </w:rPr>
              <w:t xml:space="preserve"> </w:t>
            </w:r>
            <w:proofErr w:type="spellStart"/>
            <w:r w:rsidRPr="00310D26">
              <w:rPr>
                <w:rStyle w:val="Gl"/>
                <w:rFonts w:cs="Times New Roman"/>
                <w:szCs w:val="20"/>
              </w:rPr>
              <w:t>belgesi</w:t>
            </w:r>
            <w:proofErr w:type="spellEnd"/>
            <w:r w:rsidRPr="00310D26">
              <w:rPr>
                <w:rStyle w:val="Gl"/>
                <w:rFonts w:cs="Times New Roman"/>
                <w:szCs w:val="20"/>
              </w:rPr>
              <w:t xml:space="preserve"> </w:t>
            </w:r>
            <w:proofErr w:type="spellStart"/>
            <w:r w:rsidRPr="00310D26">
              <w:rPr>
                <w:rStyle w:val="Gl"/>
                <w:rFonts w:cs="Times New Roman"/>
                <w:szCs w:val="20"/>
              </w:rPr>
              <w:t>başvuru</w:t>
            </w:r>
            <w:proofErr w:type="spellEnd"/>
            <w:r w:rsidRPr="00310D26">
              <w:rPr>
                <w:rStyle w:val="Gl"/>
                <w:rFonts w:cs="Times New Roman"/>
                <w:szCs w:val="20"/>
              </w:rPr>
              <w:t xml:space="preserve"> </w:t>
            </w:r>
            <w:proofErr w:type="spellStart"/>
            <w:r w:rsidRPr="00310D26">
              <w:rPr>
                <w:rStyle w:val="Gl"/>
                <w:rFonts w:cs="Times New Roman"/>
                <w:szCs w:val="20"/>
              </w:rPr>
              <w:t>dosyasına</w:t>
            </w:r>
            <w:proofErr w:type="spellEnd"/>
            <w:r w:rsidRPr="00310D26">
              <w:rPr>
                <w:rStyle w:val="Gl"/>
                <w:rFonts w:cs="Times New Roman"/>
                <w:szCs w:val="20"/>
              </w:rPr>
              <w:t xml:space="preserve"> </w:t>
            </w:r>
            <w:proofErr w:type="spellStart"/>
            <w:r w:rsidRPr="00310D26">
              <w:rPr>
                <w:rStyle w:val="Gl"/>
                <w:rFonts w:cs="Times New Roman"/>
                <w:szCs w:val="20"/>
              </w:rPr>
              <w:t>mutlaka</w:t>
            </w:r>
            <w:proofErr w:type="spellEnd"/>
            <w:r w:rsidRPr="00310D26">
              <w:rPr>
                <w:rStyle w:val="Gl"/>
                <w:rFonts w:cs="Times New Roman"/>
                <w:szCs w:val="20"/>
              </w:rPr>
              <w:t xml:space="preserve"> </w:t>
            </w:r>
            <w:proofErr w:type="spellStart"/>
            <w:r w:rsidRPr="00310D26">
              <w:rPr>
                <w:rStyle w:val="Gl"/>
                <w:rFonts w:cs="Times New Roman"/>
                <w:szCs w:val="20"/>
              </w:rPr>
              <w:t>eklenmelidir</w:t>
            </w:r>
            <w:proofErr w:type="spellEnd"/>
            <w:r w:rsidRPr="00310D26">
              <w:rPr>
                <w:rStyle w:val="Gl"/>
                <w:rFonts w:cs="Times New Roman"/>
                <w:szCs w:val="20"/>
              </w:rPr>
              <w:t>.</w:t>
            </w:r>
          </w:p>
        </w:tc>
      </w:tr>
    </w:tbl>
    <w:p w14:paraId="686489C4" w14:textId="77777777" w:rsidR="0075743E" w:rsidRPr="00310D26" w:rsidRDefault="0075743E" w:rsidP="00FA1E89">
      <w:pPr>
        <w:rPr>
          <w:rFonts w:eastAsiaTheme="majorEastAsia" w:cs="Times New Roman"/>
          <w:b/>
          <w:bCs/>
          <w:color w:val="000000" w:themeColor="text1"/>
          <w:szCs w:val="20"/>
        </w:rPr>
      </w:pPr>
    </w:p>
    <w:p w14:paraId="740613B2" w14:textId="77777777" w:rsidR="0075743E" w:rsidRPr="00310D26" w:rsidRDefault="0075743E">
      <w:pPr>
        <w:rPr>
          <w:rFonts w:eastAsiaTheme="majorEastAsia" w:cs="Times New Roman"/>
          <w:b/>
          <w:bCs/>
          <w:color w:val="000000" w:themeColor="text1"/>
          <w:szCs w:val="20"/>
        </w:rPr>
      </w:pPr>
      <w:r w:rsidRPr="00310D26">
        <w:rPr>
          <w:rFonts w:eastAsiaTheme="majorEastAsia" w:cs="Times New Roman"/>
          <w:b/>
          <w:bCs/>
          <w:color w:val="000000" w:themeColor="text1"/>
          <w:szCs w:val="20"/>
        </w:rPr>
        <w:br w:type="page"/>
      </w:r>
    </w:p>
    <w:tbl>
      <w:tblPr>
        <w:tblStyle w:val="TabloKlavuzu"/>
        <w:tblW w:w="0" w:type="auto"/>
        <w:jc w:val="center"/>
        <w:tblLayout w:type="fixed"/>
        <w:tblLook w:val="04A0" w:firstRow="1" w:lastRow="0" w:firstColumn="1" w:lastColumn="0" w:noHBand="0" w:noVBand="1"/>
      </w:tblPr>
      <w:tblGrid>
        <w:gridCol w:w="1589"/>
        <w:gridCol w:w="3197"/>
        <w:gridCol w:w="851"/>
        <w:gridCol w:w="5119"/>
      </w:tblGrid>
      <w:tr w:rsidR="0075743E" w:rsidRPr="00310D26" w14:paraId="62B0115A" w14:textId="77777777" w:rsidTr="00310D26">
        <w:trPr>
          <w:jc w:val="center"/>
        </w:trPr>
        <w:tc>
          <w:tcPr>
            <w:tcW w:w="1589" w:type="dxa"/>
            <w:vAlign w:val="center"/>
          </w:tcPr>
          <w:p w14:paraId="282E784B" w14:textId="77777777" w:rsidR="0075743E" w:rsidRPr="00310D26" w:rsidRDefault="0075743E" w:rsidP="0075743E">
            <w:pPr>
              <w:jc w:val="center"/>
              <w:rPr>
                <w:rFonts w:cs="Times New Roman"/>
                <w:color w:val="000000" w:themeColor="text1"/>
                <w:szCs w:val="20"/>
              </w:rPr>
            </w:pPr>
            <w:r w:rsidRPr="00310D26">
              <w:rPr>
                <w:rFonts w:cs="Times New Roman"/>
                <w:b/>
                <w:color w:val="000000" w:themeColor="text1"/>
                <w:szCs w:val="20"/>
              </w:rPr>
              <w:lastRenderedPageBreak/>
              <w:t>AKADEMİK FAALİYET TÜRÜ</w:t>
            </w:r>
          </w:p>
        </w:tc>
        <w:tc>
          <w:tcPr>
            <w:tcW w:w="3197" w:type="dxa"/>
            <w:vAlign w:val="center"/>
          </w:tcPr>
          <w:p w14:paraId="19C9ACFD" w14:textId="0D9A2DB9" w:rsidR="0075743E" w:rsidRPr="00310D26" w:rsidRDefault="0075743E" w:rsidP="0075743E">
            <w:pPr>
              <w:jc w:val="center"/>
              <w:rPr>
                <w:rFonts w:cs="Times New Roman"/>
                <w:color w:val="000000" w:themeColor="text1"/>
                <w:szCs w:val="20"/>
              </w:rPr>
            </w:pPr>
            <w:r w:rsidRPr="00310D26">
              <w:rPr>
                <w:rFonts w:cs="Times New Roman"/>
                <w:b/>
                <w:color w:val="000000" w:themeColor="text1"/>
                <w:szCs w:val="20"/>
              </w:rPr>
              <w:t>FAAL</w:t>
            </w:r>
            <w:r w:rsidR="00B14FD4">
              <w:rPr>
                <w:rFonts w:cs="Times New Roman"/>
                <w:b/>
                <w:color w:val="000000" w:themeColor="text1"/>
                <w:szCs w:val="20"/>
              </w:rPr>
              <w:t>İ</w:t>
            </w:r>
            <w:r w:rsidRPr="00310D26">
              <w:rPr>
                <w:rFonts w:cs="Times New Roman"/>
                <w:b/>
                <w:color w:val="000000" w:themeColor="text1"/>
                <w:szCs w:val="20"/>
              </w:rPr>
              <w:t>YET</w:t>
            </w:r>
          </w:p>
        </w:tc>
        <w:tc>
          <w:tcPr>
            <w:tcW w:w="851" w:type="dxa"/>
            <w:vAlign w:val="center"/>
          </w:tcPr>
          <w:p w14:paraId="68FE3448" w14:textId="77777777" w:rsidR="0075743E" w:rsidRPr="00310D26" w:rsidRDefault="0075743E" w:rsidP="0075743E">
            <w:pPr>
              <w:jc w:val="center"/>
              <w:rPr>
                <w:rFonts w:cs="Times New Roman"/>
                <w:b/>
                <w:color w:val="000000" w:themeColor="text1"/>
                <w:szCs w:val="20"/>
              </w:rPr>
            </w:pPr>
            <w:r w:rsidRPr="00310D26">
              <w:rPr>
                <w:rFonts w:cs="Times New Roman"/>
                <w:b/>
                <w:color w:val="000000" w:themeColor="text1"/>
                <w:szCs w:val="20"/>
              </w:rPr>
              <w:t>PUAN</w:t>
            </w:r>
          </w:p>
        </w:tc>
        <w:tc>
          <w:tcPr>
            <w:tcW w:w="5119" w:type="dxa"/>
            <w:vAlign w:val="center"/>
          </w:tcPr>
          <w:p w14:paraId="7B28AE35" w14:textId="77777777" w:rsidR="0075743E" w:rsidRPr="00310D26" w:rsidRDefault="0075743E" w:rsidP="0075743E">
            <w:pPr>
              <w:jc w:val="center"/>
              <w:rPr>
                <w:rFonts w:cs="Times New Roman"/>
                <w:b/>
                <w:color w:val="000000" w:themeColor="text1"/>
                <w:szCs w:val="20"/>
              </w:rPr>
            </w:pPr>
            <w:proofErr w:type="spellStart"/>
            <w:r w:rsidRPr="00310D26">
              <w:rPr>
                <w:rFonts w:cs="Times New Roman"/>
                <w:b/>
                <w:szCs w:val="20"/>
              </w:rPr>
              <w:t>Dikkat</w:t>
            </w:r>
            <w:proofErr w:type="spellEnd"/>
            <w:r w:rsidRPr="00310D26">
              <w:rPr>
                <w:rFonts w:cs="Times New Roman"/>
                <w:b/>
                <w:szCs w:val="20"/>
              </w:rPr>
              <w:t xml:space="preserve"> </w:t>
            </w:r>
            <w:proofErr w:type="spellStart"/>
            <w:r w:rsidRPr="00310D26">
              <w:rPr>
                <w:rFonts w:cs="Times New Roman"/>
                <w:b/>
                <w:szCs w:val="20"/>
              </w:rPr>
              <w:t>Edilmesi</w:t>
            </w:r>
            <w:proofErr w:type="spellEnd"/>
            <w:r w:rsidRPr="00310D26">
              <w:rPr>
                <w:rFonts w:cs="Times New Roman"/>
                <w:b/>
                <w:szCs w:val="20"/>
              </w:rPr>
              <w:t xml:space="preserve"> </w:t>
            </w:r>
            <w:proofErr w:type="spellStart"/>
            <w:r w:rsidRPr="00310D26">
              <w:rPr>
                <w:rFonts w:cs="Times New Roman"/>
                <w:b/>
                <w:szCs w:val="20"/>
              </w:rPr>
              <w:t>Gereken</w:t>
            </w:r>
            <w:proofErr w:type="spellEnd"/>
            <w:r w:rsidRPr="00310D26">
              <w:rPr>
                <w:rFonts w:cs="Times New Roman"/>
                <w:b/>
                <w:szCs w:val="20"/>
              </w:rPr>
              <w:t xml:space="preserve"> </w:t>
            </w:r>
            <w:proofErr w:type="spellStart"/>
            <w:r w:rsidRPr="00310D26">
              <w:rPr>
                <w:rFonts w:cs="Times New Roman"/>
                <w:b/>
                <w:szCs w:val="20"/>
              </w:rPr>
              <w:t>Hususlar</w:t>
            </w:r>
            <w:proofErr w:type="spellEnd"/>
            <w:r w:rsidRPr="00310D26">
              <w:rPr>
                <w:rFonts w:cs="Times New Roman"/>
                <w:b/>
                <w:szCs w:val="20"/>
              </w:rPr>
              <w:t xml:space="preserve"> </w:t>
            </w:r>
            <w:proofErr w:type="spellStart"/>
            <w:r w:rsidRPr="00310D26">
              <w:rPr>
                <w:rFonts w:cs="Times New Roman"/>
                <w:b/>
                <w:szCs w:val="20"/>
              </w:rPr>
              <w:t>ve</w:t>
            </w:r>
            <w:proofErr w:type="spellEnd"/>
            <w:r w:rsidRPr="00310D26">
              <w:rPr>
                <w:rFonts w:cs="Times New Roman"/>
                <w:b/>
                <w:szCs w:val="20"/>
              </w:rPr>
              <w:t xml:space="preserve"> </w:t>
            </w:r>
            <w:proofErr w:type="spellStart"/>
            <w:r w:rsidRPr="00310D26">
              <w:rPr>
                <w:rFonts w:cs="Times New Roman"/>
                <w:b/>
                <w:szCs w:val="20"/>
              </w:rPr>
              <w:t>Bilgilendirme</w:t>
            </w:r>
            <w:proofErr w:type="spellEnd"/>
          </w:p>
        </w:tc>
      </w:tr>
      <w:tr w:rsidR="0075743E" w:rsidRPr="00310D26" w14:paraId="51EF6D1E" w14:textId="77777777" w:rsidTr="00B94B27">
        <w:trPr>
          <w:trHeight w:val="1138"/>
          <w:jc w:val="center"/>
        </w:trPr>
        <w:tc>
          <w:tcPr>
            <w:tcW w:w="1589" w:type="dxa"/>
            <w:vMerge w:val="restart"/>
            <w:vAlign w:val="center"/>
          </w:tcPr>
          <w:p w14:paraId="17968B54" w14:textId="77777777" w:rsidR="0075743E" w:rsidRPr="00564BC5" w:rsidRDefault="0075743E" w:rsidP="0075743E">
            <w:pPr>
              <w:autoSpaceDE w:val="0"/>
              <w:autoSpaceDN w:val="0"/>
              <w:adjustRightInd w:val="0"/>
              <w:rPr>
                <w:rFonts w:eastAsiaTheme="minorEastAsia" w:cs="Times New Roman"/>
                <w:b/>
                <w:bCs/>
                <w:sz w:val="32"/>
                <w:szCs w:val="32"/>
                <w:lang w:val="tr-TR"/>
              </w:rPr>
            </w:pPr>
            <w:r w:rsidRPr="00564BC5">
              <w:rPr>
                <w:rFonts w:eastAsiaTheme="minorEastAsia" w:cs="Times New Roman"/>
                <w:b/>
                <w:bCs/>
                <w:sz w:val="32"/>
                <w:szCs w:val="32"/>
                <w:lang w:val="tr-TR"/>
              </w:rPr>
              <w:t>ÖDÜL</w:t>
            </w:r>
          </w:p>
          <w:p w14:paraId="53C1E2B0" w14:textId="77777777" w:rsidR="00564BC5" w:rsidRPr="00310D26" w:rsidRDefault="00564BC5" w:rsidP="0075743E">
            <w:pPr>
              <w:autoSpaceDE w:val="0"/>
              <w:autoSpaceDN w:val="0"/>
              <w:adjustRightInd w:val="0"/>
              <w:rPr>
                <w:rFonts w:eastAsiaTheme="minorEastAsia" w:cs="Times New Roman"/>
                <w:b/>
                <w:bCs/>
                <w:szCs w:val="20"/>
                <w:lang w:val="tr-TR"/>
              </w:rPr>
            </w:pPr>
          </w:p>
          <w:p w14:paraId="0A8CDA63" w14:textId="7743F3D0" w:rsidR="0075743E" w:rsidRDefault="00564BC5" w:rsidP="0075743E">
            <w:pPr>
              <w:rPr>
                <w:rFonts w:eastAsiaTheme="minorEastAsia" w:cs="Times New Roman"/>
                <w:szCs w:val="20"/>
                <w:lang w:val="tr-TR"/>
              </w:rPr>
            </w:pPr>
            <w:r>
              <w:rPr>
                <w:rFonts w:eastAsiaTheme="minorEastAsia" w:cs="Times New Roman"/>
                <w:szCs w:val="20"/>
                <w:lang w:val="tr-TR"/>
              </w:rPr>
              <w:t>.</w:t>
            </w:r>
          </w:p>
          <w:p w14:paraId="761D4E4C" w14:textId="77777777" w:rsidR="00564BC5" w:rsidRDefault="00564BC5" w:rsidP="0075743E">
            <w:pPr>
              <w:rPr>
                <w:rFonts w:eastAsiaTheme="minorEastAsia" w:cs="Times New Roman"/>
                <w:szCs w:val="20"/>
                <w:lang w:val="tr-TR"/>
              </w:rPr>
            </w:pPr>
          </w:p>
          <w:p w14:paraId="7A0D708E" w14:textId="48469DE8" w:rsidR="00564BC5" w:rsidRPr="00310D26" w:rsidRDefault="00B14FD4" w:rsidP="0075743E">
            <w:pPr>
              <w:rPr>
                <w:rFonts w:cs="Times New Roman"/>
                <w:color w:val="000000" w:themeColor="text1"/>
                <w:szCs w:val="20"/>
              </w:rPr>
            </w:pPr>
            <w:r>
              <w:rPr>
                <w:rFonts w:eastAsiaTheme="minorEastAsia" w:cs="Times New Roman"/>
                <w:szCs w:val="20"/>
                <w:lang w:val="tr-TR"/>
              </w:rPr>
              <w:t>-</w:t>
            </w:r>
            <w:r w:rsidRPr="00310D26">
              <w:rPr>
                <w:rFonts w:eastAsiaTheme="minorEastAsia" w:cs="Times New Roman"/>
                <w:szCs w:val="20"/>
                <w:lang w:val="tr-TR"/>
              </w:rPr>
              <w:t xml:space="preserve">Aynı çalışma veya eser nedeniyle alınan farklı ödüller için en fazla bir </w:t>
            </w:r>
            <w:r>
              <w:rPr>
                <w:rFonts w:eastAsiaTheme="minorEastAsia" w:cs="Times New Roman"/>
                <w:szCs w:val="20"/>
                <w:lang w:val="tr-TR"/>
              </w:rPr>
              <w:t xml:space="preserve">(1) </w:t>
            </w:r>
            <w:r w:rsidRPr="00310D26">
              <w:rPr>
                <w:rFonts w:eastAsiaTheme="minorEastAsia" w:cs="Times New Roman"/>
                <w:szCs w:val="20"/>
                <w:lang w:val="tr-TR"/>
              </w:rPr>
              <w:t>defa puanlama yapılır.</w:t>
            </w:r>
          </w:p>
        </w:tc>
        <w:tc>
          <w:tcPr>
            <w:tcW w:w="3197" w:type="dxa"/>
            <w:vAlign w:val="center"/>
          </w:tcPr>
          <w:p w14:paraId="70A3F816"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 xml:space="preserve">YÖK </w:t>
            </w:r>
            <w:proofErr w:type="spellStart"/>
            <w:r w:rsidRPr="00310D26">
              <w:rPr>
                <w:rFonts w:cs="Times New Roman"/>
                <w:color w:val="000000" w:themeColor="text1"/>
                <w:szCs w:val="20"/>
              </w:rPr>
              <w:t>Yılın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Doktora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Tezi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Ödülü</w:t>
            </w:r>
            <w:proofErr w:type="spellEnd"/>
          </w:p>
        </w:tc>
        <w:tc>
          <w:tcPr>
            <w:tcW w:w="851" w:type="dxa"/>
            <w:vAlign w:val="center"/>
          </w:tcPr>
          <w:p w14:paraId="5D71519C" w14:textId="77777777" w:rsidR="0075743E" w:rsidRPr="00310D26" w:rsidRDefault="0075743E" w:rsidP="00DF6664">
            <w:pPr>
              <w:jc w:val="center"/>
              <w:rPr>
                <w:rFonts w:cs="Times New Roman"/>
                <w:color w:val="000000" w:themeColor="text1"/>
                <w:szCs w:val="20"/>
              </w:rPr>
            </w:pPr>
            <w:r w:rsidRPr="00310D26">
              <w:rPr>
                <w:rFonts w:cs="Times New Roman"/>
                <w:color w:val="000000" w:themeColor="text1"/>
                <w:szCs w:val="20"/>
              </w:rPr>
              <w:t>90</w:t>
            </w:r>
          </w:p>
        </w:tc>
        <w:tc>
          <w:tcPr>
            <w:tcW w:w="5119" w:type="dxa"/>
            <w:vAlign w:val="center"/>
          </w:tcPr>
          <w:p w14:paraId="5F54C3FB" w14:textId="77777777" w:rsidR="0075743E" w:rsidRPr="00310D26" w:rsidRDefault="0075743E" w:rsidP="0075743E">
            <w:pPr>
              <w:rPr>
                <w:rFonts w:cs="Times New Roman"/>
                <w:color w:val="000000" w:themeColor="text1"/>
                <w:szCs w:val="20"/>
              </w:rPr>
            </w:pP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ilişkili</w:t>
            </w:r>
            <w:proofErr w:type="spellEnd"/>
            <w:r w:rsidRPr="00310D26">
              <w:rPr>
                <w:rFonts w:cs="Times New Roman"/>
                <w:szCs w:val="20"/>
              </w:rPr>
              <w:t xml:space="preserve"> </w:t>
            </w:r>
            <w:proofErr w:type="spellStart"/>
            <w:r w:rsidRPr="00310D26">
              <w:rPr>
                <w:rFonts w:cs="Times New Roman"/>
                <w:szCs w:val="20"/>
              </w:rPr>
              <w:t>olduğunun</w:t>
            </w:r>
            <w:proofErr w:type="spellEnd"/>
            <w:r w:rsidRPr="00310D26">
              <w:rPr>
                <w:rFonts w:cs="Times New Roman"/>
                <w:szCs w:val="20"/>
              </w:rPr>
              <w:t xml:space="preserve"> </w:t>
            </w:r>
            <w:proofErr w:type="spellStart"/>
            <w:r w:rsidRPr="00310D26">
              <w:rPr>
                <w:rFonts w:cs="Times New Roman"/>
                <w:szCs w:val="20"/>
              </w:rPr>
              <w:t>belgeyle</w:t>
            </w:r>
            <w:proofErr w:type="spellEnd"/>
            <w:r w:rsidRPr="00310D26">
              <w:rPr>
                <w:rFonts w:cs="Times New Roman"/>
                <w:szCs w:val="20"/>
              </w:rPr>
              <w:t xml:space="preserve"> </w:t>
            </w:r>
            <w:proofErr w:type="spellStart"/>
            <w:r w:rsidRPr="00310D26">
              <w:rPr>
                <w:rFonts w:cs="Times New Roman"/>
                <w:szCs w:val="20"/>
              </w:rPr>
              <w:t>gösterilmesi</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Daha</w:t>
            </w:r>
            <w:proofErr w:type="spellEnd"/>
            <w:r w:rsidRPr="00310D26">
              <w:rPr>
                <w:rFonts w:cs="Times New Roman"/>
                <w:szCs w:val="20"/>
              </w:rPr>
              <w:t xml:space="preserve"> </w:t>
            </w:r>
            <w:proofErr w:type="spellStart"/>
            <w:r w:rsidRPr="00310D26">
              <w:rPr>
                <w:rFonts w:cs="Times New Roman"/>
                <w:szCs w:val="20"/>
              </w:rPr>
              <w:t>önce</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veya</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çalışmaya</w:t>
            </w:r>
            <w:proofErr w:type="spellEnd"/>
            <w:r w:rsidRPr="00310D26">
              <w:rPr>
                <w:rFonts w:cs="Times New Roman"/>
                <w:szCs w:val="20"/>
              </w:rPr>
              <w:t xml:space="preserve"> </w:t>
            </w:r>
            <w:proofErr w:type="spellStart"/>
            <w:r w:rsidRPr="00310D26">
              <w:rPr>
                <w:rFonts w:cs="Times New Roman"/>
                <w:szCs w:val="20"/>
              </w:rPr>
              <w:t>ilişkin</w:t>
            </w:r>
            <w:proofErr w:type="spellEnd"/>
            <w:r w:rsidRPr="00310D26">
              <w:rPr>
                <w:rFonts w:cs="Times New Roman"/>
                <w:szCs w:val="20"/>
              </w:rPr>
              <w:t xml:space="preserve"> </w:t>
            </w:r>
            <w:proofErr w:type="spellStart"/>
            <w:r w:rsidRPr="00310D26">
              <w:rPr>
                <w:rFonts w:cs="Times New Roman"/>
                <w:szCs w:val="20"/>
              </w:rPr>
              <w:t>başka</w:t>
            </w:r>
            <w:proofErr w:type="spellEnd"/>
            <w:r w:rsidRPr="00310D26">
              <w:rPr>
                <w:rFonts w:cs="Times New Roman"/>
                <w:szCs w:val="20"/>
              </w:rPr>
              <w:t xml:space="preserve"> </w:t>
            </w:r>
            <w:proofErr w:type="spellStart"/>
            <w:r w:rsidRPr="00310D26">
              <w:rPr>
                <w:rFonts w:cs="Times New Roman"/>
                <w:szCs w:val="20"/>
              </w:rPr>
              <w:t>bir</w:t>
            </w:r>
            <w:proofErr w:type="spellEnd"/>
            <w:r w:rsidRPr="00310D26">
              <w:rPr>
                <w:rFonts w:cs="Times New Roman"/>
                <w:szCs w:val="20"/>
              </w:rPr>
              <w:t xml:space="preserve"> </w:t>
            </w: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puanlamada</w:t>
            </w:r>
            <w:proofErr w:type="spellEnd"/>
            <w:r w:rsidRPr="00310D26">
              <w:rPr>
                <w:rFonts w:cs="Times New Roman"/>
                <w:szCs w:val="20"/>
              </w:rPr>
              <w:t xml:space="preserve"> </w:t>
            </w:r>
            <w:proofErr w:type="spellStart"/>
            <w:r w:rsidRPr="00310D26">
              <w:rPr>
                <w:rFonts w:cs="Times New Roman"/>
                <w:szCs w:val="20"/>
              </w:rPr>
              <w:t>kullanılıp</w:t>
            </w:r>
            <w:proofErr w:type="spellEnd"/>
            <w:r w:rsidRPr="00310D26">
              <w:rPr>
                <w:rFonts w:cs="Times New Roman"/>
                <w:szCs w:val="20"/>
              </w:rPr>
              <w:t xml:space="preserve"> </w:t>
            </w:r>
            <w:proofErr w:type="spellStart"/>
            <w:r w:rsidRPr="00310D26">
              <w:rPr>
                <w:rFonts w:cs="Times New Roman"/>
                <w:szCs w:val="20"/>
              </w:rPr>
              <w:t>kullanılmadığı</w:t>
            </w:r>
            <w:proofErr w:type="spellEnd"/>
            <w:r w:rsidRPr="00310D26">
              <w:rPr>
                <w:rFonts w:cs="Times New Roman"/>
                <w:szCs w:val="20"/>
              </w:rPr>
              <w:t xml:space="preserve"> </w:t>
            </w:r>
            <w:proofErr w:type="spellStart"/>
            <w:r w:rsidRPr="00310D26">
              <w:rPr>
                <w:rFonts w:cs="Times New Roman"/>
                <w:szCs w:val="20"/>
              </w:rPr>
              <w:t>kontrol</w:t>
            </w:r>
            <w:proofErr w:type="spellEnd"/>
            <w:r w:rsidRPr="00310D26">
              <w:rPr>
                <w:rFonts w:cs="Times New Roman"/>
                <w:szCs w:val="20"/>
              </w:rPr>
              <w:t xml:space="preserve"> </w:t>
            </w:r>
            <w:proofErr w:type="spellStart"/>
            <w:r w:rsidRPr="00310D26">
              <w:rPr>
                <w:rFonts w:cs="Times New Roman"/>
                <w:szCs w:val="20"/>
              </w:rPr>
              <w:t>edilmelidir</w:t>
            </w:r>
            <w:proofErr w:type="spellEnd"/>
            <w:r w:rsidRPr="00310D26">
              <w:rPr>
                <w:rFonts w:cs="Times New Roman"/>
                <w:szCs w:val="20"/>
              </w:rPr>
              <w:t>.</w:t>
            </w:r>
          </w:p>
        </w:tc>
      </w:tr>
      <w:tr w:rsidR="0075743E" w:rsidRPr="00310D26" w14:paraId="6110EE9A" w14:textId="77777777" w:rsidTr="00B94B27">
        <w:trPr>
          <w:trHeight w:val="2754"/>
          <w:jc w:val="center"/>
        </w:trPr>
        <w:tc>
          <w:tcPr>
            <w:tcW w:w="1589" w:type="dxa"/>
            <w:vMerge/>
            <w:vAlign w:val="center"/>
          </w:tcPr>
          <w:p w14:paraId="6939F82E" w14:textId="77777777" w:rsidR="0075743E" w:rsidRPr="00310D26" w:rsidRDefault="0075743E" w:rsidP="0075743E">
            <w:pPr>
              <w:rPr>
                <w:rFonts w:cs="Times New Roman"/>
                <w:color w:val="000000" w:themeColor="text1"/>
                <w:szCs w:val="20"/>
              </w:rPr>
            </w:pPr>
          </w:p>
        </w:tc>
        <w:tc>
          <w:tcPr>
            <w:tcW w:w="3197" w:type="dxa"/>
            <w:vAlign w:val="center"/>
          </w:tcPr>
          <w:p w14:paraId="6FF2E635" w14:textId="7A2F431C" w:rsidR="0075743E" w:rsidRPr="00310D26" w:rsidRDefault="0075743E" w:rsidP="0075743E">
            <w:pPr>
              <w:autoSpaceDE w:val="0"/>
              <w:autoSpaceDN w:val="0"/>
              <w:adjustRightInd w:val="0"/>
              <w:rPr>
                <w:rFonts w:eastAsiaTheme="minorEastAsia" w:cs="Times New Roman"/>
                <w:szCs w:val="20"/>
                <w:lang w:val="tr-TR"/>
              </w:rPr>
            </w:pPr>
            <w:r w:rsidRPr="00310D26">
              <w:rPr>
                <w:rFonts w:eastAsiaTheme="minorEastAsia" w:cs="Times New Roman"/>
                <w:szCs w:val="20"/>
                <w:lang w:val="tr-TR"/>
              </w:rPr>
              <w:t xml:space="preserve">Tez Kapsamında Yurt dışı kurum veya kuruluşlardan alınan ödül (sürekli olarak verilen, daha önce en az beş kez verilmiş, ilgili kurum veya kuruluşun internet sayfasından duyurulan ve akademik ağırlıklı bir değerlendirme jürisi veya seçici kurulu olan) </w:t>
            </w:r>
          </w:p>
        </w:tc>
        <w:tc>
          <w:tcPr>
            <w:tcW w:w="851" w:type="dxa"/>
            <w:vAlign w:val="center"/>
          </w:tcPr>
          <w:p w14:paraId="547675DD" w14:textId="77777777" w:rsidR="0075743E" w:rsidRPr="00310D26" w:rsidRDefault="0075743E" w:rsidP="00DF6664">
            <w:pPr>
              <w:jc w:val="center"/>
              <w:rPr>
                <w:rFonts w:cs="Times New Roman"/>
                <w:color w:val="000000" w:themeColor="text1"/>
                <w:szCs w:val="20"/>
              </w:rPr>
            </w:pPr>
            <w:r w:rsidRPr="00310D26">
              <w:rPr>
                <w:rFonts w:cs="Times New Roman"/>
                <w:color w:val="000000" w:themeColor="text1"/>
                <w:szCs w:val="20"/>
              </w:rPr>
              <w:t>50</w:t>
            </w:r>
          </w:p>
        </w:tc>
        <w:tc>
          <w:tcPr>
            <w:tcW w:w="5119" w:type="dxa"/>
            <w:vAlign w:val="center"/>
          </w:tcPr>
          <w:p w14:paraId="5F948DCE" w14:textId="77777777" w:rsidR="0075743E" w:rsidRPr="00310D26" w:rsidRDefault="0075743E" w:rsidP="00310D26">
            <w:pPr>
              <w:jc w:val="both"/>
              <w:rPr>
                <w:rFonts w:cs="Times New Roman"/>
                <w:color w:val="000000" w:themeColor="text1"/>
                <w:szCs w:val="20"/>
              </w:rPr>
            </w:pP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tez</w:t>
            </w:r>
            <w:proofErr w:type="spellEnd"/>
            <w:r w:rsidRPr="00310D26">
              <w:rPr>
                <w:rFonts w:cs="Times New Roman"/>
                <w:szCs w:val="20"/>
              </w:rPr>
              <w:t xml:space="preserve"> </w:t>
            </w:r>
            <w:proofErr w:type="spellStart"/>
            <w:r w:rsidRPr="00310D26">
              <w:rPr>
                <w:rFonts w:cs="Times New Roman"/>
                <w:szCs w:val="20"/>
              </w:rPr>
              <w:t>kapsamında</w:t>
            </w:r>
            <w:proofErr w:type="spellEnd"/>
            <w:r w:rsidRPr="00310D26">
              <w:rPr>
                <w:rFonts w:cs="Times New Roman"/>
                <w:szCs w:val="20"/>
              </w:rPr>
              <w:t xml:space="preserve"> </w:t>
            </w:r>
            <w:proofErr w:type="spellStart"/>
            <w:r w:rsidRPr="00310D26">
              <w:rPr>
                <w:rFonts w:cs="Times New Roman"/>
                <w:szCs w:val="20"/>
              </w:rPr>
              <w:t>alınmış</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ödülü</w:t>
            </w:r>
            <w:proofErr w:type="spellEnd"/>
            <w:r w:rsidRPr="00310D26">
              <w:rPr>
                <w:rFonts w:cs="Times New Roman"/>
                <w:szCs w:val="20"/>
              </w:rPr>
              <w:t xml:space="preserve"> </w:t>
            </w:r>
            <w:proofErr w:type="spellStart"/>
            <w:r w:rsidRPr="00310D26">
              <w:rPr>
                <w:rFonts w:cs="Times New Roman"/>
                <w:szCs w:val="20"/>
              </w:rPr>
              <w:t>veren</w:t>
            </w:r>
            <w:proofErr w:type="spellEnd"/>
            <w:r w:rsidRPr="00310D26">
              <w:rPr>
                <w:rFonts w:cs="Times New Roman"/>
                <w:szCs w:val="20"/>
              </w:rPr>
              <w:t xml:space="preserve"> </w:t>
            </w:r>
            <w:proofErr w:type="spellStart"/>
            <w:r w:rsidRPr="00310D26">
              <w:rPr>
                <w:rFonts w:cs="Times New Roman"/>
                <w:szCs w:val="20"/>
              </w:rPr>
              <w:t>kurumun</w:t>
            </w:r>
            <w:proofErr w:type="spellEnd"/>
            <w:r w:rsidRPr="00310D26">
              <w:rPr>
                <w:rFonts w:cs="Times New Roman"/>
                <w:szCs w:val="20"/>
              </w:rPr>
              <w:t xml:space="preserve">, </w:t>
            </w: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koşullarının</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gerekli</w:t>
            </w:r>
            <w:proofErr w:type="spellEnd"/>
            <w:r w:rsidRPr="00310D26">
              <w:rPr>
                <w:rFonts w:cs="Times New Roman"/>
                <w:szCs w:val="20"/>
              </w:rPr>
              <w:t xml:space="preserve"> </w:t>
            </w:r>
            <w:proofErr w:type="spellStart"/>
            <w:r w:rsidRPr="00310D26">
              <w:rPr>
                <w:rFonts w:cs="Times New Roman"/>
                <w:szCs w:val="20"/>
              </w:rPr>
              <w:t>niteliklerinin</w:t>
            </w:r>
            <w:proofErr w:type="spellEnd"/>
            <w:r w:rsidRPr="00310D26">
              <w:rPr>
                <w:rFonts w:cs="Times New Roman"/>
                <w:szCs w:val="20"/>
              </w:rPr>
              <w:t xml:space="preserve"> </w:t>
            </w:r>
            <w:proofErr w:type="spellStart"/>
            <w:r w:rsidRPr="00310D26">
              <w:rPr>
                <w:rFonts w:cs="Times New Roman"/>
                <w:szCs w:val="20"/>
              </w:rPr>
              <w:t>belgelenmesi</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çalışma</w:t>
            </w:r>
            <w:proofErr w:type="spellEnd"/>
            <w:r w:rsidRPr="00310D26">
              <w:rPr>
                <w:rFonts w:cs="Times New Roman"/>
                <w:szCs w:val="20"/>
              </w:rPr>
              <w:t xml:space="preserve"> </w:t>
            </w:r>
            <w:proofErr w:type="spellStart"/>
            <w:r w:rsidRPr="00310D26">
              <w:rPr>
                <w:rFonts w:cs="Times New Roman"/>
                <w:szCs w:val="20"/>
              </w:rPr>
              <w:t>veya</w:t>
            </w:r>
            <w:proofErr w:type="spellEnd"/>
            <w:r w:rsidRPr="00310D26">
              <w:rPr>
                <w:rFonts w:cs="Times New Roman"/>
                <w:szCs w:val="20"/>
              </w:rPr>
              <w:t xml:space="preserve"> </w:t>
            </w:r>
            <w:proofErr w:type="spellStart"/>
            <w:r w:rsidRPr="00310D26">
              <w:rPr>
                <w:rFonts w:cs="Times New Roman"/>
                <w:szCs w:val="20"/>
              </w:rPr>
              <w:t>eser</w:t>
            </w:r>
            <w:proofErr w:type="spellEnd"/>
            <w:r w:rsidRPr="00310D26">
              <w:rPr>
                <w:rFonts w:cs="Times New Roman"/>
                <w:szCs w:val="20"/>
              </w:rPr>
              <w:t xml:space="preserve"> </w:t>
            </w:r>
            <w:proofErr w:type="spellStart"/>
            <w:r w:rsidRPr="00310D26">
              <w:rPr>
                <w:rFonts w:cs="Times New Roman"/>
                <w:szCs w:val="20"/>
              </w:rPr>
              <w:t>nedeniyle</w:t>
            </w:r>
            <w:proofErr w:type="spellEnd"/>
            <w:r w:rsidRPr="00310D26">
              <w:rPr>
                <w:rFonts w:cs="Times New Roman"/>
                <w:szCs w:val="20"/>
              </w:rPr>
              <w:t xml:space="preserve"> </w:t>
            </w:r>
            <w:proofErr w:type="spellStart"/>
            <w:r w:rsidRPr="00310D26">
              <w:rPr>
                <w:rFonts w:cs="Times New Roman"/>
                <w:szCs w:val="20"/>
              </w:rPr>
              <w:t>alınan</w:t>
            </w:r>
            <w:proofErr w:type="spellEnd"/>
            <w:r w:rsidRPr="00310D26">
              <w:rPr>
                <w:rFonts w:cs="Times New Roman"/>
                <w:szCs w:val="20"/>
              </w:rPr>
              <w:t xml:space="preserve"> </w:t>
            </w:r>
            <w:proofErr w:type="spellStart"/>
            <w:r w:rsidRPr="00310D26">
              <w:rPr>
                <w:rFonts w:cs="Times New Roman"/>
                <w:szCs w:val="20"/>
              </w:rPr>
              <w:t>farklı</w:t>
            </w:r>
            <w:proofErr w:type="spellEnd"/>
            <w:r w:rsidRPr="00310D26">
              <w:rPr>
                <w:rFonts w:cs="Times New Roman"/>
                <w:szCs w:val="20"/>
              </w:rPr>
              <w:t xml:space="preserve"> </w:t>
            </w:r>
            <w:proofErr w:type="spellStart"/>
            <w:r w:rsidRPr="00310D26">
              <w:rPr>
                <w:rFonts w:cs="Times New Roman"/>
                <w:szCs w:val="20"/>
              </w:rPr>
              <w:t>ödüllerin</w:t>
            </w:r>
            <w:proofErr w:type="spellEnd"/>
            <w:r w:rsidRPr="00310D26">
              <w:rPr>
                <w:rFonts w:cs="Times New Roman"/>
                <w:szCs w:val="20"/>
              </w:rPr>
              <w:t xml:space="preserve"> </w:t>
            </w:r>
            <w:proofErr w:type="spellStart"/>
            <w:r w:rsidRPr="00310D26">
              <w:rPr>
                <w:rFonts w:cs="Times New Roman"/>
                <w:szCs w:val="20"/>
              </w:rPr>
              <w:t>birden</w:t>
            </w:r>
            <w:proofErr w:type="spellEnd"/>
            <w:r w:rsidRPr="00310D26">
              <w:rPr>
                <w:rFonts w:cs="Times New Roman"/>
                <w:szCs w:val="20"/>
              </w:rPr>
              <w:t xml:space="preserve"> </w:t>
            </w:r>
            <w:proofErr w:type="spellStart"/>
            <w:r w:rsidRPr="00310D26">
              <w:rPr>
                <w:rFonts w:cs="Times New Roman"/>
                <w:szCs w:val="20"/>
              </w:rPr>
              <w:t>fazla</w:t>
            </w:r>
            <w:proofErr w:type="spellEnd"/>
            <w:r w:rsidRPr="00310D26">
              <w:rPr>
                <w:rFonts w:cs="Times New Roman"/>
                <w:szCs w:val="20"/>
              </w:rPr>
              <w:t xml:space="preserve"> </w:t>
            </w:r>
            <w:proofErr w:type="spellStart"/>
            <w:r w:rsidRPr="00310D26">
              <w:rPr>
                <w:rFonts w:cs="Times New Roman"/>
                <w:szCs w:val="20"/>
              </w:rPr>
              <w:t>kez</w:t>
            </w:r>
            <w:proofErr w:type="spellEnd"/>
            <w:r w:rsidRPr="00310D26">
              <w:rPr>
                <w:rFonts w:cs="Times New Roman"/>
                <w:szCs w:val="20"/>
              </w:rPr>
              <w:t xml:space="preserve"> </w:t>
            </w:r>
            <w:proofErr w:type="spellStart"/>
            <w:r w:rsidRPr="00310D26">
              <w:rPr>
                <w:rFonts w:cs="Times New Roman"/>
                <w:szCs w:val="20"/>
              </w:rPr>
              <w:t>puanlanmaması</w:t>
            </w:r>
            <w:proofErr w:type="spellEnd"/>
            <w:r w:rsidRPr="00310D26">
              <w:rPr>
                <w:rFonts w:cs="Times New Roman"/>
                <w:szCs w:val="20"/>
              </w:rPr>
              <w:t xml:space="preserve"> </w:t>
            </w:r>
            <w:proofErr w:type="spellStart"/>
            <w:r w:rsidRPr="00310D26">
              <w:rPr>
                <w:rFonts w:cs="Times New Roman"/>
                <w:szCs w:val="20"/>
              </w:rPr>
              <w:t>konusunda</w:t>
            </w:r>
            <w:proofErr w:type="spellEnd"/>
            <w:r w:rsidRPr="00310D26">
              <w:rPr>
                <w:rFonts w:cs="Times New Roman"/>
                <w:szCs w:val="20"/>
              </w:rPr>
              <w:t xml:space="preserve"> </w:t>
            </w:r>
            <w:proofErr w:type="spellStart"/>
            <w:r w:rsidRPr="00310D26">
              <w:rPr>
                <w:rFonts w:cs="Times New Roman"/>
                <w:szCs w:val="20"/>
              </w:rPr>
              <w:t>dikkatli</w:t>
            </w:r>
            <w:proofErr w:type="spellEnd"/>
            <w:r w:rsidRPr="00310D26">
              <w:rPr>
                <w:rFonts w:cs="Times New Roman"/>
                <w:szCs w:val="20"/>
              </w:rPr>
              <w:t xml:space="preserve"> </w:t>
            </w:r>
            <w:proofErr w:type="spellStart"/>
            <w:r w:rsidRPr="00310D26">
              <w:rPr>
                <w:rFonts w:cs="Times New Roman"/>
                <w:szCs w:val="20"/>
              </w:rPr>
              <w:t>olunmalıdır</w:t>
            </w:r>
            <w:proofErr w:type="spellEnd"/>
            <w:r w:rsidRPr="00310D26">
              <w:rPr>
                <w:rFonts w:cs="Times New Roman"/>
                <w:szCs w:val="20"/>
              </w:rPr>
              <w:t>.</w:t>
            </w:r>
          </w:p>
        </w:tc>
      </w:tr>
      <w:tr w:rsidR="0075743E" w:rsidRPr="00310D26" w14:paraId="43BC0700" w14:textId="77777777" w:rsidTr="00310D26">
        <w:trPr>
          <w:jc w:val="center"/>
        </w:trPr>
        <w:tc>
          <w:tcPr>
            <w:tcW w:w="1589" w:type="dxa"/>
            <w:vMerge/>
            <w:vAlign w:val="center"/>
          </w:tcPr>
          <w:p w14:paraId="619E70D2" w14:textId="77777777" w:rsidR="0075743E" w:rsidRPr="00310D26" w:rsidRDefault="0075743E" w:rsidP="0075743E">
            <w:pPr>
              <w:rPr>
                <w:rFonts w:cs="Times New Roman"/>
                <w:color w:val="000000" w:themeColor="text1"/>
                <w:szCs w:val="20"/>
              </w:rPr>
            </w:pPr>
          </w:p>
        </w:tc>
        <w:tc>
          <w:tcPr>
            <w:tcW w:w="3197" w:type="dxa"/>
            <w:vAlign w:val="center"/>
          </w:tcPr>
          <w:p w14:paraId="165B1131"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Tez Kapsamında Yurt içi kurum veya kuruluşlardan alınan ödül (sürekli olarak verilen, daha önce en az beş kez verilmiş, ilgili kurum veya kuruluşun internet sayfasından duyurulan ve akademik ağırlıklı bir değerlendirme jürisi veya seçici kurulu olan) (Aynı çalışma veya eser nedeniyle alınan farklı ödüller için en fazla bir defa puanlama yapılır.)</w:t>
            </w:r>
          </w:p>
        </w:tc>
        <w:tc>
          <w:tcPr>
            <w:tcW w:w="851" w:type="dxa"/>
            <w:vAlign w:val="center"/>
          </w:tcPr>
          <w:p w14:paraId="3EAF43AB" w14:textId="77777777" w:rsidR="0075743E" w:rsidRPr="00310D26" w:rsidRDefault="0075743E" w:rsidP="00DF6664">
            <w:pPr>
              <w:jc w:val="center"/>
              <w:rPr>
                <w:rFonts w:cs="Times New Roman"/>
                <w:color w:val="000000" w:themeColor="text1"/>
                <w:szCs w:val="20"/>
              </w:rPr>
            </w:pPr>
            <w:r w:rsidRPr="00310D26">
              <w:rPr>
                <w:rFonts w:cs="Times New Roman"/>
                <w:color w:val="000000" w:themeColor="text1"/>
                <w:szCs w:val="20"/>
              </w:rPr>
              <w:t>30</w:t>
            </w:r>
          </w:p>
        </w:tc>
        <w:tc>
          <w:tcPr>
            <w:tcW w:w="5119" w:type="dxa"/>
            <w:vAlign w:val="center"/>
          </w:tcPr>
          <w:p w14:paraId="64C3B9CE" w14:textId="77777777" w:rsidR="0075743E" w:rsidRPr="00310D26" w:rsidRDefault="0075743E" w:rsidP="0075743E">
            <w:pPr>
              <w:rPr>
                <w:rFonts w:cs="Times New Roman"/>
                <w:color w:val="000000" w:themeColor="text1"/>
                <w:szCs w:val="20"/>
              </w:rPr>
            </w:pP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tezle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ilişkisi</w:t>
            </w:r>
            <w:proofErr w:type="spellEnd"/>
            <w:r w:rsidRPr="00310D26">
              <w:rPr>
                <w:rFonts w:cs="Times New Roman"/>
                <w:szCs w:val="20"/>
              </w:rPr>
              <w:t xml:space="preserve"> </w:t>
            </w:r>
            <w:proofErr w:type="spellStart"/>
            <w:r w:rsidRPr="00310D26">
              <w:rPr>
                <w:rFonts w:cs="Times New Roman"/>
                <w:szCs w:val="20"/>
              </w:rPr>
              <w:t>belgelenmeli</w:t>
            </w:r>
            <w:proofErr w:type="spellEnd"/>
            <w:r w:rsidRPr="00310D26">
              <w:rPr>
                <w:rFonts w:cs="Times New Roman"/>
                <w:szCs w:val="20"/>
              </w:rPr>
              <w:t xml:space="preserve">; </w:t>
            </w: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süreklilik</w:t>
            </w:r>
            <w:proofErr w:type="spellEnd"/>
            <w:r w:rsidRPr="00310D26">
              <w:rPr>
                <w:rFonts w:cs="Times New Roman"/>
                <w:szCs w:val="20"/>
              </w:rPr>
              <w:t xml:space="preserve"> </w:t>
            </w:r>
            <w:proofErr w:type="spellStart"/>
            <w:r w:rsidRPr="00310D26">
              <w:rPr>
                <w:rFonts w:cs="Times New Roman"/>
                <w:szCs w:val="20"/>
              </w:rPr>
              <w:t>gösterdiği</w:t>
            </w:r>
            <w:proofErr w:type="spellEnd"/>
            <w:r w:rsidRPr="00310D26">
              <w:rPr>
                <w:rFonts w:cs="Times New Roman"/>
                <w:szCs w:val="20"/>
              </w:rPr>
              <w:t xml:space="preserve">, </w:t>
            </w:r>
            <w:proofErr w:type="spellStart"/>
            <w:r w:rsidRPr="00310D26">
              <w:rPr>
                <w:rFonts w:cs="Times New Roman"/>
                <w:szCs w:val="20"/>
              </w:rPr>
              <w:t>daha</w:t>
            </w:r>
            <w:proofErr w:type="spellEnd"/>
            <w:r w:rsidRPr="00310D26">
              <w:rPr>
                <w:rFonts w:cs="Times New Roman"/>
                <w:szCs w:val="20"/>
              </w:rPr>
              <w:t xml:space="preserve"> </w:t>
            </w:r>
            <w:proofErr w:type="spellStart"/>
            <w:r w:rsidRPr="00310D26">
              <w:rPr>
                <w:rFonts w:cs="Times New Roman"/>
                <w:szCs w:val="20"/>
              </w:rPr>
              <w:t>önce</w:t>
            </w:r>
            <w:proofErr w:type="spellEnd"/>
            <w:r w:rsidRPr="00310D26">
              <w:rPr>
                <w:rFonts w:cs="Times New Roman"/>
                <w:szCs w:val="20"/>
              </w:rPr>
              <w:t xml:space="preserve"> </w:t>
            </w:r>
            <w:proofErr w:type="spellStart"/>
            <w:r w:rsidRPr="00310D26">
              <w:rPr>
                <w:rFonts w:cs="Times New Roman"/>
                <w:szCs w:val="20"/>
              </w:rPr>
              <w:t>verildiği</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değerlendirme</w:t>
            </w:r>
            <w:proofErr w:type="spellEnd"/>
            <w:r w:rsidRPr="00310D26">
              <w:rPr>
                <w:rFonts w:cs="Times New Roman"/>
                <w:szCs w:val="20"/>
              </w:rPr>
              <w:t xml:space="preserve"> </w:t>
            </w:r>
            <w:proofErr w:type="spellStart"/>
            <w:r w:rsidRPr="00310D26">
              <w:rPr>
                <w:rFonts w:cs="Times New Roman"/>
                <w:szCs w:val="20"/>
              </w:rPr>
              <w:t>koşullarının</w:t>
            </w:r>
            <w:proofErr w:type="spellEnd"/>
            <w:r w:rsidRPr="00310D26">
              <w:rPr>
                <w:rFonts w:cs="Times New Roman"/>
                <w:szCs w:val="20"/>
              </w:rPr>
              <w:t xml:space="preserve"> </w:t>
            </w:r>
            <w:proofErr w:type="spellStart"/>
            <w:r w:rsidRPr="00310D26">
              <w:rPr>
                <w:rFonts w:cs="Times New Roman"/>
                <w:szCs w:val="20"/>
              </w:rPr>
              <w:t>uygun</w:t>
            </w:r>
            <w:proofErr w:type="spellEnd"/>
            <w:r w:rsidRPr="00310D26">
              <w:rPr>
                <w:rFonts w:cs="Times New Roman"/>
                <w:szCs w:val="20"/>
              </w:rPr>
              <w:t xml:space="preserve"> </w:t>
            </w:r>
            <w:proofErr w:type="spellStart"/>
            <w:r w:rsidRPr="00310D26">
              <w:rPr>
                <w:rFonts w:cs="Times New Roman"/>
                <w:szCs w:val="20"/>
              </w:rPr>
              <w:t>olduğu</w:t>
            </w:r>
            <w:proofErr w:type="spellEnd"/>
            <w:r w:rsidRPr="00310D26">
              <w:rPr>
                <w:rFonts w:cs="Times New Roman"/>
                <w:szCs w:val="20"/>
              </w:rPr>
              <w:t xml:space="preserve"> </w:t>
            </w:r>
            <w:proofErr w:type="spellStart"/>
            <w:r w:rsidRPr="00310D26">
              <w:rPr>
                <w:rFonts w:cs="Times New Roman"/>
                <w:szCs w:val="20"/>
              </w:rPr>
              <w:t>kanıtlanmalıdır</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çalışma</w:t>
            </w:r>
            <w:proofErr w:type="spellEnd"/>
            <w:r w:rsidRPr="00310D26">
              <w:rPr>
                <w:rFonts w:cs="Times New Roman"/>
                <w:szCs w:val="20"/>
              </w:rPr>
              <w:t xml:space="preserve"> </w:t>
            </w:r>
            <w:proofErr w:type="spellStart"/>
            <w:r w:rsidRPr="00310D26">
              <w:rPr>
                <w:rFonts w:cs="Times New Roman"/>
                <w:szCs w:val="20"/>
              </w:rPr>
              <w:t>nedeniyle</w:t>
            </w:r>
            <w:proofErr w:type="spellEnd"/>
            <w:r w:rsidRPr="00310D26">
              <w:rPr>
                <w:rFonts w:cs="Times New Roman"/>
                <w:szCs w:val="20"/>
              </w:rPr>
              <w:t xml:space="preserve"> </w:t>
            </w:r>
            <w:proofErr w:type="spellStart"/>
            <w:r w:rsidRPr="00310D26">
              <w:rPr>
                <w:rFonts w:cs="Times New Roman"/>
                <w:szCs w:val="20"/>
              </w:rPr>
              <w:t>alınan</w:t>
            </w:r>
            <w:proofErr w:type="spellEnd"/>
            <w:r w:rsidRPr="00310D26">
              <w:rPr>
                <w:rFonts w:cs="Times New Roman"/>
                <w:szCs w:val="20"/>
              </w:rPr>
              <w:t xml:space="preserve"> </w:t>
            </w:r>
            <w:proofErr w:type="spellStart"/>
            <w:r w:rsidRPr="00310D26">
              <w:rPr>
                <w:rFonts w:cs="Times New Roman"/>
                <w:szCs w:val="20"/>
              </w:rPr>
              <w:t>farklı</w:t>
            </w:r>
            <w:proofErr w:type="spellEnd"/>
            <w:r w:rsidRPr="00310D26">
              <w:rPr>
                <w:rFonts w:cs="Times New Roman"/>
                <w:szCs w:val="20"/>
              </w:rPr>
              <w:t xml:space="preserve"> </w:t>
            </w:r>
            <w:proofErr w:type="spellStart"/>
            <w:r w:rsidRPr="00310D26">
              <w:rPr>
                <w:rFonts w:cs="Times New Roman"/>
                <w:szCs w:val="20"/>
              </w:rPr>
              <w:t>ödüllerin</w:t>
            </w:r>
            <w:proofErr w:type="spellEnd"/>
            <w:r w:rsidRPr="00310D26">
              <w:rPr>
                <w:rFonts w:cs="Times New Roman"/>
                <w:szCs w:val="20"/>
              </w:rPr>
              <w:t xml:space="preserve"> </w:t>
            </w:r>
            <w:proofErr w:type="spellStart"/>
            <w:r w:rsidRPr="00310D26">
              <w:rPr>
                <w:rFonts w:cs="Times New Roman"/>
                <w:szCs w:val="20"/>
              </w:rPr>
              <w:t>mükerrer</w:t>
            </w:r>
            <w:proofErr w:type="spellEnd"/>
            <w:r w:rsidRPr="00310D26">
              <w:rPr>
                <w:rFonts w:cs="Times New Roman"/>
                <w:szCs w:val="20"/>
              </w:rPr>
              <w:t xml:space="preserve"> </w:t>
            </w:r>
            <w:proofErr w:type="spellStart"/>
            <w:r w:rsidRPr="00310D26">
              <w:rPr>
                <w:rFonts w:cs="Times New Roman"/>
                <w:szCs w:val="20"/>
              </w:rPr>
              <w:t>puanlanmamasına</w:t>
            </w:r>
            <w:proofErr w:type="spellEnd"/>
            <w:r w:rsidRPr="00310D26">
              <w:rPr>
                <w:rFonts w:cs="Times New Roman"/>
                <w:szCs w:val="20"/>
              </w:rPr>
              <w:t xml:space="preserve"> </w:t>
            </w:r>
            <w:proofErr w:type="spellStart"/>
            <w:r w:rsidRPr="00310D26">
              <w:rPr>
                <w:rFonts w:cs="Times New Roman"/>
                <w:szCs w:val="20"/>
              </w:rPr>
              <w:t>dikkat</w:t>
            </w:r>
            <w:proofErr w:type="spellEnd"/>
            <w:r w:rsidRPr="00310D26">
              <w:rPr>
                <w:rFonts w:cs="Times New Roman"/>
                <w:szCs w:val="20"/>
              </w:rPr>
              <w:t xml:space="preserve"> </w:t>
            </w:r>
            <w:proofErr w:type="spellStart"/>
            <w:r w:rsidRPr="00310D26">
              <w:rPr>
                <w:rFonts w:cs="Times New Roman"/>
                <w:szCs w:val="20"/>
              </w:rPr>
              <w:t>edilmelidir</w:t>
            </w:r>
            <w:proofErr w:type="spellEnd"/>
            <w:r w:rsidRPr="00310D26">
              <w:rPr>
                <w:rFonts w:cs="Times New Roman"/>
                <w:szCs w:val="20"/>
              </w:rPr>
              <w:t>.</w:t>
            </w:r>
          </w:p>
        </w:tc>
      </w:tr>
      <w:tr w:rsidR="0075743E" w:rsidRPr="00310D26" w14:paraId="247C608B" w14:textId="77777777" w:rsidTr="00310D26">
        <w:trPr>
          <w:jc w:val="center"/>
        </w:trPr>
        <w:tc>
          <w:tcPr>
            <w:tcW w:w="1589" w:type="dxa"/>
            <w:vMerge/>
            <w:vAlign w:val="center"/>
          </w:tcPr>
          <w:p w14:paraId="1F656BCF" w14:textId="77777777" w:rsidR="0075743E" w:rsidRPr="00310D26" w:rsidRDefault="0075743E" w:rsidP="0075743E">
            <w:pPr>
              <w:rPr>
                <w:rFonts w:cs="Times New Roman"/>
                <w:color w:val="000000" w:themeColor="text1"/>
                <w:szCs w:val="20"/>
              </w:rPr>
            </w:pPr>
          </w:p>
        </w:tc>
        <w:tc>
          <w:tcPr>
            <w:tcW w:w="3197" w:type="dxa"/>
            <w:vAlign w:val="center"/>
          </w:tcPr>
          <w:p w14:paraId="10E5B1C1"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Tez kapsamında üretilen yayınlar için alınan en iyi yayın (“</w:t>
            </w:r>
            <w:proofErr w:type="spellStart"/>
            <w:r w:rsidRPr="00310D26">
              <w:rPr>
                <w:rFonts w:eastAsiaTheme="minorEastAsia" w:cs="Times New Roman"/>
                <w:szCs w:val="20"/>
                <w:lang w:val="tr-TR"/>
              </w:rPr>
              <w:t>best</w:t>
            </w:r>
            <w:proofErr w:type="spellEnd"/>
            <w:r w:rsidRPr="00310D26">
              <w:rPr>
                <w:rFonts w:eastAsiaTheme="minorEastAsia" w:cs="Times New Roman"/>
                <w:szCs w:val="20"/>
                <w:lang w:val="tr-TR"/>
              </w:rPr>
              <w:t xml:space="preserve"> </w:t>
            </w:r>
            <w:proofErr w:type="spellStart"/>
            <w:r w:rsidRPr="00310D26">
              <w:rPr>
                <w:rFonts w:eastAsiaTheme="minorEastAsia" w:cs="Times New Roman"/>
                <w:szCs w:val="20"/>
                <w:lang w:val="tr-TR"/>
              </w:rPr>
              <w:t>paper</w:t>
            </w:r>
            <w:proofErr w:type="spellEnd"/>
            <w:r w:rsidRPr="00310D26">
              <w:rPr>
                <w:rFonts w:eastAsiaTheme="minorEastAsia" w:cs="Times New Roman"/>
                <w:szCs w:val="20"/>
                <w:lang w:val="tr-TR"/>
              </w:rPr>
              <w:t>”) ödülü</w:t>
            </w:r>
          </w:p>
        </w:tc>
        <w:tc>
          <w:tcPr>
            <w:tcW w:w="851" w:type="dxa"/>
            <w:vAlign w:val="center"/>
          </w:tcPr>
          <w:p w14:paraId="56E0EC83" w14:textId="77777777" w:rsidR="0075743E" w:rsidRPr="00310D26" w:rsidRDefault="0075743E" w:rsidP="00DF6664">
            <w:pPr>
              <w:jc w:val="center"/>
              <w:rPr>
                <w:rFonts w:cs="Times New Roman"/>
                <w:color w:val="000000" w:themeColor="text1"/>
                <w:szCs w:val="20"/>
              </w:rPr>
            </w:pPr>
            <w:r w:rsidRPr="00310D26">
              <w:rPr>
                <w:rFonts w:cs="Times New Roman"/>
                <w:color w:val="000000" w:themeColor="text1"/>
                <w:szCs w:val="20"/>
              </w:rPr>
              <w:t>20</w:t>
            </w:r>
          </w:p>
        </w:tc>
        <w:tc>
          <w:tcPr>
            <w:tcW w:w="5119" w:type="dxa"/>
            <w:vAlign w:val="center"/>
          </w:tcPr>
          <w:p w14:paraId="0DDE4EA9" w14:textId="77777777" w:rsidR="0075743E" w:rsidRPr="00310D26" w:rsidRDefault="0075743E" w:rsidP="0075743E">
            <w:pPr>
              <w:rPr>
                <w:rFonts w:cs="Times New Roman"/>
                <w:color w:val="000000" w:themeColor="text1"/>
                <w:szCs w:val="20"/>
              </w:rPr>
            </w:pP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w:t>
            </w:r>
            <w:proofErr w:type="spellEnd"/>
            <w:r w:rsidRPr="00310D26">
              <w:rPr>
                <w:rFonts w:cs="Times New Roman"/>
                <w:szCs w:val="20"/>
              </w:rPr>
              <w:t xml:space="preserve"> </w:t>
            </w:r>
            <w:proofErr w:type="spellStart"/>
            <w:r w:rsidRPr="00310D26">
              <w:rPr>
                <w:rFonts w:cs="Times New Roman"/>
                <w:szCs w:val="20"/>
              </w:rPr>
              <w:t>kapsamında</w:t>
            </w:r>
            <w:proofErr w:type="spellEnd"/>
            <w:r w:rsidRPr="00310D26">
              <w:rPr>
                <w:rFonts w:cs="Times New Roman"/>
                <w:szCs w:val="20"/>
              </w:rPr>
              <w:t xml:space="preserve"> </w:t>
            </w:r>
            <w:proofErr w:type="spellStart"/>
            <w:r w:rsidRPr="00310D26">
              <w:rPr>
                <w:rFonts w:cs="Times New Roman"/>
                <w:szCs w:val="20"/>
              </w:rPr>
              <w:t>üretilen</w:t>
            </w:r>
            <w:proofErr w:type="spellEnd"/>
            <w:r w:rsidRPr="00310D26">
              <w:rPr>
                <w:rFonts w:cs="Times New Roman"/>
                <w:szCs w:val="20"/>
              </w:rPr>
              <w:t xml:space="preserve"> </w:t>
            </w:r>
            <w:proofErr w:type="spellStart"/>
            <w:r w:rsidRPr="00310D26">
              <w:rPr>
                <w:rFonts w:cs="Times New Roman"/>
                <w:szCs w:val="20"/>
              </w:rPr>
              <w:t>bir</w:t>
            </w:r>
            <w:proofErr w:type="spellEnd"/>
            <w:r w:rsidRPr="00310D26">
              <w:rPr>
                <w:rFonts w:cs="Times New Roman"/>
                <w:szCs w:val="20"/>
              </w:rPr>
              <w:t xml:space="preserve"> </w:t>
            </w:r>
            <w:proofErr w:type="spellStart"/>
            <w:r w:rsidRPr="00310D26">
              <w:rPr>
                <w:rFonts w:cs="Times New Roman"/>
                <w:szCs w:val="20"/>
              </w:rPr>
              <w:t>yayın</w:t>
            </w:r>
            <w:proofErr w:type="spellEnd"/>
            <w:r w:rsidRPr="00310D26">
              <w:rPr>
                <w:rFonts w:cs="Times New Roman"/>
                <w:szCs w:val="20"/>
              </w:rPr>
              <w:t xml:space="preserve"> </w:t>
            </w:r>
            <w:proofErr w:type="spellStart"/>
            <w:r w:rsidRPr="00310D26">
              <w:rPr>
                <w:rFonts w:cs="Times New Roman"/>
                <w:szCs w:val="20"/>
              </w:rPr>
              <w:t>için</w:t>
            </w:r>
            <w:proofErr w:type="spellEnd"/>
            <w:r w:rsidRPr="00310D26">
              <w:rPr>
                <w:rFonts w:cs="Times New Roman"/>
                <w:szCs w:val="20"/>
              </w:rPr>
              <w:t xml:space="preserve"> </w:t>
            </w:r>
            <w:proofErr w:type="spellStart"/>
            <w:r w:rsidRPr="00310D26">
              <w:rPr>
                <w:rFonts w:cs="Times New Roman"/>
                <w:szCs w:val="20"/>
              </w:rPr>
              <w:t>verilmiş</w:t>
            </w:r>
            <w:proofErr w:type="spellEnd"/>
            <w:r w:rsidRPr="00310D26">
              <w:rPr>
                <w:rFonts w:cs="Times New Roman"/>
                <w:szCs w:val="20"/>
              </w:rPr>
              <w:t xml:space="preserve"> </w:t>
            </w:r>
            <w:proofErr w:type="spellStart"/>
            <w:r w:rsidRPr="00310D26">
              <w:rPr>
                <w:rFonts w:cs="Times New Roman"/>
                <w:szCs w:val="20"/>
              </w:rPr>
              <w:t>olması</w:t>
            </w:r>
            <w:proofErr w:type="spellEnd"/>
            <w:r w:rsidRPr="00310D26">
              <w:rPr>
                <w:rFonts w:cs="Times New Roman"/>
                <w:szCs w:val="20"/>
              </w:rPr>
              <w:t xml:space="preserve"> </w:t>
            </w:r>
            <w:proofErr w:type="spellStart"/>
            <w:r w:rsidRPr="00310D26">
              <w:rPr>
                <w:rFonts w:cs="Times New Roman"/>
                <w:szCs w:val="20"/>
              </w:rPr>
              <w:t>gerekmektedir</w:t>
            </w:r>
            <w:proofErr w:type="spellEnd"/>
            <w:r w:rsidRPr="00310D26">
              <w:rPr>
                <w:rFonts w:cs="Times New Roman"/>
                <w:szCs w:val="20"/>
              </w:rPr>
              <w:t xml:space="preserve">. </w:t>
            </w:r>
            <w:proofErr w:type="spellStart"/>
            <w:r w:rsidRPr="00310D26">
              <w:rPr>
                <w:rFonts w:cs="Times New Roman"/>
                <w:szCs w:val="20"/>
              </w:rPr>
              <w:t>Ödül</w:t>
            </w:r>
            <w:proofErr w:type="spellEnd"/>
            <w:r w:rsidRPr="00310D26">
              <w:rPr>
                <w:rFonts w:cs="Times New Roman"/>
                <w:szCs w:val="20"/>
              </w:rPr>
              <w:t xml:space="preserve"> </w:t>
            </w:r>
            <w:proofErr w:type="spellStart"/>
            <w:r w:rsidRPr="00310D26">
              <w:rPr>
                <w:rFonts w:cs="Times New Roman"/>
                <w:szCs w:val="20"/>
              </w:rPr>
              <w:t>belgesi</w:t>
            </w:r>
            <w:proofErr w:type="spellEnd"/>
            <w:r w:rsidRPr="00310D26">
              <w:rPr>
                <w:rFonts w:cs="Times New Roman"/>
                <w:szCs w:val="20"/>
              </w:rPr>
              <w:t xml:space="preserve"> </w:t>
            </w:r>
            <w:proofErr w:type="spellStart"/>
            <w:r w:rsidRPr="00310D26">
              <w:rPr>
                <w:rFonts w:cs="Times New Roman"/>
                <w:szCs w:val="20"/>
              </w:rPr>
              <w:t>ile</w:t>
            </w:r>
            <w:proofErr w:type="spellEnd"/>
            <w:r w:rsidRPr="00310D26">
              <w:rPr>
                <w:rFonts w:cs="Times New Roman"/>
                <w:szCs w:val="20"/>
              </w:rPr>
              <w:t xml:space="preserve"> </w:t>
            </w:r>
            <w:proofErr w:type="spellStart"/>
            <w:r w:rsidRPr="00310D26">
              <w:rPr>
                <w:rFonts w:cs="Times New Roman"/>
                <w:szCs w:val="20"/>
              </w:rPr>
              <w:t>birlikte</w:t>
            </w:r>
            <w:proofErr w:type="spellEnd"/>
            <w:r w:rsidRPr="00310D26">
              <w:rPr>
                <w:rFonts w:cs="Times New Roman"/>
                <w:szCs w:val="20"/>
              </w:rPr>
              <w:t xml:space="preserve"> </w:t>
            </w: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veriliş</w:t>
            </w:r>
            <w:proofErr w:type="spellEnd"/>
            <w:r w:rsidRPr="00310D26">
              <w:rPr>
                <w:rFonts w:cs="Times New Roman"/>
                <w:szCs w:val="20"/>
              </w:rPr>
              <w:t xml:space="preserve"> </w:t>
            </w:r>
            <w:proofErr w:type="spellStart"/>
            <w:r w:rsidRPr="00310D26">
              <w:rPr>
                <w:rFonts w:cs="Times New Roman"/>
                <w:szCs w:val="20"/>
              </w:rPr>
              <w:t>koşulları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tezle</w:t>
            </w:r>
            <w:proofErr w:type="spellEnd"/>
            <w:r w:rsidRPr="00310D26">
              <w:rPr>
                <w:rFonts w:cs="Times New Roman"/>
                <w:szCs w:val="20"/>
              </w:rPr>
              <w:t xml:space="preserve"> </w:t>
            </w:r>
            <w:proofErr w:type="spellStart"/>
            <w:r w:rsidRPr="00310D26">
              <w:rPr>
                <w:rFonts w:cs="Times New Roman"/>
                <w:szCs w:val="20"/>
              </w:rPr>
              <w:t>ilişkisi</w:t>
            </w:r>
            <w:proofErr w:type="spellEnd"/>
            <w:r w:rsidRPr="00310D26">
              <w:rPr>
                <w:rFonts w:cs="Times New Roman"/>
                <w:szCs w:val="20"/>
              </w:rPr>
              <w:t xml:space="preserve"> </w:t>
            </w:r>
            <w:proofErr w:type="spellStart"/>
            <w:r w:rsidRPr="00310D26">
              <w:rPr>
                <w:rFonts w:cs="Times New Roman"/>
                <w:szCs w:val="20"/>
              </w:rPr>
              <w:t>açıkça</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 xml:space="preserve">. </w:t>
            </w:r>
            <w:proofErr w:type="spellStart"/>
            <w:r w:rsidRPr="00310D26">
              <w:rPr>
                <w:rFonts w:cs="Times New Roman"/>
                <w:szCs w:val="20"/>
              </w:rPr>
              <w:t>Aynı</w:t>
            </w:r>
            <w:proofErr w:type="spellEnd"/>
            <w:r w:rsidRPr="00310D26">
              <w:rPr>
                <w:rFonts w:cs="Times New Roman"/>
                <w:szCs w:val="20"/>
              </w:rPr>
              <w:t xml:space="preserve"> </w:t>
            </w:r>
            <w:proofErr w:type="spellStart"/>
            <w:r w:rsidRPr="00310D26">
              <w:rPr>
                <w:rFonts w:cs="Times New Roman"/>
                <w:szCs w:val="20"/>
              </w:rPr>
              <w:t>ödül</w:t>
            </w:r>
            <w:proofErr w:type="spellEnd"/>
            <w:r w:rsidRPr="00310D26">
              <w:rPr>
                <w:rFonts w:cs="Times New Roman"/>
                <w:szCs w:val="20"/>
              </w:rPr>
              <w:t xml:space="preserve"> </w:t>
            </w:r>
            <w:proofErr w:type="spellStart"/>
            <w:r w:rsidRPr="00310D26">
              <w:rPr>
                <w:rFonts w:cs="Times New Roman"/>
                <w:szCs w:val="20"/>
              </w:rPr>
              <w:t>veya</w:t>
            </w:r>
            <w:proofErr w:type="spellEnd"/>
            <w:r w:rsidRPr="00310D26">
              <w:rPr>
                <w:rFonts w:cs="Times New Roman"/>
                <w:szCs w:val="20"/>
              </w:rPr>
              <w:t xml:space="preserve"> </w:t>
            </w:r>
            <w:proofErr w:type="spellStart"/>
            <w:r w:rsidRPr="00310D26">
              <w:rPr>
                <w:rFonts w:cs="Times New Roman"/>
                <w:szCs w:val="20"/>
              </w:rPr>
              <w:t>çalışma</w:t>
            </w:r>
            <w:proofErr w:type="spellEnd"/>
            <w:r w:rsidRPr="00310D26">
              <w:rPr>
                <w:rFonts w:cs="Times New Roman"/>
                <w:szCs w:val="20"/>
              </w:rPr>
              <w:t xml:space="preserve"> </w:t>
            </w:r>
            <w:proofErr w:type="spellStart"/>
            <w:r w:rsidRPr="00310D26">
              <w:rPr>
                <w:rFonts w:cs="Times New Roman"/>
                <w:szCs w:val="20"/>
              </w:rPr>
              <w:t>için</w:t>
            </w:r>
            <w:proofErr w:type="spellEnd"/>
            <w:r w:rsidRPr="00310D26">
              <w:rPr>
                <w:rFonts w:cs="Times New Roman"/>
                <w:szCs w:val="20"/>
              </w:rPr>
              <w:t xml:space="preserve"> </w:t>
            </w:r>
            <w:proofErr w:type="spellStart"/>
            <w:r w:rsidRPr="00310D26">
              <w:rPr>
                <w:rFonts w:cs="Times New Roman"/>
                <w:szCs w:val="20"/>
              </w:rPr>
              <w:t>daha</w:t>
            </w:r>
            <w:proofErr w:type="spellEnd"/>
            <w:r w:rsidRPr="00310D26">
              <w:rPr>
                <w:rFonts w:cs="Times New Roman"/>
                <w:szCs w:val="20"/>
              </w:rPr>
              <w:t xml:space="preserve"> </w:t>
            </w:r>
            <w:proofErr w:type="spellStart"/>
            <w:r w:rsidRPr="00310D26">
              <w:rPr>
                <w:rFonts w:cs="Times New Roman"/>
                <w:szCs w:val="20"/>
              </w:rPr>
              <w:t>önce</w:t>
            </w:r>
            <w:proofErr w:type="spellEnd"/>
            <w:r w:rsidRPr="00310D26">
              <w:rPr>
                <w:rFonts w:cs="Times New Roman"/>
                <w:szCs w:val="20"/>
              </w:rPr>
              <w:t xml:space="preserve"> </w:t>
            </w:r>
            <w:proofErr w:type="spellStart"/>
            <w:r w:rsidRPr="00310D26">
              <w:rPr>
                <w:rFonts w:cs="Times New Roman"/>
                <w:szCs w:val="20"/>
              </w:rPr>
              <w:t>puan</w:t>
            </w:r>
            <w:proofErr w:type="spellEnd"/>
            <w:r w:rsidRPr="00310D26">
              <w:rPr>
                <w:rFonts w:cs="Times New Roman"/>
                <w:szCs w:val="20"/>
              </w:rPr>
              <w:t xml:space="preserve"> </w:t>
            </w:r>
            <w:proofErr w:type="spellStart"/>
            <w:r w:rsidRPr="00310D26">
              <w:rPr>
                <w:rFonts w:cs="Times New Roman"/>
                <w:szCs w:val="20"/>
              </w:rPr>
              <w:t>alınmadığı</w:t>
            </w:r>
            <w:proofErr w:type="spellEnd"/>
            <w:r w:rsidRPr="00310D26">
              <w:rPr>
                <w:rFonts w:cs="Times New Roman"/>
                <w:szCs w:val="20"/>
              </w:rPr>
              <w:t xml:space="preserve"> </w:t>
            </w:r>
            <w:proofErr w:type="spellStart"/>
            <w:r w:rsidRPr="00310D26">
              <w:rPr>
                <w:rFonts w:cs="Times New Roman"/>
                <w:szCs w:val="20"/>
              </w:rPr>
              <w:t>kontrol</w:t>
            </w:r>
            <w:proofErr w:type="spellEnd"/>
            <w:r w:rsidRPr="00310D26">
              <w:rPr>
                <w:rFonts w:cs="Times New Roman"/>
                <w:szCs w:val="20"/>
              </w:rPr>
              <w:t xml:space="preserve"> </w:t>
            </w:r>
            <w:proofErr w:type="spellStart"/>
            <w:r w:rsidRPr="00310D26">
              <w:rPr>
                <w:rFonts w:cs="Times New Roman"/>
                <w:szCs w:val="20"/>
              </w:rPr>
              <w:t>edilmelidir</w:t>
            </w:r>
            <w:proofErr w:type="spellEnd"/>
            <w:r w:rsidRPr="00310D26">
              <w:rPr>
                <w:rFonts w:cs="Times New Roman"/>
                <w:szCs w:val="20"/>
              </w:rPr>
              <w:t>.</w:t>
            </w:r>
          </w:p>
        </w:tc>
      </w:tr>
      <w:tr w:rsidR="0075743E" w:rsidRPr="00310D26" w14:paraId="56919DE4" w14:textId="77777777" w:rsidTr="00310D26">
        <w:trPr>
          <w:trHeight w:val="1051"/>
          <w:jc w:val="center"/>
        </w:trPr>
        <w:tc>
          <w:tcPr>
            <w:tcW w:w="10756" w:type="dxa"/>
            <w:gridSpan w:val="4"/>
            <w:vAlign w:val="center"/>
          </w:tcPr>
          <w:p w14:paraId="52908259" w14:textId="77777777" w:rsidR="0075743E" w:rsidRPr="00310D26" w:rsidRDefault="0075743E" w:rsidP="0075743E">
            <w:pPr>
              <w:rPr>
                <w:rFonts w:cs="Times New Roman"/>
                <w:color w:val="000000" w:themeColor="text1"/>
                <w:szCs w:val="20"/>
              </w:rPr>
            </w:pPr>
            <w:proofErr w:type="spellStart"/>
            <w:r w:rsidRPr="00310D26">
              <w:rPr>
                <w:rFonts w:cs="Times New Roman"/>
                <w:b/>
                <w:color w:val="000000" w:themeColor="text1"/>
                <w:szCs w:val="20"/>
              </w:rPr>
              <w:t>Sunulacak</w:t>
            </w:r>
            <w:proofErr w:type="spellEnd"/>
            <w:r w:rsidRPr="00310D26">
              <w:rPr>
                <w:rFonts w:cs="Times New Roman"/>
                <w:b/>
                <w:color w:val="000000" w:themeColor="text1"/>
                <w:szCs w:val="20"/>
              </w:rPr>
              <w:t xml:space="preserve"> </w:t>
            </w:r>
            <w:proofErr w:type="spellStart"/>
            <w:r w:rsidRPr="00310D26">
              <w:rPr>
                <w:rFonts w:cs="Times New Roman"/>
                <w:b/>
                <w:color w:val="000000" w:themeColor="text1"/>
                <w:szCs w:val="20"/>
              </w:rPr>
              <w:t>Belgeler</w:t>
            </w:r>
            <w:proofErr w:type="spellEnd"/>
            <w:r w:rsidRPr="00310D26">
              <w:rPr>
                <w:rFonts w:cs="Times New Roman"/>
                <w:b/>
                <w:color w:val="000000" w:themeColor="text1"/>
                <w:szCs w:val="20"/>
              </w:rPr>
              <w:t>;</w:t>
            </w:r>
            <w:r w:rsidRPr="00310D26">
              <w:rPr>
                <w:rFonts w:cs="Times New Roman"/>
                <w:color w:val="000000" w:themeColor="text1"/>
                <w:szCs w:val="20"/>
              </w:rPr>
              <w:t xml:space="preserve"> </w:t>
            </w:r>
            <w:proofErr w:type="spellStart"/>
            <w:r w:rsidRPr="00310D26">
              <w:rPr>
                <w:rFonts w:cs="Times New Roman"/>
                <w:color w:val="000000" w:themeColor="text1"/>
                <w:szCs w:val="20"/>
              </w:rPr>
              <w:t>Ödül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belgesi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Ödül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veren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kurum</w:t>
            </w:r>
            <w:proofErr w:type="spellEnd"/>
            <w:r w:rsidRPr="00310D26">
              <w:rPr>
                <w:rFonts w:cs="Times New Roman"/>
                <w:color w:val="000000" w:themeColor="text1"/>
                <w:szCs w:val="20"/>
              </w:rPr>
              <w:t>/</w:t>
            </w:r>
            <w:proofErr w:type="spellStart"/>
            <w:r w:rsidRPr="00310D26">
              <w:rPr>
                <w:rFonts w:cs="Times New Roman"/>
                <w:color w:val="000000" w:themeColor="text1"/>
                <w:szCs w:val="20"/>
              </w:rPr>
              <w:t>kuruluşun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ödül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koşulları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Daha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önce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ilgili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ödülün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en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beş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kez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verdiğine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dair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kanıt</w:t>
            </w:r>
            <w:proofErr w:type="spellEnd"/>
          </w:p>
          <w:p w14:paraId="0CE55F9C" w14:textId="77777777" w:rsidR="0075743E" w:rsidRPr="00310D26" w:rsidRDefault="0075743E" w:rsidP="0075743E">
            <w:pPr>
              <w:rPr>
                <w:rFonts w:cs="Times New Roman"/>
                <w:color w:val="000000" w:themeColor="text1"/>
                <w:szCs w:val="20"/>
              </w:rPr>
            </w:pPr>
            <w:r w:rsidRPr="00310D26">
              <w:rPr>
                <w:rFonts w:cs="Times New Roman"/>
                <w:b/>
                <w:color w:val="000000" w:themeColor="text1"/>
                <w:szCs w:val="20"/>
              </w:rPr>
              <w:t>Not:</w:t>
            </w:r>
            <w:r w:rsidRPr="00310D26">
              <w:rPr>
                <w:rFonts w:cs="Times New Roman"/>
                <w:color w:val="000000" w:themeColor="text1"/>
                <w:szCs w:val="20"/>
              </w:rPr>
              <w:t xml:space="preserve"> </w:t>
            </w:r>
            <w:proofErr w:type="spellStart"/>
            <w:r w:rsidRPr="00310D26">
              <w:rPr>
                <w:rFonts w:cs="Times New Roman"/>
                <w:szCs w:val="20"/>
              </w:rPr>
              <w:t>Ödül</w:t>
            </w:r>
            <w:proofErr w:type="spellEnd"/>
            <w:r w:rsidRPr="00310D26">
              <w:rPr>
                <w:rFonts w:cs="Times New Roman"/>
                <w:szCs w:val="20"/>
              </w:rPr>
              <w:t xml:space="preserve"> </w:t>
            </w:r>
            <w:proofErr w:type="spellStart"/>
            <w:r w:rsidRPr="00310D26">
              <w:rPr>
                <w:rFonts w:cs="Times New Roman"/>
                <w:szCs w:val="20"/>
              </w:rPr>
              <w:t>belgesi</w:t>
            </w:r>
            <w:proofErr w:type="spellEnd"/>
            <w:r w:rsidRPr="00310D26">
              <w:rPr>
                <w:rFonts w:cs="Times New Roman"/>
                <w:szCs w:val="20"/>
              </w:rPr>
              <w:t xml:space="preserve">, </w:t>
            </w:r>
            <w:proofErr w:type="spellStart"/>
            <w:r w:rsidRPr="00310D26">
              <w:rPr>
                <w:rFonts w:cs="Times New Roman"/>
                <w:szCs w:val="20"/>
              </w:rPr>
              <w:t>ödül</w:t>
            </w:r>
            <w:proofErr w:type="spellEnd"/>
            <w:r w:rsidRPr="00310D26">
              <w:rPr>
                <w:rFonts w:cs="Times New Roman"/>
                <w:szCs w:val="20"/>
              </w:rPr>
              <w:t xml:space="preserve"> </w:t>
            </w:r>
            <w:proofErr w:type="spellStart"/>
            <w:r w:rsidRPr="00310D26">
              <w:rPr>
                <w:rFonts w:cs="Times New Roman"/>
                <w:szCs w:val="20"/>
              </w:rPr>
              <w:t>veren</w:t>
            </w:r>
            <w:proofErr w:type="spellEnd"/>
            <w:r w:rsidRPr="00310D26">
              <w:rPr>
                <w:rFonts w:cs="Times New Roman"/>
                <w:szCs w:val="20"/>
              </w:rPr>
              <w:t xml:space="preserve"> </w:t>
            </w:r>
            <w:proofErr w:type="spellStart"/>
            <w:r w:rsidRPr="00310D26">
              <w:rPr>
                <w:rFonts w:cs="Times New Roman"/>
                <w:szCs w:val="20"/>
              </w:rPr>
              <w:t>kurum</w:t>
            </w:r>
            <w:proofErr w:type="spellEnd"/>
            <w:r w:rsidRPr="00310D26">
              <w:rPr>
                <w:rFonts w:cs="Times New Roman"/>
                <w:szCs w:val="20"/>
              </w:rPr>
              <w:t>/</w:t>
            </w:r>
            <w:proofErr w:type="spellStart"/>
            <w:r w:rsidRPr="00310D26">
              <w:rPr>
                <w:rFonts w:cs="Times New Roman"/>
                <w:szCs w:val="20"/>
              </w:rPr>
              <w:t>kuruluşun</w:t>
            </w:r>
            <w:proofErr w:type="spellEnd"/>
            <w:r w:rsidRPr="00310D26">
              <w:rPr>
                <w:rFonts w:cs="Times New Roman"/>
                <w:szCs w:val="20"/>
              </w:rPr>
              <w:t xml:space="preserve"> </w:t>
            </w:r>
            <w:proofErr w:type="spellStart"/>
            <w:r w:rsidRPr="00310D26">
              <w:rPr>
                <w:rFonts w:cs="Times New Roman"/>
                <w:szCs w:val="20"/>
              </w:rPr>
              <w:t>ödül</w:t>
            </w:r>
            <w:proofErr w:type="spellEnd"/>
            <w:r w:rsidRPr="00310D26">
              <w:rPr>
                <w:rFonts w:cs="Times New Roman"/>
                <w:szCs w:val="20"/>
              </w:rPr>
              <w:t xml:space="preserve"> </w:t>
            </w:r>
            <w:proofErr w:type="spellStart"/>
            <w:r w:rsidRPr="00310D26">
              <w:rPr>
                <w:rFonts w:cs="Times New Roman"/>
                <w:szCs w:val="20"/>
              </w:rPr>
              <w:t>koşulları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daha</w:t>
            </w:r>
            <w:proofErr w:type="spellEnd"/>
            <w:r w:rsidRPr="00310D26">
              <w:rPr>
                <w:rFonts w:cs="Times New Roman"/>
                <w:szCs w:val="20"/>
              </w:rPr>
              <w:t xml:space="preserve"> </w:t>
            </w:r>
            <w:proofErr w:type="spellStart"/>
            <w:r w:rsidRPr="00310D26">
              <w:rPr>
                <w:rFonts w:cs="Times New Roman"/>
                <w:szCs w:val="20"/>
              </w:rPr>
              <w:t>önce</w:t>
            </w:r>
            <w:proofErr w:type="spellEnd"/>
            <w:r w:rsidRPr="00310D26">
              <w:rPr>
                <w:rFonts w:cs="Times New Roman"/>
                <w:szCs w:val="20"/>
              </w:rPr>
              <w:t xml:space="preserve"> </w:t>
            </w:r>
            <w:proofErr w:type="spellStart"/>
            <w:r w:rsidRPr="00310D26">
              <w:rPr>
                <w:rFonts w:cs="Times New Roman"/>
                <w:szCs w:val="20"/>
              </w:rPr>
              <w:t>en</w:t>
            </w:r>
            <w:proofErr w:type="spellEnd"/>
            <w:r w:rsidRPr="00310D26">
              <w:rPr>
                <w:rFonts w:cs="Times New Roman"/>
                <w:szCs w:val="20"/>
              </w:rPr>
              <w:t xml:space="preserve"> </w:t>
            </w:r>
            <w:proofErr w:type="spellStart"/>
            <w:r w:rsidRPr="00310D26">
              <w:rPr>
                <w:rFonts w:cs="Times New Roman"/>
                <w:szCs w:val="20"/>
              </w:rPr>
              <w:t>az</w:t>
            </w:r>
            <w:proofErr w:type="spellEnd"/>
            <w:r w:rsidRPr="00310D26">
              <w:rPr>
                <w:rFonts w:cs="Times New Roman"/>
                <w:szCs w:val="20"/>
              </w:rPr>
              <w:t xml:space="preserve"> </w:t>
            </w:r>
            <w:proofErr w:type="spellStart"/>
            <w:r w:rsidRPr="00310D26">
              <w:rPr>
                <w:rFonts w:cs="Times New Roman"/>
                <w:szCs w:val="20"/>
              </w:rPr>
              <w:t>beş</w:t>
            </w:r>
            <w:proofErr w:type="spellEnd"/>
            <w:r w:rsidRPr="00310D26">
              <w:rPr>
                <w:rFonts w:cs="Times New Roman"/>
                <w:szCs w:val="20"/>
              </w:rPr>
              <w:t xml:space="preserve"> </w:t>
            </w:r>
            <w:proofErr w:type="spellStart"/>
            <w:r w:rsidRPr="00310D26">
              <w:rPr>
                <w:rFonts w:cs="Times New Roman"/>
                <w:szCs w:val="20"/>
              </w:rPr>
              <w:t>kez</w:t>
            </w:r>
            <w:proofErr w:type="spellEnd"/>
            <w:r w:rsidRPr="00310D26">
              <w:rPr>
                <w:rFonts w:cs="Times New Roman"/>
                <w:szCs w:val="20"/>
              </w:rPr>
              <w:t xml:space="preserve"> </w:t>
            </w:r>
            <w:proofErr w:type="spellStart"/>
            <w:r w:rsidRPr="00310D26">
              <w:rPr>
                <w:rFonts w:cs="Times New Roman"/>
                <w:szCs w:val="20"/>
              </w:rPr>
              <w:t>verildiğini</w:t>
            </w:r>
            <w:proofErr w:type="spellEnd"/>
            <w:r w:rsidRPr="00310D26">
              <w:rPr>
                <w:rFonts w:cs="Times New Roman"/>
                <w:szCs w:val="20"/>
              </w:rPr>
              <w:t xml:space="preserve"> </w:t>
            </w:r>
            <w:proofErr w:type="spellStart"/>
            <w:r w:rsidRPr="00310D26">
              <w:rPr>
                <w:rFonts w:cs="Times New Roman"/>
                <w:szCs w:val="20"/>
              </w:rPr>
              <w:t>gösteren</w:t>
            </w:r>
            <w:proofErr w:type="spellEnd"/>
            <w:r w:rsidRPr="00310D26">
              <w:rPr>
                <w:rFonts w:cs="Times New Roman"/>
                <w:szCs w:val="20"/>
              </w:rPr>
              <w:t xml:space="preserve"> </w:t>
            </w:r>
            <w:proofErr w:type="spellStart"/>
            <w:r w:rsidRPr="00310D26">
              <w:rPr>
                <w:rFonts w:cs="Times New Roman"/>
                <w:szCs w:val="20"/>
              </w:rPr>
              <w:t>kanıt</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 xml:space="preserve">. </w:t>
            </w: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ilişkisi</w:t>
            </w:r>
            <w:proofErr w:type="spellEnd"/>
            <w:r w:rsidRPr="00310D26">
              <w:rPr>
                <w:rFonts w:cs="Times New Roman"/>
                <w:szCs w:val="20"/>
              </w:rPr>
              <w:t xml:space="preserve"> </w:t>
            </w:r>
            <w:proofErr w:type="spellStart"/>
            <w:r w:rsidRPr="00310D26">
              <w:rPr>
                <w:rFonts w:cs="Times New Roman"/>
                <w:szCs w:val="20"/>
              </w:rPr>
              <w:t>açıkça</w:t>
            </w:r>
            <w:proofErr w:type="spellEnd"/>
            <w:r w:rsidRPr="00310D26">
              <w:rPr>
                <w:rFonts w:cs="Times New Roman"/>
                <w:szCs w:val="20"/>
              </w:rPr>
              <w:t xml:space="preserve"> </w:t>
            </w:r>
            <w:proofErr w:type="spellStart"/>
            <w:r w:rsidRPr="00310D26">
              <w:rPr>
                <w:rFonts w:cs="Times New Roman"/>
                <w:szCs w:val="20"/>
              </w:rPr>
              <w:t>gösterilmelidir</w:t>
            </w:r>
            <w:proofErr w:type="spellEnd"/>
            <w:r w:rsidRPr="00310D26">
              <w:rPr>
                <w:rFonts w:cs="Times New Roman"/>
                <w:szCs w:val="20"/>
              </w:rPr>
              <w:t>.</w:t>
            </w:r>
          </w:p>
        </w:tc>
      </w:tr>
    </w:tbl>
    <w:p w14:paraId="7EE338DB" w14:textId="77777777" w:rsidR="004B5B2B" w:rsidRPr="00310D26" w:rsidRDefault="004B5B2B">
      <w:pPr>
        <w:rPr>
          <w:rFonts w:eastAsiaTheme="majorEastAsia" w:cs="Times New Roman"/>
          <w:b/>
          <w:bCs/>
          <w:color w:val="000000" w:themeColor="text1"/>
          <w:szCs w:val="20"/>
        </w:rPr>
      </w:pPr>
    </w:p>
    <w:sectPr w:rsidR="004B5B2B" w:rsidRPr="00310D26" w:rsidSect="00034616">
      <w:headerReference w:type="default" r:id="rId8"/>
      <w:footerReference w:type="default" r:id="rId9"/>
      <w:pgSz w:w="12240" w:h="15840"/>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31C5C" w14:textId="77777777" w:rsidR="00A66E78" w:rsidRDefault="00A66E78">
      <w:pPr>
        <w:spacing w:after="0" w:line="240" w:lineRule="auto"/>
      </w:pPr>
      <w:r>
        <w:separator/>
      </w:r>
    </w:p>
  </w:endnote>
  <w:endnote w:type="continuationSeparator" w:id="0">
    <w:p w14:paraId="2E95F949" w14:textId="77777777" w:rsidR="00A66E78" w:rsidRDefault="00A66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9BA06" w14:textId="77777777" w:rsidR="0075743E" w:rsidRDefault="0075743E">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59FD3" w14:textId="77777777" w:rsidR="00A66E78" w:rsidRDefault="00A66E78">
      <w:pPr>
        <w:spacing w:after="0" w:line="240" w:lineRule="auto"/>
      </w:pPr>
      <w:r>
        <w:separator/>
      </w:r>
    </w:p>
  </w:footnote>
  <w:footnote w:type="continuationSeparator" w:id="0">
    <w:p w14:paraId="491B9DCA" w14:textId="77777777" w:rsidR="00A66E78" w:rsidRDefault="00A66E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B051A" w14:textId="77777777" w:rsidR="00310D26" w:rsidRPr="003820DE" w:rsidRDefault="00310D26" w:rsidP="00310D26">
    <w:pPr>
      <w:jc w:val="center"/>
      <w:rPr>
        <w:rFonts w:cs="Times New Roman"/>
        <w:color w:val="000000" w:themeColor="text1"/>
        <w:szCs w:val="20"/>
      </w:rPr>
    </w:pPr>
    <w:r w:rsidRPr="00310D26">
      <w:rPr>
        <w:rFonts w:cs="Times New Roman"/>
        <w:b/>
        <w:noProof/>
        <w:color w:val="000000" w:themeColor="text1"/>
        <w:szCs w:val="20"/>
        <w:lang w:val="tr-TR" w:eastAsia="tr-TR"/>
      </w:rPr>
      <w:drawing>
        <wp:anchor distT="0" distB="0" distL="114300" distR="114300" simplePos="0" relativeHeight="251660288" behindDoc="1" locked="0" layoutInCell="1" allowOverlap="1" wp14:anchorId="7C7EE9E4" wp14:editId="2BDFD4E7">
          <wp:simplePos x="0" y="0"/>
          <wp:positionH relativeFrom="column">
            <wp:posOffset>5890260</wp:posOffset>
          </wp:positionH>
          <wp:positionV relativeFrom="paragraph">
            <wp:posOffset>-360983</wp:posOffset>
          </wp:positionV>
          <wp:extent cx="790575" cy="902335"/>
          <wp:effectExtent l="0" t="0" r="9525"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6199"/>
                  <a:stretch/>
                </pic:blipFill>
                <pic:spPr bwMode="auto">
                  <a:xfrm>
                    <a:off x="0" y="0"/>
                    <a:ext cx="790575" cy="902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tr-TR" w:eastAsia="tr-TR"/>
      </w:rPr>
      <w:drawing>
        <wp:anchor distT="0" distB="0" distL="114300" distR="114300" simplePos="0" relativeHeight="251659264" behindDoc="1" locked="0" layoutInCell="1" allowOverlap="1" wp14:anchorId="44F76C2C" wp14:editId="62FDAE0C">
          <wp:simplePos x="0" y="0"/>
          <wp:positionH relativeFrom="column">
            <wp:posOffset>-3257</wp:posOffset>
          </wp:positionH>
          <wp:positionV relativeFrom="paragraph">
            <wp:posOffset>-131749</wp:posOffset>
          </wp:positionV>
          <wp:extent cx="1500809" cy="636376"/>
          <wp:effectExtent l="0" t="0" r="4445" b="0"/>
          <wp:wrapNone/>
          <wp:docPr id="1" name="Resim 1" descr="Sıkça Sorulan Sorular | Sağlık Bilimleri Enstitüsü | Gazi Ü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ıkça Sorulan Sorular | Sağlık Bilimleri Enstitüsü | Gazi Üniversite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0809" cy="6363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423D">
      <w:rPr>
        <w:rFonts w:cs="Times New Roman"/>
        <w:b/>
        <w:color w:val="000000" w:themeColor="text1"/>
        <w:szCs w:val="20"/>
      </w:rPr>
      <w:t>GAZİ ÜNİVERSİTESİ</w:t>
    </w:r>
    <w:r w:rsidRPr="00310D26">
      <w:rPr>
        <w:noProof/>
        <w:lang w:val="tr-TR" w:eastAsia="tr-TR"/>
      </w:rPr>
      <w:t xml:space="preserve"> </w:t>
    </w:r>
    <w:r w:rsidRPr="0024423D">
      <w:rPr>
        <w:rFonts w:cs="Times New Roman"/>
        <w:b/>
        <w:color w:val="000000" w:themeColor="text1"/>
        <w:szCs w:val="20"/>
      </w:rPr>
      <w:br/>
      <w:t>SAĞLIK BİLİMLERİ ENSTİTÜSÜ</w:t>
    </w:r>
    <w:r w:rsidRPr="0024423D">
      <w:rPr>
        <w:rFonts w:cs="Times New Roman"/>
        <w:b/>
        <w:color w:val="000000" w:themeColor="text1"/>
        <w:szCs w:val="20"/>
      </w:rPr>
      <w:br/>
      <w:t>EN BAŞARILI DOKTORA</w:t>
    </w:r>
    <w:r w:rsidR="008B6300">
      <w:rPr>
        <w:rFonts w:cs="Times New Roman"/>
        <w:b/>
        <w:color w:val="000000" w:themeColor="text1"/>
        <w:szCs w:val="20"/>
      </w:rPr>
      <w:t xml:space="preserve"> TEZ ÖDÜLLERİ YARIŞMASI</w:t>
    </w:r>
    <w:r w:rsidR="008B6300">
      <w:rPr>
        <w:rFonts w:cs="Times New Roman"/>
        <w:b/>
        <w:color w:val="000000" w:themeColor="text1"/>
        <w:szCs w:val="20"/>
      </w:rPr>
      <w:br/>
    </w:r>
    <w:r w:rsidR="008B6300" w:rsidRPr="003820DE">
      <w:rPr>
        <w:rFonts w:cs="Times New Roman"/>
        <w:b/>
        <w:color w:val="000000" w:themeColor="text1"/>
        <w:szCs w:val="20"/>
      </w:rPr>
      <w:t xml:space="preserve">BAŞVURU VE </w:t>
    </w:r>
    <w:r w:rsidRPr="003820DE">
      <w:rPr>
        <w:rFonts w:cs="Times New Roman"/>
        <w:b/>
        <w:color w:val="000000" w:themeColor="text1"/>
        <w:szCs w:val="20"/>
      </w:rPr>
      <w:t>DEĞERLENDİRME KRİTERLERİ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07549C7"/>
    <w:multiLevelType w:val="hybridMultilevel"/>
    <w:tmpl w:val="07B4F8D2"/>
    <w:lvl w:ilvl="0" w:tplc="135CF77C">
      <w:numFmt w:val="bullet"/>
      <w:lvlText w:val="-"/>
      <w:lvlJc w:val="left"/>
      <w:pPr>
        <w:ind w:left="720" w:hanging="360"/>
      </w:pPr>
      <w:rPr>
        <w:rFonts w:ascii="Times New Roman" w:eastAsia="Times New Roman" w:hAnsi="Times New Roman" w:cs="Times New Roman" w:hint="default"/>
        <w:b/>
        <w:color w:val="000000" w:themeColor="text1"/>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50C073F"/>
    <w:multiLevelType w:val="hybridMultilevel"/>
    <w:tmpl w:val="7A2C7514"/>
    <w:lvl w:ilvl="0" w:tplc="637E7636">
      <w:numFmt w:val="bullet"/>
      <w:lvlText w:val="-"/>
      <w:lvlJc w:val="left"/>
      <w:pPr>
        <w:ind w:left="720" w:hanging="360"/>
      </w:pPr>
      <w:rPr>
        <w:rFonts w:ascii="Times New Roman" w:eastAsia="Times New Roman" w:hAnsi="Times New Roman" w:cs="Times New Roman" w:hint="default"/>
        <w:b w:val="0"/>
        <w:color w:val="000000" w:themeColor="text1"/>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A107A19"/>
    <w:multiLevelType w:val="hybridMultilevel"/>
    <w:tmpl w:val="16621C48"/>
    <w:lvl w:ilvl="0" w:tplc="6F98A298">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04832"/>
    <w:rsid w:val="0015074B"/>
    <w:rsid w:val="0024423D"/>
    <w:rsid w:val="0029639D"/>
    <w:rsid w:val="002A0D24"/>
    <w:rsid w:val="002A2E14"/>
    <w:rsid w:val="002E258B"/>
    <w:rsid w:val="00300D48"/>
    <w:rsid w:val="00310D26"/>
    <w:rsid w:val="00326F90"/>
    <w:rsid w:val="003820DE"/>
    <w:rsid w:val="003A18D2"/>
    <w:rsid w:val="004B5B2B"/>
    <w:rsid w:val="00547054"/>
    <w:rsid w:val="00564BC5"/>
    <w:rsid w:val="00595890"/>
    <w:rsid w:val="005C76A8"/>
    <w:rsid w:val="005F5056"/>
    <w:rsid w:val="006103BA"/>
    <w:rsid w:val="0075743E"/>
    <w:rsid w:val="007C2029"/>
    <w:rsid w:val="0081742D"/>
    <w:rsid w:val="008B6300"/>
    <w:rsid w:val="008E3A5E"/>
    <w:rsid w:val="00925328"/>
    <w:rsid w:val="00941F8E"/>
    <w:rsid w:val="00946DEC"/>
    <w:rsid w:val="009E45AE"/>
    <w:rsid w:val="00A21BDE"/>
    <w:rsid w:val="00A45829"/>
    <w:rsid w:val="00A66E78"/>
    <w:rsid w:val="00AA1D8D"/>
    <w:rsid w:val="00B14FD4"/>
    <w:rsid w:val="00B47730"/>
    <w:rsid w:val="00B94B27"/>
    <w:rsid w:val="00C118F8"/>
    <w:rsid w:val="00CB0664"/>
    <w:rsid w:val="00DD3033"/>
    <w:rsid w:val="00DF6664"/>
    <w:rsid w:val="00F04EA8"/>
    <w:rsid w:val="00F12873"/>
    <w:rsid w:val="00FA1E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A17E14"/>
  <w14:defaultImageDpi w14:val="300"/>
  <w15:docId w15:val="{1C2A5FE2-B656-43C4-A015-71CA0DF02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8B630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B630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79521">
      <w:bodyDiv w:val="1"/>
      <w:marLeft w:val="0"/>
      <w:marRight w:val="0"/>
      <w:marTop w:val="0"/>
      <w:marBottom w:val="0"/>
      <w:divBdr>
        <w:top w:val="none" w:sz="0" w:space="0" w:color="auto"/>
        <w:left w:val="none" w:sz="0" w:space="0" w:color="auto"/>
        <w:bottom w:val="none" w:sz="0" w:space="0" w:color="auto"/>
        <w:right w:val="none" w:sz="0" w:space="0" w:color="auto"/>
      </w:divBdr>
    </w:div>
    <w:div w:id="700324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8B1B6-2034-42FB-8022-C29DC0A17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1576</Words>
  <Characters>8984</Characters>
  <Application>Microsoft Office Word</Application>
  <DocSecurity>0</DocSecurity>
  <Lines>74</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Gazi</cp:lastModifiedBy>
  <cp:revision>5</cp:revision>
  <cp:lastPrinted>2026-09-14T11:05:00Z</cp:lastPrinted>
  <dcterms:created xsi:type="dcterms:W3CDTF">2026-09-15T10:00:00Z</dcterms:created>
  <dcterms:modified xsi:type="dcterms:W3CDTF">2026-09-15T13:53:00Z</dcterms:modified>
  <cp:category/>
</cp:coreProperties>
</file>