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8C907A" w14:textId="231570A7" w:rsidR="00F84906" w:rsidRPr="00F84906" w:rsidRDefault="00F84906" w:rsidP="00F84906">
      <w:pPr>
        <w:jc w:val="both"/>
        <w:rPr>
          <w:rStyle w:val="Gl"/>
        </w:rPr>
      </w:pPr>
      <w:r>
        <w:rPr>
          <w:rStyle w:val="Gl"/>
        </w:rPr>
        <w:t xml:space="preserve">YÖNERGE: </w:t>
      </w:r>
      <w:proofErr w:type="spellStart"/>
      <w:r w:rsidRPr="00F84906">
        <w:rPr>
          <w:rStyle w:val="Gl"/>
          <w:b w:val="0"/>
          <w:bCs w:val="0"/>
        </w:rPr>
        <w:t>En</w:t>
      </w:r>
      <w:proofErr w:type="spellEnd"/>
      <w:r w:rsidRPr="00F84906">
        <w:rPr>
          <w:rStyle w:val="Gl"/>
          <w:b w:val="0"/>
          <w:bCs w:val="0"/>
        </w:rPr>
        <w:t xml:space="preserve"> </w:t>
      </w:r>
      <w:proofErr w:type="spellStart"/>
      <w:r w:rsidRPr="00F84906">
        <w:rPr>
          <w:rStyle w:val="Gl"/>
          <w:b w:val="0"/>
          <w:bCs w:val="0"/>
        </w:rPr>
        <w:t>Başarılı</w:t>
      </w:r>
      <w:proofErr w:type="spellEnd"/>
      <w:r w:rsidRPr="00F84906">
        <w:rPr>
          <w:rStyle w:val="Gl"/>
          <w:b w:val="0"/>
          <w:bCs w:val="0"/>
        </w:rPr>
        <w:t xml:space="preserve"> </w:t>
      </w:r>
      <w:proofErr w:type="spellStart"/>
      <w:r w:rsidRPr="00F84906">
        <w:rPr>
          <w:rStyle w:val="Gl"/>
          <w:b w:val="0"/>
          <w:bCs w:val="0"/>
        </w:rPr>
        <w:t>Doktora</w:t>
      </w:r>
      <w:proofErr w:type="spellEnd"/>
      <w:r w:rsidRPr="00F84906">
        <w:rPr>
          <w:rStyle w:val="Gl"/>
          <w:b w:val="0"/>
          <w:bCs w:val="0"/>
        </w:rPr>
        <w:t xml:space="preserve"> Tez </w:t>
      </w:r>
      <w:proofErr w:type="spellStart"/>
      <w:r w:rsidRPr="00F84906">
        <w:rPr>
          <w:rStyle w:val="Gl"/>
          <w:b w:val="0"/>
          <w:bCs w:val="0"/>
        </w:rPr>
        <w:t>Ödülleri</w:t>
      </w:r>
      <w:proofErr w:type="spellEnd"/>
      <w:r w:rsidRPr="00F84906">
        <w:rPr>
          <w:rStyle w:val="Gl"/>
          <w:b w:val="0"/>
          <w:bCs w:val="0"/>
        </w:rPr>
        <w:t xml:space="preserve"> </w:t>
      </w:r>
      <w:proofErr w:type="spellStart"/>
      <w:r w:rsidRPr="00F84906">
        <w:rPr>
          <w:rStyle w:val="Gl"/>
          <w:b w:val="0"/>
          <w:bCs w:val="0"/>
        </w:rPr>
        <w:t>Yarışması’na</w:t>
      </w:r>
      <w:proofErr w:type="spellEnd"/>
      <w:r w:rsidRPr="00F84906">
        <w:rPr>
          <w:rStyle w:val="Gl"/>
          <w:b w:val="0"/>
          <w:bCs w:val="0"/>
        </w:rPr>
        <w:t xml:space="preserve">, </w:t>
      </w:r>
      <w:proofErr w:type="spellStart"/>
      <w:r w:rsidRPr="00F84906">
        <w:rPr>
          <w:rStyle w:val="Gl"/>
          <w:b w:val="0"/>
          <w:bCs w:val="0"/>
        </w:rPr>
        <w:t>aşağıdaki</w:t>
      </w:r>
      <w:proofErr w:type="spellEnd"/>
      <w:r w:rsidRPr="00F84906">
        <w:rPr>
          <w:rStyle w:val="Gl"/>
          <w:b w:val="0"/>
          <w:bCs w:val="0"/>
        </w:rPr>
        <w:t xml:space="preserve"> </w:t>
      </w:r>
      <w:proofErr w:type="spellStart"/>
      <w:r w:rsidRPr="00F84906">
        <w:rPr>
          <w:rStyle w:val="Gl"/>
          <w:b w:val="0"/>
          <w:bCs w:val="0"/>
        </w:rPr>
        <w:t>akademik</w:t>
      </w:r>
      <w:proofErr w:type="spellEnd"/>
      <w:r w:rsidRPr="00F84906">
        <w:rPr>
          <w:rStyle w:val="Gl"/>
          <w:b w:val="0"/>
          <w:bCs w:val="0"/>
        </w:rPr>
        <w:t xml:space="preserve"> </w:t>
      </w:r>
      <w:proofErr w:type="spellStart"/>
      <w:r w:rsidRPr="00F84906">
        <w:rPr>
          <w:rStyle w:val="Gl"/>
          <w:b w:val="0"/>
          <w:bCs w:val="0"/>
        </w:rPr>
        <w:t>faaliyetlerden</w:t>
      </w:r>
      <w:proofErr w:type="spellEnd"/>
      <w:r w:rsidRPr="00F84906">
        <w:rPr>
          <w:rStyle w:val="Gl"/>
          <w:b w:val="0"/>
          <w:bCs w:val="0"/>
        </w:rPr>
        <w:t xml:space="preserve"> </w:t>
      </w:r>
      <w:proofErr w:type="spellStart"/>
      <w:r w:rsidRPr="00F84906">
        <w:rPr>
          <w:rStyle w:val="Gl"/>
          <w:b w:val="0"/>
          <w:bCs w:val="0"/>
        </w:rPr>
        <w:t>en</w:t>
      </w:r>
      <w:proofErr w:type="spellEnd"/>
      <w:r w:rsidRPr="00F84906">
        <w:rPr>
          <w:rStyle w:val="Gl"/>
          <w:b w:val="0"/>
          <w:bCs w:val="0"/>
        </w:rPr>
        <w:t xml:space="preserve"> </w:t>
      </w:r>
      <w:proofErr w:type="spellStart"/>
      <w:r w:rsidRPr="00F84906">
        <w:rPr>
          <w:rStyle w:val="Gl"/>
          <w:b w:val="0"/>
          <w:bCs w:val="0"/>
        </w:rPr>
        <w:t>az</w:t>
      </w:r>
      <w:proofErr w:type="spellEnd"/>
      <w:r w:rsidRPr="00F84906">
        <w:rPr>
          <w:rStyle w:val="Gl"/>
          <w:b w:val="0"/>
          <w:bCs w:val="0"/>
        </w:rPr>
        <w:t xml:space="preserve"> 100 </w:t>
      </w:r>
      <w:proofErr w:type="spellStart"/>
      <w:r w:rsidRPr="00F84906">
        <w:rPr>
          <w:rStyle w:val="Gl"/>
          <w:b w:val="0"/>
          <w:bCs w:val="0"/>
        </w:rPr>
        <w:t>puan</w:t>
      </w:r>
      <w:proofErr w:type="spellEnd"/>
      <w:r w:rsidRPr="00F84906">
        <w:rPr>
          <w:rStyle w:val="Gl"/>
          <w:b w:val="0"/>
          <w:bCs w:val="0"/>
        </w:rPr>
        <w:t xml:space="preserve"> </w:t>
      </w:r>
      <w:proofErr w:type="spellStart"/>
      <w:r w:rsidRPr="00F84906">
        <w:rPr>
          <w:rStyle w:val="Gl"/>
          <w:b w:val="0"/>
          <w:bCs w:val="0"/>
        </w:rPr>
        <w:t>sağlayan</w:t>
      </w:r>
      <w:proofErr w:type="spellEnd"/>
      <w:r w:rsidRPr="00F84906">
        <w:rPr>
          <w:rStyle w:val="Gl"/>
          <w:b w:val="0"/>
          <w:bCs w:val="0"/>
        </w:rPr>
        <w:t xml:space="preserve"> </w:t>
      </w:r>
      <w:proofErr w:type="spellStart"/>
      <w:r w:rsidRPr="00F84906">
        <w:rPr>
          <w:rStyle w:val="Gl"/>
          <w:b w:val="0"/>
          <w:bCs w:val="0"/>
        </w:rPr>
        <w:t>doktora</w:t>
      </w:r>
      <w:proofErr w:type="spellEnd"/>
      <w:r w:rsidRPr="00F84906">
        <w:rPr>
          <w:rStyle w:val="Gl"/>
          <w:b w:val="0"/>
          <w:bCs w:val="0"/>
        </w:rPr>
        <w:t xml:space="preserve"> </w:t>
      </w:r>
      <w:proofErr w:type="spellStart"/>
      <w:r w:rsidRPr="00F84906">
        <w:rPr>
          <w:rStyle w:val="Gl"/>
          <w:b w:val="0"/>
          <w:bCs w:val="0"/>
        </w:rPr>
        <w:t>tezleri</w:t>
      </w:r>
      <w:proofErr w:type="spellEnd"/>
      <w:r w:rsidRPr="00F84906">
        <w:rPr>
          <w:rStyle w:val="Gl"/>
          <w:b w:val="0"/>
          <w:bCs w:val="0"/>
        </w:rPr>
        <w:t xml:space="preserve"> </w:t>
      </w:r>
      <w:proofErr w:type="spellStart"/>
      <w:r w:rsidRPr="00F84906">
        <w:rPr>
          <w:rStyle w:val="Gl"/>
          <w:b w:val="0"/>
          <w:bCs w:val="0"/>
        </w:rPr>
        <w:t>başvurabilir</w:t>
      </w:r>
      <w:proofErr w:type="spellEnd"/>
      <w:r w:rsidRPr="00F84906">
        <w:rPr>
          <w:rStyle w:val="Gl"/>
          <w:b w:val="0"/>
          <w:bCs w:val="0"/>
        </w:rPr>
        <w:t>.</w:t>
      </w:r>
      <w:r w:rsidRPr="00F84906">
        <w:rPr>
          <w:b/>
          <w:bCs/>
        </w:rPr>
        <w:t xml:space="preserve"> </w:t>
      </w:r>
      <w:proofErr w:type="spellStart"/>
      <w:r w:rsidRPr="00F84906">
        <w:rPr>
          <w:rStyle w:val="Gl"/>
          <w:b w:val="0"/>
          <w:bCs w:val="0"/>
        </w:rPr>
        <w:t>Adayların</w:t>
      </w:r>
      <w:proofErr w:type="spellEnd"/>
      <w:r w:rsidRPr="00F84906">
        <w:rPr>
          <w:rStyle w:val="Gl"/>
          <w:b w:val="0"/>
          <w:bCs w:val="0"/>
        </w:rPr>
        <w:t xml:space="preserve"> </w:t>
      </w:r>
      <w:proofErr w:type="spellStart"/>
      <w:r w:rsidRPr="00F84906">
        <w:rPr>
          <w:rStyle w:val="Gl"/>
          <w:b w:val="0"/>
          <w:bCs w:val="0"/>
        </w:rPr>
        <w:t>Beyan</w:t>
      </w:r>
      <w:proofErr w:type="spellEnd"/>
      <w:r w:rsidRPr="00F84906">
        <w:rPr>
          <w:rStyle w:val="Gl"/>
          <w:b w:val="0"/>
          <w:bCs w:val="0"/>
        </w:rPr>
        <w:t xml:space="preserve"> </w:t>
      </w:r>
      <w:proofErr w:type="spellStart"/>
      <w:r w:rsidRPr="00F84906">
        <w:rPr>
          <w:rStyle w:val="Gl"/>
          <w:b w:val="0"/>
          <w:bCs w:val="0"/>
        </w:rPr>
        <w:t>Formunu</w:t>
      </w:r>
      <w:proofErr w:type="spellEnd"/>
      <w:r w:rsidRPr="00F84906">
        <w:rPr>
          <w:rStyle w:val="Gl"/>
          <w:b w:val="0"/>
          <w:bCs w:val="0"/>
        </w:rPr>
        <w:t xml:space="preserve"> </w:t>
      </w:r>
      <w:proofErr w:type="spellStart"/>
      <w:r w:rsidRPr="00F84906">
        <w:rPr>
          <w:rStyle w:val="Gl"/>
          <w:b w:val="0"/>
          <w:bCs w:val="0"/>
        </w:rPr>
        <w:t>doldururken</w:t>
      </w:r>
      <w:proofErr w:type="spellEnd"/>
      <w:r w:rsidRPr="00F84906">
        <w:rPr>
          <w:rStyle w:val="Gl"/>
          <w:b w:val="0"/>
          <w:bCs w:val="0"/>
        </w:rPr>
        <w:t xml:space="preserve"> Gazi </w:t>
      </w:r>
      <w:proofErr w:type="spellStart"/>
      <w:r w:rsidRPr="00F84906">
        <w:rPr>
          <w:rStyle w:val="Gl"/>
          <w:b w:val="0"/>
          <w:bCs w:val="0"/>
        </w:rPr>
        <w:t>Üniversitesi</w:t>
      </w:r>
      <w:proofErr w:type="spellEnd"/>
      <w:r w:rsidRPr="00F84906">
        <w:rPr>
          <w:rStyle w:val="Gl"/>
          <w:b w:val="0"/>
          <w:bCs w:val="0"/>
        </w:rPr>
        <w:t xml:space="preserve"> </w:t>
      </w:r>
      <w:proofErr w:type="spellStart"/>
      <w:r w:rsidRPr="00F84906">
        <w:rPr>
          <w:rStyle w:val="Gl"/>
          <w:b w:val="0"/>
          <w:bCs w:val="0"/>
        </w:rPr>
        <w:t>Sağlık</w:t>
      </w:r>
      <w:proofErr w:type="spellEnd"/>
      <w:r w:rsidRPr="00F84906">
        <w:rPr>
          <w:rStyle w:val="Gl"/>
          <w:b w:val="0"/>
          <w:bCs w:val="0"/>
        </w:rPr>
        <w:t xml:space="preserve"> </w:t>
      </w:r>
      <w:proofErr w:type="spellStart"/>
      <w:r w:rsidRPr="00F84906">
        <w:rPr>
          <w:rStyle w:val="Gl"/>
          <w:b w:val="0"/>
          <w:bCs w:val="0"/>
        </w:rPr>
        <w:t>Bilimleri</w:t>
      </w:r>
      <w:proofErr w:type="spellEnd"/>
      <w:r w:rsidRPr="00F84906">
        <w:rPr>
          <w:rStyle w:val="Gl"/>
          <w:b w:val="0"/>
          <w:bCs w:val="0"/>
        </w:rPr>
        <w:t xml:space="preserve"> </w:t>
      </w:r>
      <w:proofErr w:type="spellStart"/>
      <w:r w:rsidRPr="00F84906">
        <w:rPr>
          <w:rStyle w:val="Gl"/>
          <w:b w:val="0"/>
          <w:bCs w:val="0"/>
        </w:rPr>
        <w:t>Enstitüsü</w:t>
      </w:r>
      <w:proofErr w:type="spellEnd"/>
      <w:r w:rsidRPr="00F84906">
        <w:rPr>
          <w:rStyle w:val="Gl"/>
          <w:b w:val="0"/>
          <w:bCs w:val="0"/>
        </w:rPr>
        <w:t xml:space="preserve"> </w:t>
      </w:r>
      <w:proofErr w:type="spellStart"/>
      <w:r w:rsidRPr="00F84906">
        <w:rPr>
          <w:rStyle w:val="Gl"/>
          <w:b w:val="0"/>
          <w:bCs w:val="0"/>
        </w:rPr>
        <w:t>En</w:t>
      </w:r>
      <w:proofErr w:type="spellEnd"/>
      <w:r w:rsidRPr="00F84906">
        <w:rPr>
          <w:rStyle w:val="Gl"/>
          <w:b w:val="0"/>
          <w:bCs w:val="0"/>
        </w:rPr>
        <w:t xml:space="preserve"> </w:t>
      </w:r>
      <w:proofErr w:type="spellStart"/>
      <w:r w:rsidRPr="00F84906">
        <w:rPr>
          <w:rStyle w:val="Gl"/>
          <w:b w:val="0"/>
          <w:bCs w:val="0"/>
        </w:rPr>
        <w:t>Başarılı</w:t>
      </w:r>
      <w:proofErr w:type="spellEnd"/>
      <w:r w:rsidRPr="00F84906">
        <w:rPr>
          <w:rStyle w:val="Gl"/>
          <w:b w:val="0"/>
          <w:bCs w:val="0"/>
        </w:rPr>
        <w:t xml:space="preserve"> </w:t>
      </w:r>
      <w:proofErr w:type="spellStart"/>
      <w:r w:rsidRPr="00F84906">
        <w:rPr>
          <w:rStyle w:val="Gl"/>
          <w:b w:val="0"/>
          <w:bCs w:val="0"/>
        </w:rPr>
        <w:t>Doktora</w:t>
      </w:r>
      <w:proofErr w:type="spellEnd"/>
      <w:r w:rsidRPr="00F84906">
        <w:rPr>
          <w:rStyle w:val="Gl"/>
          <w:b w:val="0"/>
          <w:bCs w:val="0"/>
        </w:rPr>
        <w:t xml:space="preserve"> Tez </w:t>
      </w:r>
      <w:proofErr w:type="spellStart"/>
      <w:r w:rsidRPr="00F84906">
        <w:rPr>
          <w:rStyle w:val="Gl"/>
          <w:b w:val="0"/>
          <w:bCs w:val="0"/>
        </w:rPr>
        <w:t>Ödülleri</w:t>
      </w:r>
      <w:proofErr w:type="spellEnd"/>
      <w:r w:rsidRPr="00F84906">
        <w:rPr>
          <w:rStyle w:val="Gl"/>
          <w:b w:val="0"/>
          <w:bCs w:val="0"/>
        </w:rPr>
        <w:t xml:space="preserve"> </w:t>
      </w:r>
      <w:proofErr w:type="spellStart"/>
      <w:r w:rsidRPr="00F84906">
        <w:rPr>
          <w:rStyle w:val="Gl"/>
          <w:b w:val="0"/>
          <w:bCs w:val="0"/>
        </w:rPr>
        <w:t>Yarışması</w:t>
      </w:r>
      <w:proofErr w:type="spellEnd"/>
      <w:r w:rsidRPr="00F84906">
        <w:rPr>
          <w:rStyle w:val="Gl"/>
          <w:b w:val="0"/>
          <w:bCs w:val="0"/>
        </w:rPr>
        <w:t xml:space="preserve"> </w:t>
      </w:r>
      <w:proofErr w:type="spellStart"/>
      <w:r w:rsidRPr="00F84906">
        <w:rPr>
          <w:rStyle w:val="Gl"/>
          <w:b w:val="0"/>
          <w:bCs w:val="0"/>
        </w:rPr>
        <w:t>Başvuru</w:t>
      </w:r>
      <w:proofErr w:type="spellEnd"/>
      <w:r w:rsidRPr="00F84906">
        <w:rPr>
          <w:rStyle w:val="Gl"/>
          <w:b w:val="0"/>
          <w:bCs w:val="0"/>
        </w:rPr>
        <w:t xml:space="preserve"> </w:t>
      </w:r>
      <w:proofErr w:type="spellStart"/>
      <w:r w:rsidRPr="00F84906">
        <w:rPr>
          <w:rStyle w:val="Gl"/>
          <w:b w:val="0"/>
          <w:bCs w:val="0"/>
        </w:rPr>
        <w:t>ve</w:t>
      </w:r>
      <w:proofErr w:type="spellEnd"/>
      <w:r w:rsidRPr="00F84906">
        <w:rPr>
          <w:rStyle w:val="Gl"/>
          <w:b w:val="0"/>
          <w:bCs w:val="0"/>
        </w:rPr>
        <w:t xml:space="preserve"> </w:t>
      </w:r>
      <w:proofErr w:type="spellStart"/>
      <w:r w:rsidRPr="00F84906">
        <w:rPr>
          <w:rStyle w:val="Gl"/>
          <w:b w:val="0"/>
          <w:bCs w:val="0"/>
        </w:rPr>
        <w:t>Değerlendirme</w:t>
      </w:r>
      <w:proofErr w:type="spellEnd"/>
      <w:r w:rsidRPr="00F84906">
        <w:rPr>
          <w:rStyle w:val="Gl"/>
          <w:b w:val="0"/>
          <w:bCs w:val="0"/>
        </w:rPr>
        <w:t xml:space="preserve"> </w:t>
      </w:r>
      <w:proofErr w:type="spellStart"/>
      <w:r w:rsidRPr="00F84906">
        <w:rPr>
          <w:rStyle w:val="Gl"/>
          <w:b w:val="0"/>
          <w:bCs w:val="0"/>
        </w:rPr>
        <w:t>Kriterleri</w:t>
      </w:r>
      <w:proofErr w:type="spellEnd"/>
      <w:r w:rsidRPr="00F84906">
        <w:rPr>
          <w:rStyle w:val="Gl"/>
          <w:b w:val="0"/>
          <w:bCs w:val="0"/>
        </w:rPr>
        <w:t xml:space="preserve"> </w:t>
      </w:r>
      <w:proofErr w:type="spellStart"/>
      <w:r w:rsidRPr="00F84906">
        <w:rPr>
          <w:rStyle w:val="Gl"/>
          <w:b w:val="0"/>
          <w:bCs w:val="0"/>
        </w:rPr>
        <w:t>sayfasını</w:t>
      </w:r>
      <w:proofErr w:type="spellEnd"/>
      <w:r w:rsidRPr="00F84906">
        <w:rPr>
          <w:rStyle w:val="Gl"/>
          <w:b w:val="0"/>
          <w:bCs w:val="0"/>
        </w:rPr>
        <w:t xml:space="preserve"> </w:t>
      </w:r>
      <w:proofErr w:type="spellStart"/>
      <w:r w:rsidRPr="00F84906">
        <w:rPr>
          <w:rStyle w:val="Gl"/>
          <w:b w:val="0"/>
          <w:bCs w:val="0"/>
        </w:rPr>
        <w:t>esas</w:t>
      </w:r>
      <w:proofErr w:type="spellEnd"/>
      <w:r w:rsidRPr="00F84906">
        <w:rPr>
          <w:rStyle w:val="Gl"/>
          <w:b w:val="0"/>
          <w:bCs w:val="0"/>
        </w:rPr>
        <w:t xml:space="preserve"> </w:t>
      </w:r>
      <w:proofErr w:type="spellStart"/>
      <w:r w:rsidRPr="00F84906">
        <w:rPr>
          <w:rStyle w:val="Gl"/>
          <w:b w:val="0"/>
          <w:bCs w:val="0"/>
        </w:rPr>
        <w:t>almaları</w:t>
      </w:r>
      <w:proofErr w:type="spellEnd"/>
      <w:r w:rsidRPr="00F84906">
        <w:rPr>
          <w:rStyle w:val="Gl"/>
          <w:b w:val="0"/>
          <w:bCs w:val="0"/>
        </w:rPr>
        <w:t xml:space="preserve"> </w:t>
      </w:r>
      <w:proofErr w:type="spellStart"/>
      <w:r w:rsidRPr="00F84906">
        <w:rPr>
          <w:rStyle w:val="Gl"/>
          <w:b w:val="0"/>
          <w:bCs w:val="0"/>
        </w:rPr>
        <w:t>gerekmektedir</w:t>
      </w:r>
      <w:proofErr w:type="spellEnd"/>
      <w:r w:rsidRPr="00F84906">
        <w:rPr>
          <w:rStyle w:val="Gl"/>
          <w:b w:val="0"/>
          <w:bCs w:val="0"/>
        </w:rPr>
        <w:t xml:space="preserve">. </w:t>
      </w:r>
      <w:proofErr w:type="spellStart"/>
      <w:r w:rsidRPr="00F84906">
        <w:rPr>
          <w:rStyle w:val="Gl"/>
          <w:b w:val="0"/>
          <w:bCs w:val="0"/>
        </w:rPr>
        <w:t>Formda</w:t>
      </w:r>
      <w:proofErr w:type="spellEnd"/>
      <w:r w:rsidRPr="00F84906">
        <w:rPr>
          <w:rStyle w:val="Gl"/>
          <w:b w:val="0"/>
          <w:bCs w:val="0"/>
        </w:rPr>
        <w:t xml:space="preserve"> </w:t>
      </w:r>
      <w:proofErr w:type="spellStart"/>
      <w:r w:rsidRPr="00F84906">
        <w:rPr>
          <w:rStyle w:val="Gl"/>
          <w:b w:val="0"/>
          <w:bCs w:val="0"/>
        </w:rPr>
        <w:t>yalnızca</w:t>
      </w:r>
      <w:proofErr w:type="spellEnd"/>
      <w:r w:rsidRPr="00F84906">
        <w:rPr>
          <w:rStyle w:val="Gl"/>
          <w:b w:val="0"/>
          <w:bCs w:val="0"/>
        </w:rPr>
        <w:t xml:space="preserve"> </w:t>
      </w:r>
      <w:proofErr w:type="spellStart"/>
      <w:r w:rsidRPr="00F84906">
        <w:rPr>
          <w:rStyle w:val="Gl"/>
          <w:b w:val="0"/>
          <w:bCs w:val="0"/>
        </w:rPr>
        <w:t>doktora</w:t>
      </w:r>
      <w:proofErr w:type="spellEnd"/>
      <w:r w:rsidRPr="00F84906">
        <w:rPr>
          <w:rStyle w:val="Gl"/>
          <w:b w:val="0"/>
          <w:bCs w:val="0"/>
        </w:rPr>
        <w:t xml:space="preserve"> </w:t>
      </w:r>
      <w:proofErr w:type="spellStart"/>
      <w:r w:rsidRPr="00F84906">
        <w:rPr>
          <w:rStyle w:val="Gl"/>
          <w:b w:val="0"/>
          <w:bCs w:val="0"/>
        </w:rPr>
        <w:t>teziyle</w:t>
      </w:r>
      <w:proofErr w:type="spellEnd"/>
      <w:r w:rsidRPr="00F84906">
        <w:rPr>
          <w:rStyle w:val="Gl"/>
          <w:b w:val="0"/>
          <w:bCs w:val="0"/>
        </w:rPr>
        <w:t xml:space="preserve"> </w:t>
      </w:r>
      <w:proofErr w:type="spellStart"/>
      <w:r w:rsidRPr="00F84906">
        <w:rPr>
          <w:rStyle w:val="Gl"/>
          <w:b w:val="0"/>
          <w:bCs w:val="0"/>
        </w:rPr>
        <w:t>doğrudan</w:t>
      </w:r>
      <w:proofErr w:type="spellEnd"/>
      <w:r w:rsidRPr="00F84906">
        <w:rPr>
          <w:rStyle w:val="Gl"/>
          <w:b w:val="0"/>
          <w:bCs w:val="0"/>
        </w:rPr>
        <w:t xml:space="preserve"> </w:t>
      </w:r>
      <w:proofErr w:type="spellStart"/>
      <w:r w:rsidRPr="00F84906">
        <w:rPr>
          <w:rStyle w:val="Gl"/>
          <w:b w:val="0"/>
          <w:bCs w:val="0"/>
        </w:rPr>
        <w:t>ilişkili</w:t>
      </w:r>
      <w:proofErr w:type="spellEnd"/>
      <w:r w:rsidRPr="00F84906">
        <w:rPr>
          <w:rStyle w:val="Gl"/>
          <w:b w:val="0"/>
          <w:bCs w:val="0"/>
        </w:rPr>
        <w:t xml:space="preserve"> </w:t>
      </w:r>
      <w:proofErr w:type="spellStart"/>
      <w:r w:rsidRPr="00F84906">
        <w:rPr>
          <w:rStyle w:val="Gl"/>
          <w:b w:val="0"/>
          <w:bCs w:val="0"/>
        </w:rPr>
        <w:t>ve</w:t>
      </w:r>
      <w:proofErr w:type="spellEnd"/>
      <w:r w:rsidRPr="00F84906">
        <w:rPr>
          <w:rStyle w:val="Gl"/>
          <w:b w:val="0"/>
          <w:bCs w:val="0"/>
        </w:rPr>
        <w:t xml:space="preserve"> </w:t>
      </w:r>
      <w:proofErr w:type="spellStart"/>
      <w:r w:rsidRPr="00F84906">
        <w:rPr>
          <w:rStyle w:val="Gl"/>
          <w:b w:val="0"/>
          <w:bCs w:val="0"/>
        </w:rPr>
        <w:t>değerlendirme</w:t>
      </w:r>
      <w:proofErr w:type="spellEnd"/>
      <w:r w:rsidRPr="00F84906">
        <w:rPr>
          <w:rStyle w:val="Gl"/>
          <w:b w:val="0"/>
          <w:bCs w:val="0"/>
        </w:rPr>
        <w:t xml:space="preserve"> </w:t>
      </w:r>
      <w:proofErr w:type="spellStart"/>
      <w:r w:rsidRPr="00F84906">
        <w:rPr>
          <w:rStyle w:val="Gl"/>
          <w:b w:val="0"/>
          <w:bCs w:val="0"/>
        </w:rPr>
        <w:t>kriterlerinde</w:t>
      </w:r>
      <w:proofErr w:type="spellEnd"/>
      <w:r w:rsidRPr="00F84906">
        <w:rPr>
          <w:rStyle w:val="Gl"/>
          <w:b w:val="0"/>
          <w:bCs w:val="0"/>
        </w:rPr>
        <w:t xml:space="preserve"> </w:t>
      </w:r>
      <w:proofErr w:type="spellStart"/>
      <w:r w:rsidRPr="00F84906">
        <w:rPr>
          <w:rStyle w:val="Gl"/>
          <w:b w:val="0"/>
          <w:bCs w:val="0"/>
        </w:rPr>
        <w:t>belirtilen</w:t>
      </w:r>
      <w:proofErr w:type="spellEnd"/>
      <w:r w:rsidRPr="00F84906">
        <w:rPr>
          <w:rStyle w:val="Gl"/>
          <w:b w:val="0"/>
          <w:bCs w:val="0"/>
        </w:rPr>
        <w:t xml:space="preserve"> </w:t>
      </w:r>
      <w:proofErr w:type="spellStart"/>
      <w:r w:rsidRPr="00F84906">
        <w:rPr>
          <w:rStyle w:val="Gl"/>
          <w:b w:val="0"/>
          <w:bCs w:val="0"/>
        </w:rPr>
        <w:t>şartları</w:t>
      </w:r>
      <w:proofErr w:type="spellEnd"/>
      <w:r w:rsidRPr="00F84906">
        <w:rPr>
          <w:rStyle w:val="Gl"/>
          <w:b w:val="0"/>
          <w:bCs w:val="0"/>
        </w:rPr>
        <w:t xml:space="preserve"> </w:t>
      </w:r>
      <w:proofErr w:type="spellStart"/>
      <w:r w:rsidRPr="00F84906">
        <w:rPr>
          <w:rStyle w:val="Gl"/>
          <w:b w:val="0"/>
          <w:bCs w:val="0"/>
        </w:rPr>
        <w:t>sağlayan</w:t>
      </w:r>
      <w:proofErr w:type="spellEnd"/>
      <w:r w:rsidRPr="00F84906">
        <w:rPr>
          <w:rStyle w:val="Gl"/>
          <w:b w:val="0"/>
          <w:bCs w:val="0"/>
        </w:rPr>
        <w:t xml:space="preserve"> </w:t>
      </w:r>
      <w:proofErr w:type="spellStart"/>
      <w:r w:rsidRPr="00F84906">
        <w:rPr>
          <w:rStyle w:val="Gl"/>
          <w:b w:val="0"/>
          <w:bCs w:val="0"/>
        </w:rPr>
        <w:t>akademik</w:t>
      </w:r>
      <w:proofErr w:type="spellEnd"/>
      <w:r w:rsidRPr="00F84906">
        <w:rPr>
          <w:rStyle w:val="Gl"/>
          <w:b w:val="0"/>
          <w:bCs w:val="0"/>
        </w:rPr>
        <w:t xml:space="preserve"> </w:t>
      </w:r>
      <w:proofErr w:type="spellStart"/>
      <w:r w:rsidRPr="00F84906">
        <w:rPr>
          <w:rStyle w:val="Gl"/>
          <w:b w:val="0"/>
          <w:bCs w:val="0"/>
        </w:rPr>
        <w:t>faaliyetler</w:t>
      </w:r>
      <w:proofErr w:type="spellEnd"/>
      <w:r w:rsidRPr="00F84906">
        <w:rPr>
          <w:rStyle w:val="Gl"/>
          <w:b w:val="0"/>
          <w:bCs w:val="0"/>
        </w:rPr>
        <w:t xml:space="preserve"> </w:t>
      </w:r>
      <w:proofErr w:type="spellStart"/>
      <w:r w:rsidRPr="00F84906">
        <w:rPr>
          <w:rStyle w:val="Gl"/>
          <w:b w:val="0"/>
          <w:bCs w:val="0"/>
        </w:rPr>
        <w:t>beyan</w:t>
      </w:r>
      <w:proofErr w:type="spellEnd"/>
      <w:r w:rsidRPr="00F84906">
        <w:rPr>
          <w:rStyle w:val="Gl"/>
          <w:b w:val="0"/>
          <w:bCs w:val="0"/>
        </w:rPr>
        <w:t xml:space="preserve"> </w:t>
      </w:r>
      <w:proofErr w:type="spellStart"/>
      <w:r w:rsidRPr="00F84906">
        <w:rPr>
          <w:rStyle w:val="Gl"/>
          <w:b w:val="0"/>
          <w:bCs w:val="0"/>
        </w:rPr>
        <w:t>edilmeli</w:t>
      </w:r>
      <w:proofErr w:type="spellEnd"/>
      <w:r w:rsidRPr="00F84906">
        <w:rPr>
          <w:rStyle w:val="Gl"/>
          <w:b w:val="0"/>
          <w:bCs w:val="0"/>
        </w:rPr>
        <w:t xml:space="preserve">; </w:t>
      </w:r>
      <w:proofErr w:type="spellStart"/>
      <w:r w:rsidRPr="00F84906">
        <w:rPr>
          <w:rStyle w:val="Gl"/>
          <w:b w:val="0"/>
          <w:bCs w:val="0"/>
        </w:rPr>
        <w:t>ilgili</w:t>
      </w:r>
      <w:proofErr w:type="spellEnd"/>
      <w:r w:rsidRPr="00F84906">
        <w:rPr>
          <w:rStyle w:val="Gl"/>
          <w:b w:val="0"/>
          <w:bCs w:val="0"/>
        </w:rPr>
        <w:t xml:space="preserve"> </w:t>
      </w:r>
      <w:proofErr w:type="spellStart"/>
      <w:r w:rsidRPr="00F84906">
        <w:rPr>
          <w:rStyle w:val="Gl"/>
          <w:b w:val="0"/>
          <w:bCs w:val="0"/>
        </w:rPr>
        <w:t>faaliyetlerin</w:t>
      </w:r>
      <w:proofErr w:type="spellEnd"/>
      <w:r w:rsidRPr="00F84906">
        <w:rPr>
          <w:rStyle w:val="Gl"/>
          <w:b w:val="0"/>
          <w:bCs w:val="0"/>
        </w:rPr>
        <w:t xml:space="preserve"> </w:t>
      </w:r>
      <w:proofErr w:type="spellStart"/>
      <w:r w:rsidRPr="00F84906">
        <w:rPr>
          <w:rStyle w:val="Gl"/>
          <w:b w:val="0"/>
          <w:bCs w:val="0"/>
        </w:rPr>
        <w:t>puanları</w:t>
      </w:r>
      <w:proofErr w:type="spellEnd"/>
      <w:r w:rsidRPr="00F84906">
        <w:rPr>
          <w:rStyle w:val="Gl"/>
          <w:b w:val="0"/>
          <w:bCs w:val="0"/>
        </w:rPr>
        <w:t xml:space="preserve">, </w:t>
      </w:r>
      <w:proofErr w:type="spellStart"/>
      <w:r w:rsidRPr="00F84906">
        <w:rPr>
          <w:rStyle w:val="Gl"/>
          <w:b w:val="0"/>
          <w:bCs w:val="0"/>
        </w:rPr>
        <w:t>varsa</w:t>
      </w:r>
      <w:proofErr w:type="spellEnd"/>
      <w:r w:rsidRPr="00F84906">
        <w:rPr>
          <w:rStyle w:val="Gl"/>
          <w:b w:val="0"/>
          <w:bCs w:val="0"/>
        </w:rPr>
        <w:t xml:space="preserve"> </w:t>
      </w:r>
      <w:proofErr w:type="spellStart"/>
      <w:r w:rsidRPr="00F84906">
        <w:rPr>
          <w:rStyle w:val="Gl"/>
          <w:b w:val="0"/>
          <w:bCs w:val="0"/>
        </w:rPr>
        <w:t>puan</w:t>
      </w:r>
      <w:proofErr w:type="spellEnd"/>
      <w:r w:rsidRPr="00F84906">
        <w:rPr>
          <w:rStyle w:val="Gl"/>
          <w:b w:val="0"/>
          <w:bCs w:val="0"/>
        </w:rPr>
        <w:t xml:space="preserve"> </w:t>
      </w:r>
      <w:proofErr w:type="spellStart"/>
      <w:r w:rsidRPr="00F84906">
        <w:rPr>
          <w:rStyle w:val="Gl"/>
          <w:b w:val="0"/>
          <w:bCs w:val="0"/>
        </w:rPr>
        <w:t>üst</w:t>
      </w:r>
      <w:proofErr w:type="spellEnd"/>
      <w:r w:rsidRPr="00F84906">
        <w:rPr>
          <w:rStyle w:val="Gl"/>
          <w:b w:val="0"/>
          <w:bCs w:val="0"/>
        </w:rPr>
        <w:t xml:space="preserve"> </w:t>
      </w:r>
      <w:proofErr w:type="spellStart"/>
      <w:r w:rsidRPr="00F84906">
        <w:rPr>
          <w:rStyle w:val="Gl"/>
          <w:b w:val="0"/>
          <w:bCs w:val="0"/>
        </w:rPr>
        <w:t>sınırları</w:t>
      </w:r>
      <w:proofErr w:type="spellEnd"/>
      <w:r w:rsidRPr="00F84906">
        <w:rPr>
          <w:rStyle w:val="Gl"/>
          <w:b w:val="0"/>
          <w:bCs w:val="0"/>
        </w:rPr>
        <w:t xml:space="preserve"> </w:t>
      </w:r>
      <w:proofErr w:type="spellStart"/>
      <w:r w:rsidRPr="00F84906">
        <w:rPr>
          <w:rStyle w:val="Gl"/>
          <w:b w:val="0"/>
          <w:bCs w:val="0"/>
        </w:rPr>
        <w:t>ve</w:t>
      </w:r>
      <w:proofErr w:type="spellEnd"/>
      <w:r w:rsidRPr="00F84906">
        <w:rPr>
          <w:rStyle w:val="Gl"/>
          <w:b w:val="0"/>
          <w:bCs w:val="0"/>
        </w:rPr>
        <w:t xml:space="preserve"> </w:t>
      </w:r>
      <w:proofErr w:type="spellStart"/>
      <w:r w:rsidRPr="00F84906">
        <w:rPr>
          <w:rStyle w:val="Gl"/>
          <w:b w:val="0"/>
          <w:bCs w:val="0"/>
        </w:rPr>
        <w:t>sunulması</w:t>
      </w:r>
      <w:proofErr w:type="spellEnd"/>
      <w:r w:rsidRPr="00F84906">
        <w:rPr>
          <w:rStyle w:val="Gl"/>
          <w:b w:val="0"/>
          <w:bCs w:val="0"/>
        </w:rPr>
        <w:t xml:space="preserve"> </w:t>
      </w:r>
      <w:proofErr w:type="spellStart"/>
      <w:r w:rsidRPr="00F84906">
        <w:rPr>
          <w:rStyle w:val="Gl"/>
          <w:b w:val="0"/>
          <w:bCs w:val="0"/>
        </w:rPr>
        <w:t>gereken</w:t>
      </w:r>
      <w:proofErr w:type="spellEnd"/>
      <w:r w:rsidRPr="00F84906">
        <w:rPr>
          <w:rStyle w:val="Gl"/>
          <w:b w:val="0"/>
          <w:bCs w:val="0"/>
        </w:rPr>
        <w:t xml:space="preserve"> </w:t>
      </w:r>
      <w:proofErr w:type="spellStart"/>
      <w:r w:rsidRPr="00F84906">
        <w:rPr>
          <w:rStyle w:val="Gl"/>
          <w:b w:val="0"/>
          <w:bCs w:val="0"/>
        </w:rPr>
        <w:t>belgeler</w:t>
      </w:r>
      <w:proofErr w:type="spellEnd"/>
      <w:r w:rsidRPr="00F84906">
        <w:rPr>
          <w:rStyle w:val="Gl"/>
          <w:b w:val="0"/>
          <w:bCs w:val="0"/>
        </w:rPr>
        <w:t xml:space="preserve"> </w:t>
      </w:r>
      <w:proofErr w:type="spellStart"/>
      <w:r w:rsidRPr="00F84906">
        <w:rPr>
          <w:rStyle w:val="Gl"/>
          <w:b w:val="0"/>
          <w:bCs w:val="0"/>
        </w:rPr>
        <w:t>dikkate</w:t>
      </w:r>
      <w:proofErr w:type="spellEnd"/>
      <w:r w:rsidRPr="00F84906">
        <w:rPr>
          <w:rStyle w:val="Gl"/>
          <w:b w:val="0"/>
          <w:bCs w:val="0"/>
        </w:rPr>
        <w:t xml:space="preserve"> </w:t>
      </w:r>
      <w:proofErr w:type="spellStart"/>
      <w:r w:rsidRPr="00F84906">
        <w:rPr>
          <w:rStyle w:val="Gl"/>
          <w:b w:val="0"/>
          <w:bCs w:val="0"/>
        </w:rPr>
        <w:t>alınarak</w:t>
      </w:r>
      <w:proofErr w:type="spellEnd"/>
      <w:r w:rsidRPr="00F84906">
        <w:rPr>
          <w:rStyle w:val="Gl"/>
          <w:b w:val="0"/>
          <w:bCs w:val="0"/>
        </w:rPr>
        <w:t xml:space="preserve"> form </w:t>
      </w:r>
      <w:proofErr w:type="spellStart"/>
      <w:r w:rsidRPr="00F84906">
        <w:rPr>
          <w:rStyle w:val="Gl"/>
          <w:b w:val="0"/>
          <w:bCs w:val="0"/>
        </w:rPr>
        <w:t>eksiksiz</w:t>
      </w:r>
      <w:proofErr w:type="spellEnd"/>
      <w:r w:rsidRPr="00F84906">
        <w:rPr>
          <w:rStyle w:val="Gl"/>
          <w:b w:val="0"/>
          <w:bCs w:val="0"/>
        </w:rPr>
        <w:t xml:space="preserve"> </w:t>
      </w:r>
      <w:proofErr w:type="spellStart"/>
      <w:r w:rsidRPr="00F84906">
        <w:rPr>
          <w:rStyle w:val="Gl"/>
          <w:b w:val="0"/>
          <w:bCs w:val="0"/>
        </w:rPr>
        <w:t>doldurulmalıdır</w:t>
      </w:r>
      <w:proofErr w:type="spellEnd"/>
      <w:r w:rsidRPr="00F84906">
        <w:rPr>
          <w:rStyle w:val="Gl"/>
          <w:b w:val="0"/>
          <w:bCs w:val="0"/>
        </w:rPr>
        <w:t xml:space="preserve">. </w:t>
      </w:r>
      <w:proofErr w:type="spellStart"/>
      <w:r w:rsidRPr="00F84906">
        <w:rPr>
          <w:rStyle w:val="Gl"/>
          <w:b w:val="0"/>
          <w:bCs w:val="0"/>
        </w:rPr>
        <w:t>Beyan</w:t>
      </w:r>
      <w:proofErr w:type="spellEnd"/>
      <w:r w:rsidRPr="00F84906">
        <w:rPr>
          <w:rStyle w:val="Gl"/>
          <w:b w:val="0"/>
          <w:bCs w:val="0"/>
        </w:rPr>
        <w:t xml:space="preserve"> </w:t>
      </w:r>
      <w:proofErr w:type="spellStart"/>
      <w:r w:rsidRPr="00F84906">
        <w:rPr>
          <w:rStyle w:val="Gl"/>
          <w:b w:val="0"/>
          <w:bCs w:val="0"/>
        </w:rPr>
        <w:t>edilen</w:t>
      </w:r>
      <w:proofErr w:type="spellEnd"/>
      <w:r w:rsidRPr="00F84906">
        <w:rPr>
          <w:rStyle w:val="Gl"/>
          <w:b w:val="0"/>
          <w:bCs w:val="0"/>
        </w:rPr>
        <w:t xml:space="preserve"> </w:t>
      </w:r>
      <w:proofErr w:type="spellStart"/>
      <w:r w:rsidRPr="00F84906">
        <w:rPr>
          <w:rStyle w:val="Gl"/>
          <w:b w:val="0"/>
          <w:bCs w:val="0"/>
        </w:rPr>
        <w:t>bilgiler</w:t>
      </w:r>
      <w:proofErr w:type="spellEnd"/>
      <w:r w:rsidRPr="00F84906">
        <w:rPr>
          <w:rStyle w:val="Gl"/>
          <w:b w:val="0"/>
          <w:bCs w:val="0"/>
        </w:rPr>
        <w:t xml:space="preserve"> </w:t>
      </w:r>
      <w:proofErr w:type="spellStart"/>
      <w:r w:rsidRPr="00F84906">
        <w:rPr>
          <w:rStyle w:val="Gl"/>
          <w:b w:val="0"/>
          <w:bCs w:val="0"/>
        </w:rPr>
        <w:t>ile</w:t>
      </w:r>
      <w:proofErr w:type="spellEnd"/>
      <w:r w:rsidRPr="00F84906">
        <w:rPr>
          <w:rStyle w:val="Gl"/>
          <w:b w:val="0"/>
          <w:bCs w:val="0"/>
        </w:rPr>
        <w:t xml:space="preserve"> </w:t>
      </w:r>
      <w:proofErr w:type="spellStart"/>
      <w:r w:rsidRPr="00F84906">
        <w:rPr>
          <w:rStyle w:val="Gl"/>
          <w:b w:val="0"/>
          <w:bCs w:val="0"/>
        </w:rPr>
        <w:t>sunulan</w:t>
      </w:r>
      <w:proofErr w:type="spellEnd"/>
      <w:r w:rsidRPr="00F84906">
        <w:rPr>
          <w:rStyle w:val="Gl"/>
          <w:b w:val="0"/>
          <w:bCs w:val="0"/>
        </w:rPr>
        <w:t xml:space="preserve"> </w:t>
      </w:r>
      <w:proofErr w:type="spellStart"/>
      <w:r w:rsidR="00F3338F">
        <w:rPr>
          <w:rStyle w:val="Gl"/>
          <w:b w:val="0"/>
          <w:bCs w:val="0"/>
        </w:rPr>
        <w:t>kanıt</w:t>
      </w:r>
      <w:proofErr w:type="spellEnd"/>
      <w:r w:rsidR="00F3338F">
        <w:rPr>
          <w:rStyle w:val="Gl"/>
          <w:b w:val="0"/>
          <w:bCs w:val="0"/>
        </w:rPr>
        <w:t xml:space="preserve"> </w:t>
      </w:r>
      <w:proofErr w:type="spellStart"/>
      <w:r w:rsidR="00F3338F">
        <w:rPr>
          <w:rStyle w:val="Gl"/>
          <w:b w:val="0"/>
          <w:bCs w:val="0"/>
        </w:rPr>
        <w:t>niteliğindeki</w:t>
      </w:r>
      <w:proofErr w:type="spellEnd"/>
      <w:r w:rsidR="00F3338F">
        <w:rPr>
          <w:rStyle w:val="Gl"/>
          <w:b w:val="0"/>
          <w:bCs w:val="0"/>
        </w:rPr>
        <w:t xml:space="preserve"> </w:t>
      </w:r>
      <w:proofErr w:type="spellStart"/>
      <w:r w:rsidRPr="00F84906">
        <w:rPr>
          <w:rStyle w:val="Gl"/>
          <w:b w:val="0"/>
          <w:bCs w:val="0"/>
        </w:rPr>
        <w:t>belgelerin</w:t>
      </w:r>
      <w:proofErr w:type="spellEnd"/>
      <w:r w:rsidR="00F3338F">
        <w:rPr>
          <w:rStyle w:val="Gl"/>
          <w:b w:val="0"/>
          <w:bCs w:val="0"/>
        </w:rPr>
        <w:t xml:space="preserve"> (</w:t>
      </w:r>
      <w:proofErr w:type="spellStart"/>
      <w:r w:rsidR="00F3338F">
        <w:rPr>
          <w:rStyle w:val="Gl"/>
          <w:b w:val="0"/>
          <w:bCs w:val="0"/>
        </w:rPr>
        <w:t>Belge</w:t>
      </w:r>
      <w:proofErr w:type="spellEnd"/>
      <w:r w:rsidR="00F3338F">
        <w:rPr>
          <w:rStyle w:val="Gl"/>
          <w:b w:val="0"/>
          <w:bCs w:val="0"/>
        </w:rPr>
        <w:t xml:space="preserve"> No)</w:t>
      </w:r>
      <w:r w:rsidRPr="00F84906">
        <w:rPr>
          <w:rStyle w:val="Gl"/>
          <w:b w:val="0"/>
          <w:bCs w:val="0"/>
        </w:rPr>
        <w:t xml:space="preserve"> </w:t>
      </w:r>
      <w:proofErr w:type="spellStart"/>
      <w:r w:rsidRPr="00F84906">
        <w:rPr>
          <w:rStyle w:val="Gl"/>
          <w:b w:val="0"/>
          <w:bCs w:val="0"/>
        </w:rPr>
        <w:t>birbiriyle</w:t>
      </w:r>
      <w:proofErr w:type="spellEnd"/>
      <w:r w:rsidRPr="00F84906">
        <w:rPr>
          <w:rStyle w:val="Gl"/>
          <w:b w:val="0"/>
          <w:bCs w:val="0"/>
        </w:rPr>
        <w:t xml:space="preserve"> </w:t>
      </w:r>
      <w:proofErr w:type="spellStart"/>
      <w:r w:rsidRPr="00F84906">
        <w:rPr>
          <w:rStyle w:val="Gl"/>
          <w:b w:val="0"/>
          <w:bCs w:val="0"/>
        </w:rPr>
        <w:t>uyumlu</w:t>
      </w:r>
      <w:proofErr w:type="spellEnd"/>
      <w:r w:rsidRPr="00F84906">
        <w:rPr>
          <w:rStyle w:val="Gl"/>
          <w:b w:val="0"/>
          <w:bCs w:val="0"/>
        </w:rPr>
        <w:t xml:space="preserve"> </w:t>
      </w:r>
      <w:proofErr w:type="spellStart"/>
      <w:r w:rsidRPr="00F84906">
        <w:rPr>
          <w:rStyle w:val="Gl"/>
          <w:b w:val="0"/>
          <w:bCs w:val="0"/>
        </w:rPr>
        <w:t>olması</w:t>
      </w:r>
      <w:proofErr w:type="spellEnd"/>
      <w:r w:rsidRPr="00F84906">
        <w:rPr>
          <w:rStyle w:val="Gl"/>
          <w:b w:val="0"/>
          <w:bCs w:val="0"/>
        </w:rPr>
        <w:t xml:space="preserve"> </w:t>
      </w:r>
      <w:proofErr w:type="spellStart"/>
      <w:r w:rsidRPr="00F84906">
        <w:rPr>
          <w:rStyle w:val="Gl"/>
          <w:b w:val="0"/>
          <w:bCs w:val="0"/>
        </w:rPr>
        <w:t>ve</w:t>
      </w:r>
      <w:proofErr w:type="spellEnd"/>
      <w:r w:rsidRPr="00F84906">
        <w:rPr>
          <w:rStyle w:val="Gl"/>
          <w:b w:val="0"/>
          <w:bCs w:val="0"/>
        </w:rPr>
        <w:t xml:space="preserve"> </w:t>
      </w:r>
      <w:proofErr w:type="spellStart"/>
      <w:r w:rsidRPr="00F84906">
        <w:rPr>
          <w:rStyle w:val="Gl"/>
          <w:b w:val="0"/>
          <w:bCs w:val="0"/>
        </w:rPr>
        <w:t>aynı</w:t>
      </w:r>
      <w:proofErr w:type="spellEnd"/>
      <w:r w:rsidRPr="00F84906">
        <w:rPr>
          <w:rStyle w:val="Gl"/>
          <w:b w:val="0"/>
          <w:bCs w:val="0"/>
        </w:rPr>
        <w:t xml:space="preserve"> </w:t>
      </w:r>
      <w:proofErr w:type="spellStart"/>
      <w:r w:rsidRPr="00F84906">
        <w:rPr>
          <w:rStyle w:val="Gl"/>
          <w:b w:val="0"/>
          <w:bCs w:val="0"/>
        </w:rPr>
        <w:t>faaliyet</w:t>
      </w:r>
      <w:proofErr w:type="spellEnd"/>
      <w:r w:rsidRPr="00F84906">
        <w:rPr>
          <w:rStyle w:val="Gl"/>
          <w:b w:val="0"/>
          <w:bCs w:val="0"/>
        </w:rPr>
        <w:t xml:space="preserve"> </w:t>
      </w:r>
      <w:proofErr w:type="spellStart"/>
      <w:r w:rsidRPr="00F84906">
        <w:rPr>
          <w:rStyle w:val="Gl"/>
          <w:b w:val="0"/>
          <w:bCs w:val="0"/>
        </w:rPr>
        <w:t>veya</w:t>
      </w:r>
      <w:proofErr w:type="spellEnd"/>
      <w:r w:rsidRPr="00F84906">
        <w:rPr>
          <w:rStyle w:val="Gl"/>
          <w:b w:val="0"/>
          <w:bCs w:val="0"/>
        </w:rPr>
        <w:t xml:space="preserve"> </w:t>
      </w:r>
      <w:proofErr w:type="spellStart"/>
      <w:r w:rsidRPr="00F84906">
        <w:rPr>
          <w:rStyle w:val="Gl"/>
          <w:b w:val="0"/>
          <w:bCs w:val="0"/>
        </w:rPr>
        <w:t>akademik</w:t>
      </w:r>
      <w:proofErr w:type="spellEnd"/>
      <w:r w:rsidRPr="00F84906">
        <w:rPr>
          <w:rStyle w:val="Gl"/>
          <w:b w:val="0"/>
          <w:bCs w:val="0"/>
        </w:rPr>
        <w:t xml:space="preserve"> </w:t>
      </w:r>
      <w:proofErr w:type="spellStart"/>
      <w:r w:rsidRPr="00F84906">
        <w:rPr>
          <w:rStyle w:val="Gl"/>
          <w:b w:val="0"/>
          <w:bCs w:val="0"/>
        </w:rPr>
        <w:t>çıktının</w:t>
      </w:r>
      <w:proofErr w:type="spellEnd"/>
      <w:r w:rsidRPr="00F84906">
        <w:rPr>
          <w:rStyle w:val="Gl"/>
          <w:b w:val="0"/>
          <w:bCs w:val="0"/>
        </w:rPr>
        <w:t xml:space="preserve"> </w:t>
      </w:r>
      <w:proofErr w:type="spellStart"/>
      <w:r w:rsidRPr="00F84906">
        <w:rPr>
          <w:rStyle w:val="Gl"/>
          <w:b w:val="0"/>
          <w:bCs w:val="0"/>
        </w:rPr>
        <w:t>mükerrer</w:t>
      </w:r>
      <w:proofErr w:type="spellEnd"/>
      <w:r w:rsidRPr="00F84906">
        <w:rPr>
          <w:rStyle w:val="Gl"/>
          <w:b w:val="0"/>
          <w:bCs w:val="0"/>
        </w:rPr>
        <w:t xml:space="preserve"> </w:t>
      </w:r>
      <w:proofErr w:type="spellStart"/>
      <w:r w:rsidRPr="00F84906">
        <w:rPr>
          <w:rStyle w:val="Gl"/>
          <w:b w:val="0"/>
          <w:bCs w:val="0"/>
        </w:rPr>
        <w:t>şekilde</w:t>
      </w:r>
      <w:proofErr w:type="spellEnd"/>
      <w:r w:rsidRPr="00F84906">
        <w:rPr>
          <w:rStyle w:val="Gl"/>
          <w:b w:val="0"/>
          <w:bCs w:val="0"/>
        </w:rPr>
        <w:t xml:space="preserve"> </w:t>
      </w:r>
      <w:proofErr w:type="spellStart"/>
      <w:r w:rsidRPr="00F84906">
        <w:rPr>
          <w:rStyle w:val="Gl"/>
          <w:b w:val="0"/>
          <w:bCs w:val="0"/>
        </w:rPr>
        <w:t>puanlanmamasına</w:t>
      </w:r>
      <w:proofErr w:type="spellEnd"/>
      <w:r w:rsidRPr="00F84906">
        <w:rPr>
          <w:rStyle w:val="Gl"/>
          <w:b w:val="0"/>
          <w:bCs w:val="0"/>
        </w:rPr>
        <w:t xml:space="preserve"> </w:t>
      </w:r>
      <w:proofErr w:type="spellStart"/>
      <w:r w:rsidRPr="00F84906">
        <w:rPr>
          <w:rStyle w:val="Gl"/>
          <w:b w:val="0"/>
          <w:bCs w:val="0"/>
        </w:rPr>
        <w:t>dikkat</w:t>
      </w:r>
      <w:proofErr w:type="spellEnd"/>
      <w:r w:rsidRPr="00F84906">
        <w:rPr>
          <w:rStyle w:val="Gl"/>
          <w:b w:val="0"/>
          <w:bCs w:val="0"/>
        </w:rPr>
        <w:t xml:space="preserve"> </w:t>
      </w:r>
      <w:proofErr w:type="spellStart"/>
      <w:r w:rsidRPr="00F84906">
        <w:rPr>
          <w:rStyle w:val="Gl"/>
          <w:b w:val="0"/>
          <w:bCs w:val="0"/>
        </w:rPr>
        <w:t>edilmelidir</w:t>
      </w:r>
      <w:proofErr w:type="spellEnd"/>
      <w:r w:rsidRPr="00F84906">
        <w:rPr>
          <w:rStyle w:val="Gl"/>
          <w:b w:val="0"/>
          <w:bCs w:val="0"/>
        </w:rPr>
        <w:t xml:space="preserve">. </w:t>
      </w:r>
      <w:proofErr w:type="spellStart"/>
      <w:r w:rsidRPr="00F84906">
        <w:rPr>
          <w:rStyle w:val="Gl"/>
          <w:b w:val="0"/>
          <w:bCs w:val="0"/>
        </w:rPr>
        <w:t>Başvuru</w:t>
      </w:r>
      <w:proofErr w:type="spellEnd"/>
      <w:r w:rsidRPr="00F84906">
        <w:rPr>
          <w:rStyle w:val="Gl"/>
          <w:b w:val="0"/>
          <w:bCs w:val="0"/>
        </w:rPr>
        <w:t xml:space="preserve"> </w:t>
      </w:r>
      <w:proofErr w:type="spellStart"/>
      <w:r w:rsidRPr="00F84906">
        <w:rPr>
          <w:rStyle w:val="Gl"/>
          <w:b w:val="0"/>
          <w:bCs w:val="0"/>
        </w:rPr>
        <w:t>formunun</w:t>
      </w:r>
      <w:proofErr w:type="spellEnd"/>
      <w:r w:rsidRPr="00F84906">
        <w:rPr>
          <w:rStyle w:val="Gl"/>
          <w:b w:val="0"/>
          <w:bCs w:val="0"/>
        </w:rPr>
        <w:t xml:space="preserve"> </w:t>
      </w:r>
      <w:proofErr w:type="spellStart"/>
      <w:r w:rsidRPr="00F84906">
        <w:rPr>
          <w:rStyle w:val="Gl"/>
          <w:b w:val="0"/>
          <w:bCs w:val="0"/>
        </w:rPr>
        <w:t>doğru</w:t>
      </w:r>
      <w:proofErr w:type="spellEnd"/>
      <w:r w:rsidRPr="00F84906">
        <w:rPr>
          <w:rStyle w:val="Gl"/>
          <w:b w:val="0"/>
          <w:bCs w:val="0"/>
        </w:rPr>
        <w:t xml:space="preserve"> </w:t>
      </w:r>
      <w:proofErr w:type="spellStart"/>
      <w:r w:rsidRPr="00F84906">
        <w:rPr>
          <w:rStyle w:val="Gl"/>
          <w:b w:val="0"/>
          <w:bCs w:val="0"/>
        </w:rPr>
        <w:t>ve</w:t>
      </w:r>
      <w:proofErr w:type="spellEnd"/>
      <w:r w:rsidRPr="00F84906">
        <w:rPr>
          <w:rStyle w:val="Gl"/>
          <w:b w:val="0"/>
          <w:bCs w:val="0"/>
        </w:rPr>
        <w:t xml:space="preserve"> </w:t>
      </w:r>
      <w:proofErr w:type="spellStart"/>
      <w:r w:rsidRPr="00F84906">
        <w:rPr>
          <w:rStyle w:val="Gl"/>
          <w:b w:val="0"/>
          <w:bCs w:val="0"/>
        </w:rPr>
        <w:t>eksiksiz</w:t>
      </w:r>
      <w:proofErr w:type="spellEnd"/>
      <w:r w:rsidRPr="00F84906">
        <w:rPr>
          <w:rStyle w:val="Gl"/>
          <w:b w:val="0"/>
          <w:bCs w:val="0"/>
        </w:rPr>
        <w:t xml:space="preserve"> </w:t>
      </w:r>
      <w:proofErr w:type="spellStart"/>
      <w:r w:rsidRPr="00F84906">
        <w:rPr>
          <w:rStyle w:val="Gl"/>
          <w:b w:val="0"/>
          <w:bCs w:val="0"/>
        </w:rPr>
        <w:t>doldurulmasından</w:t>
      </w:r>
      <w:proofErr w:type="spellEnd"/>
      <w:r w:rsidRPr="00F84906">
        <w:rPr>
          <w:rStyle w:val="Gl"/>
          <w:b w:val="0"/>
          <w:bCs w:val="0"/>
        </w:rPr>
        <w:t xml:space="preserve"> </w:t>
      </w:r>
      <w:proofErr w:type="spellStart"/>
      <w:r w:rsidRPr="00F84906">
        <w:rPr>
          <w:rStyle w:val="Gl"/>
          <w:b w:val="0"/>
          <w:bCs w:val="0"/>
        </w:rPr>
        <w:t>aday</w:t>
      </w:r>
      <w:proofErr w:type="spellEnd"/>
      <w:r w:rsidRPr="00F84906">
        <w:rPr>
          <w:rStyle w:val="Gl"/>
          <w:b w:val="0"/>
          <w:bCs w:val="0"/>
        </w:rPr>
        <w:t xml:space="preserve"> </w:t>
      </w:r>
      <w:proofErr w:type="spellStart"/>
      <w:r w:rsidRPr="00F84906">
        <w:rPr>
          <w:rStyle w:val="Gl"/>
          <w:b w:val="0"/>
          <w:bCs w:val="0"/>
        </w:rPr>
        <w:t>sorumludur</w:t>
      </w:r>
      <w:proofErr w:type="spellEnd"/>
      <w:r w:rsidRPr="00F84906">
        <w:rPr>
          <w:rStyle w:val="Gl"/>
          <w:b w:val="0"/>
          <w:bCs w:val="0"/>
        </w:rPr>
        <w:t>.</w:t>
      </w:r>
    </w:p>
    <w:tbl>
      <w:tblPr>
        <w:tblStyle w:val="TabloKlavuzu"/>
        <w:tblW w:w="11052" w:type="dxa"/>
        <w:jc w:val="center"/>
        <w:tblLayout w:type="fixed"/>
        <w:tblLook w:val="04A0" w:firstRow="1" w:lastRow="0" w:firstColumn="1" w:lastColumn="0" w:noHBand="0" w:noVBand="1"/>
      </w:tblPr>
      <w:tblGrid>
        <w:gridCol w:w="2547"/>
        <w:gridCol w:w="4678"/>
        <w:gridCol w:w="992"/>
        <w:gridCol w:w="283"/>
        <w:gridCol w:w="1134"/>
        <w:gridCol w:w="1418"/>
      </w:tblGrid>
      <w:tr w:rsidR="005C76A8" w:rsidRPr="00310D26" w14:paraId="5E5D5D81" w14:textId="77777777" w:rsidTr="00F2221C">
        <w:trPr>
          <w:jc w:val="center"/>
        </w:trPr>
        <w:tc>
          <w:tcPr>
            <w:tcW w:w="2547" w:type="dxa"/>
            <w:vAlign w:val="center"/>
          </w:tcPr>
          <w:p w14:paraId="7A197C10" w14:textId="77777777" w:rsidR="005C76A8" w:rsidRPr="00310D26" w:rsidRDefault="005C76A8">
            <w:pPr>
              <w:jc w:val="center"/>
              <w:rPr>
                <w:rFonts w:cs="Times New Roman"/>
                <w:color w:val="000000" w:themeColor="text1"/>
                <w:szCs w:val="20"/>
              </w:rPr>
            </w:pPr>
            <w:r w:rsidRPr="00310D26">
              <w:rPr>
                <w:rFonts w:cs="Times New Roman"/>
                <w:b/>
                <w:color w:val="000000" w:themeColor="text1"/>
                <w:szCs w:val="20"/>
              </w:rPr>
              <w:t>AKADEMİK FAALİYET TÜRÜ</w:t>
            </w:r>
          </w:p>
        </w:tc>
        <w:tc>
          <w:tcPr>
            <w:tcW w:w="5953" w:type="dxa"/>
            <w:gridSpan w:val="3"/>
            <w:vAlign w:val="center"/>
          </w:tcPr>
          <w:p w14:paraId="3EB9656D" w14:textId="36462C2B" w:rsidR="005C76A8" w:rsidRPr="00310D26" w:rsidRDefault="005C76A8" w:rsidP="005C76A8">
            <w:pPr>
              <w:jc w:val="center"/>
              <w:rPr>
                <w:rFonts w:cs="Times New Roman"/>
                <w:color w:val="000000" w:themeColor="text1"/>
                <w:szCs w:val="20"/>
              </w:rPr>
            </w:pPr>
            <w:r w:rsidRPr="00310D26">
              <w:rPr>
                <w:rFonts w:cs="Times New Roman"/>
                <w:b/>
                <w:color w:val="000000" w:themeColor="text1"/>
                <w:szCs w:val="20"/>
              </w:rPr>
              <w:t>FAAL</w:t>
            </w:r>
            <w:r w:rsidR="00337D39">
              <w:rPr>
                <w:rFonts w:cs="Times New Roman"/>
                <w:b/>
                <w:color w:val="000000" w:themeColor="text1"/>
                <w:szCs w:val="20"/>
              </w:rPr>
              <w:t>İ</w:t>
            </w:r>
            <w:r w:rsidRPr="00310D26">
              <w:rPr>
                <w:rFonts w:cs="Times New Roman"/>
                <w:b/>
                <w:color w:val="000000" w:themeColor="text1"/>
                <w:szCs w:val="20"/>
              </w:rPr>
              <w:t>YET</w:t>
            </w:r>
          </w:p>
        </w:tc>
        <w:tc>
          <w:tcPr>
            <w:tcW w:w="1134" w:type="dxa"/>
            <w:vAlign w:val="center"/>
          </w:tcPr>
          <w:p w14:paraId="6974EAED" w14:textId="77777777" w:rsidR="005C76A8" w:rsidRPr="00310D26" w:rsidRDefault="005C76A8">
            <w:pPr>
              <w:jc w:val="center"/>
              <w:rPr>
                <w:rFonts w:cs="Times New Roman"/>
                <w:b/>
                <w:color w:val="000000" w:themeColor="text1"/>
                <w:szCs w:val="20"/>
              </w:rPr>
            </w:pPr>
            <w:r w:rsidRPr="00310D26">
              <w:rPr>
                <w:rFonts w:cs="Times New Roman"/>
                <w:b/>
                <w:color w:val="000000" w:themeColor="text1"/>
                <w:szCs w:val="20"/>
              </w:rPr>
              <w:t>PUAN</w:t>
            </w:r>
          </w:p>
        </w:tc>
        <w:tc>
          <w:tcPr>
            <w:tcW w:w="1418" w:type="dxa"/>
            <w:vAlign w:val="center"/>
          </w:tcPr>
          <w:p w14:paraId="45656841" w14:textId="136F5EBB" w:rsidR="005C76A8" w:rsidRPr="00310D26" w:rsidRDefault="001F3C30" w:rsidP="0024423D">
            <w:pPr>
              <w:jc w:val="center"/>
              <w:rPr>
                <w:rFonts w:cs="Times New Roman"/>
                <w:b/>
                <w:color w:val="000000" w:themeColor="text1"/>
                <w:szCs w:val="20"/>
              </w:rPr>
            </w:pPr>
            <w:r>
              <w:rPr>
                <w:rFonts w:cs="Times New Roman"/>
                <w:b/>
                <w:color w:val="000000" w:themeColor="text1"/>
                <w:szCs w:val="20"/>
              </w:rPr>
              <w:t>BELGE NO</w:t>
            </w:r>
          </w:p>
        </w:tc>
      </w:tr>
      <w:tr w:rsidR="008E3A5E" w:rsidRPr="00310D26" w14:paraId="0B7577D7" w14:textId="77777777" w:rsidTr="00F2221C">
        <w:trPr>
          <w:trHeight w:val="419"/>
          <w:jc w:val="center"/>
        </w:trPr>
        <w:tc>
          <w:tcPr>
            <w:tcW w:w="2547" w:type="dxa"/>
            <w:vMerge w:val="restart"/>
            <w:vAlign w:val="center"/>
          </w:tcPr>
          <w:p w14:paraId="2D0C309A" w14:textId="47B15D7C" w:rsidR="008E3A5E" w:rsidRPr="008E3A5E" w:rsidRDefault="008E3A5E" w:rsidP="008E3A5E">
            <w:pPr>
              <w:autoSpaceDE w:val="0"/>
              <w:autoSpaceDN w:val="0"/>
              <w:adjustRightInd w:val="0"/>
              <w:rPr>
                <w:rFonts w:eastAsiaTheme="minorEastAsia" w:cs="Times New Roman"/>
                <w:b/>
                <w:bCs/>
                <w:sz w:val="36"/>
                <w:szCs w:val="36"/>
                <w:lang w:val="tr-TR"/>
              </w:rPr>
            </w:pPr>
            <w:r w:rsidRPr="008E3A5E">
              <w:rPr>
                <w:rFonts w:eastAsiaTheme="minorEastAsia" w:cs="Times New Roman"/>
                <w:b/>
                <w:bCs/>
                <w:sz w:val="36"/>
                <w:szCs w:val="36"/>
                <w:lang w:val="tr-TR"/>
              </w:rPr>
              <w:t>PROJE</w:t>
            </w:r>
          </w:p>
          <w:p w14:paraId="7AF11859" w14:textId="77777777" w:rsidR="008E3A5E" w:rsidRDefault="008E3A5E" w:rsidP="008E3A5E">
            <w:pPr>
              <w:autoSpaceDE w:val="0"/>
              <w:autoSpaceDN w:val="0"/>
              <w:adjustRightInd w:val="0"/>
              <w:jc w:val="center"/>
              <w:rPr>
                <w:rFonts w:eastAsiaTheme="minorEastAsia" w:cs="Times New Roman"/>
                <w:b/>
                <w:bCs/>
                <w:szCs w:val="20"/>
                <w:lang w:val="tr-TR"/>
              </w:rPr>
            </w:pPr>
          </w:p>
          <w:p w14:paraId="3062C055" w14:textId="29B6FB27" w:rsidR="008E3A5E" w:rsidRPr="008E3A5E" w:rsidRDefault="008E3A5E" w:rsidP="008E3A5E">
            <w:pPr>
              <w:autoSpaceDE w:val="0"/>
              <w:autoSpaceDN w:val="0"/>
              <w:adjustRightInd w:val="0"/>
              <w:rPr>
                <w:rFonts w:eastAsiaTheme="minorEastAsia" w:cs="Times New Roman"/>
                <w:szCs w:val="20"/>
                <w:lang w:val="tr-TR"/>
              </w:rPr>
            </w:pPr>
            <w:r w:rsidRPr="008E3A5E">
              <w:rPr>
                <w:rFonts w:eastAsiaTheme="minorEastAsia" w:cs="Times New Roman"/>
                <w:szCs w:val="20"/>
                <w:lang w:val="tr-TR"/>
              </w:rPr>
              <w:t>- Doktora</w:t>
            </w:r>
            <w:r w:rsidR="00F2221C">
              <w:rPr>
                <w:rFonts w:eastAsiaTheme="minorEastAsia" w:cs="Times New Roman"/>
                <w:szCs w:val="20"/>
                <w:lang w:val="tr-TR"/>
              </w:rPr>
              <w:t xml:space="preserve"> </w:t>
            </w:r>
            <w:r w:rsidRPr="008E3A5E">
              <w:rPr>
                <w:rFonts w:eastAsiaTheme="minorEastAsia" w:cs="Times New Roman"/>
                <w:szCs w:val="20"/>
                <w:lang w:val="tr-TR"/>
              </w:rPr>
              <w:t>tezinde</w:t>
            </w:r>
            <w:r w:rsidR="00F2221C">
              <w:rPr>
                <w:rFonts w:eastAsiaTheme="minorEastAsia" w:cs="Times New Roman"/>
                <w:szCs w:val="20"/>
                <w:lang w:val="tr-TR"/>
              </w:rPr>
              <w:t xml:space="preserve"> </w:t>
            </w:r>
            <w:r w:rsidRPr="008E3A5E">
              <w:rPr>
                <w:rFonts w:eastAsiaTheme="minorEastAsia" w:cs="Times New Roman"/>
                <w:szCs w:val="20"/>
                <w:lang w:val="tr-TR"/>
              </w:rPr>
              <w:t>belirtilmek</w:t>
            </w:r>
          </w:p>
          <w:p w14:paraId="609CB515" w14:textId="4F6B2BF1" w:rsidR="008E3A5E" w:rsidRPr="008E3A5E" w:rsidRDefault="008E3A5E" w:rsidP="008E3A5E">
            <w:pPr>
              <w:autoSpaceDE w:val="0"/>
              <w:autoSpaceDN w:val="0"/>
              <w:adjustRightInd w:val="0"/>
              <w:rPr>
                <w:rFonts w:eastAsiaTheme="minorEastAsia" w:cs="Times New Roman"/>
                <w:szCs w:val="20"/>
                <w:lang w:val="tr-TR"/>
              </w:rPr>
            </w:pPr>
            <w:r w:rsidRPr="008E3A5E">
              <w:rPr>
                <w:rFonts w:eastAsiaTheme="minorEastAsia" w:cs="Times New Roman"/>
                <w:szCs w:val="20"/>
                <w:lang w:val="tr-TR"/>
              </w:rPr>
              <w:t>şartıyla devam</w:t>
            </w:r>
            <w:r w:rsidR="00F2221C">
              <w:rPr>
                <w:rFonts w:eastAsiaTheme="minorEastAsia" w:cs="Times New Roman"/>
                <w:szCs w:val="20"/>
                <w:lang w:val="tr-TR"/>
              </w:rPr>
              <w:t xml:space="preserve"> </w:t>
            </w:r>
            <w:r w:rsidRPr="008E3A5E">
              <w:rPr>
                <w:rFonts w:eastAsiaTheme="minorEastAsia" w:cs="Times New Roman"/>
                <w:szCs w:val="20"/>
                <w:lang w:val="tr-TR"/>
              </w:rPr>
              <w:t>eden veya</w:t>
            </w:r>
          </w:p>
          <w:p w14:paraId="67652DE9" w14:textId="4EAA150D" w:rsidR="008E3A5E" w:rsidRDefault="008E3A5E" w:rsidP="00F2221C">
            <w:pPr>
              <w:autoSpaceDE w:val="0"/>
              <w:autoSpaceDN w:val="0"/>
              <w:adjustRightInd w:val="0"/>
              <w:rPr>
                <w:rFonts w:eastAsiaTheme="minorEastAsia" w:cs="Times New Roman"/>
                <w:szCs w:val="20"/>
                <w:lang w:val="tr-TR"/>
              </w:rPr>
            </w:pPr>
            <w:r w:rsidRPr="008E3A5E">
              <w:rPr>
                <w:rFonts w:eastAsiaTheme="minorEastAsia" w:cs="Times New Roman"/>
                <w:szCs w:val="20"/>
                <w:lang w:val="tr-TR"/>
              </w:rPr>
              <w:t>başarı ile</w:t>
            </w:r>
            <w:r w:rsidR="00F2221C">
              <w:rPr>
                <w:rFonts w:eastAsiaTheme="minorEastAsia" w:cs="Times New Roman"/>
                <w:szCs w:val="20"/>
                <w:lang w:val="tr-TR"/>
              </w:rPr>
              <w:t xml:space="preserve"> </w:t>
            </w:r>
            <w:r w:rsidRPr="008E3A5E">
              <w:rPr>
                <w:rFonts w:eastAsiaTheme="minorEastAsia" w:cs="Times New Roman"/>
                <w:szCs w:val="20"/>
                <w:lang w:val="tr-TR"/>
              </w:rPr>
              <w:t>tamamlanmış</w:t>
            </w:r>
          </w:p>
          <w:p w14:paraId="09A59B51" w14:textId="77777777" w:rsidR="00B94B27" w:rsidRDefault="00B94B27" w:rsidP="008E3A5E">
            <w:pPr>
              <w:rPr>
                <w:rFonts w:eastAsiaTheme="minorEastAsia" w:cs="Times New Roman"/>
                <w:szCs w:val="20"/>
                <w:lang w:val="tr-TR"/>
              </w:rPr>
            </w:pPr>
          </w:p>
          <w:p w14:paraId="513255A2" w14:textId="28CCF2DD" w:rsidR="008E3A5E" w:rsidRPr="001F3C30" w:rsidRDefault="00337D39" w:rsidP="001F3C30">
            <w:pPr>
              <w:pStyle w:val="ListeParagraf"/>
              <w:tabs>
                <w:tab w:val="left" w:pos="168"/>
              </w:tabs>
              <w:autoSpaceDE w:val="0"/>
              <w:autoSpaceDN w:val="0"/>
              <w:adjustRightInd w:val="0"/>
              <w:ind w:left="0"/>
              <w:rPr>
                <w:rFonts w:eastAsiaTheme="minorEastAsia" w:cs="Times New Roman"/>
                <w:b/>
                <w:bCs/>
                <w:szCs w:val="20"/>
                <w:lang w:val="tr-TR"/>
              </w:rPr>
            </w:pPr>
            <w:r>
              <w:rPr>
                <w:rFonts w:cs="Times New Roman"/>
                <w:color w:val="000000" w:themeColor="text1"/>
                <w:szCs w:val="20"/>
              </w:rPr>
              <w:t>-</w:t>
            </w:r>
            <w:proofErr w:type="spellStart"/>
            <w:r w:rsidR="008E3A5E" w:rsidRPr="00F3338F">
              <w:rPr>
                <w:rFonts w:cs="Times New Roman"/>
                <w:color w:val="000000" w:themeColor="text1"/>
                <w:szCs w:val="20"/>
              </w:rPr>
              <w:t>Doktora</w:t>
            </w:r>
            <w:proofErr w:type="spellEnd"/>
            <w:r w:rsidR="008E3A5E" w:rsidRPr="00F3338F">
              <w:rPr>
                <w:rFonts w:cs="Times New Roman"/>
                <w:color w:val="000000" w:themeColor="text1"/>
                <w:szCs w:val="20"/>
              </w:rPr>
              <w:t xml:space="preserve"> </w:t>
            </w:r>
            <w:proofErr w:type="spellStart"/>
            <w:r w:rsidR="008E3A5E" w:rsidRPr="00F3338F">
              <w:rPr>
                <w:rFonts w:cs="Times New Roman"/>
                <w:color w:val="000000" w:themeColor="text1"/>
                <w:szCs w:val="20"/>
              </w:rPr>
              <w:t>teziyle</w:t>
            </w:r>
            <w:proofErr w:type="spellEnd"/>
            <w:r w:rsidR="008E3A5E" w:rsidRPr="00F3338F">
              <w:rPr>
                <w:rFonts w:cs="Times New Roman"/>
                <w:color w:val="000000" w:themeColor="text1"/>
                <w:szCs w:val="20"/>
              </w:rPr>
              <w:t xml:space="preserve"> </w:t>
            </w:r>
            <w:proofErr w:type="spellStart"/>
            <w:r w:rsidR="008E3A5E" w:rsidRPr="00F3338F">
              <w:rPr>
                <w:rFonts w:cs="Times New Roman"/>
                <w:color w:val="000000" w:themeColor="text1"/>
                <w:szCs w:val="20"/>
              </w:rPr>
              <w:t>doğrudan</w:t>
            </w:r>
            <w:proofErr w:type="spellEnd"/>
            <w:r w:rsidR="008E3A5E" w:rsidRPr="00F3338F">
              <w:rPr>
                <w:rFonts w:cs="Times New Roman"/>
                <w:color w:val="000000" w:themeColor="text1"/>
                <w:szCs w:val="20"/>
              </w:rPr>
              <w:t xml:space="preserve"> </w:t>
            </w:r>
            <w:proofErr w:type="spellStart"/>
            <w:r w:rsidR="008E3A5E" w:rsidRPr="00F3338F">
              <w:rPr>
                <w:rFonts w:cs="Times New Roman"/>
                <w:color w:val="000000" w:themeColor="text1"/>
                <w:szCs w:val="20"/>
              </w:rPr>
              <w:t>ilişkili</w:t>
            </w:r>
            <w:proofErr w:type="spellEnd"/>
            <w:r w:rsidR="008E3A5E" w:rsidRPr="00F3338F">
              <w:rPr>
                <w:rFonts w:cs="Times New Roman"/>
                <w:color w:val="000000" w:themeColor="text1"/>
                <w:szCs w:val="20"/>
              </w:rPr>
              <w:t xml:space="preserve"> </w:t>
            </w:r>
            <w:proofErr w:type="spellStart"/>
            <w:r w:rsidR="008E3A5E" w:rsidRPr="00F3338F">
              <w:rPr>
                <w:rFonts w:cs="Times New Roman"/>
                <w:color w:val="000000" w:themeColor="text1"/>
                <w:szCs w:val="20"/>
              </w:rPr>
              <w:t>en</w:t>
            </w:r>
            <w:proofErr w:type="spellEnd"/>
            <w:r w:rsidR="008E3A5E" w:rsidRPr="00F3338F">
              <w:rPr>
                <w:rFonts w:cs="Times New Roman"/>
                <w:color w:val="000000" w:themeColor="text1"/>
                <w:szCs w:val="20"/>
              </w:rPr>
              <w:t xml:space="preserve"> </w:t>
            </w:r>
            <w:proofErr w:type="spellStart"/>
            <w:r w:rsidR="008E3A5E" w:rsidRPr="00F3338F">
              <w:rPr>
                <w:rFonts w:cs="Times New Roman"/>
                <w:color w:val="000000" w:themeColor="text1"/>
                <w:szCs w:val="20"/>
              </w:rPr>
              <w:t>fazla</w:t>
            </w:r>
            <w:proofErr w:type="spellEnd"/>
            <w:r w:rsidR="008E3A5E" w:rsidRPr="00F3338F">
              <w:rPr>
                <w:rFonts w:cs="Times New Roman"/>
                <w:color w:val="000000" w:themeColor="text1"/>
                <w:szCs w:val="20"/>
              </w:rPr>
              <w:t xml:space="preserve"> </w:t>
            </w:r>
            <w:proofErr w:type="spellStart"/>
            <w:r w:rsidRPr="00337D39">
              <w:rPr>
                <w:rFonts w:cs="Times New Roman"/>
                <w:b/>
                <w:bCs/>
                <w:color w:val="000000" w:themeColor="text1"/>
                <w:szCs w:val="20"/>
              </w:rPr>
              <w:t>iki</w:t>
            </w:r>
            <w:proofErr w:type="spellEnd"/>
            <w:r w:rsidRPr="00337D39">
              <w:rPr>
                <w:rFonts w:cs="Times New Roman"/>
                <w:b/>
                <w:bCs/>
                <w:color w:val="000000" w:themeColor="text1"/>
                <w:szCs w:val="20"/>
              </w:rPr>
              <w:t xml:space="preserve"> (</w:t>
            </w:r>
            <w:r w:rsidR="008E3A5E" w:rsidRPr="00337D39">
              <w:rPr>
                <w:rFonts w:cs="Times New Roman"/>
                <w:b/>
                <w:bCs/>
                <w:color w:val="000000" w:themeColor="text1"/>
                <w:szCs w:val="20"/>
              </w:rPr>
              <w:t>2</w:t>
            </w:r>
            <w:r w:rsidRPr="00337D39">
              <w:rPr>
                <w:rFonts w:cs="Times New Roman"/>
                <w:b/>
                <w:bCs/>
                <w:color w:val="000000" w:themeColor="text1"/>
                <w:szCs w:val="20"/>
              </w:rPr>
              <w:t>)</w:t>
            </w:r>
            <w:r w:rsidR="008E3A5E" w:rsidRPr="00F3338F">
              <w:rPr>
                <w:rFonts w:cs="Times New Roman"/>
                <w:color w:val="000000" w:themeColor="text1"/>
                <w:szCs w:val="20"/>
              </w:rPr>
              <w:t xml:space="preserve"> </w:t>
            </w:r>
            <w:proofErr w:type="spellStart"/>
            <w:r w:rsidR="008E3A5E" w:rsidRPr="00F3338F">
              <w:rPr>
                <w:rFonts w:cs="Times New Roman"/>
                <w:color w:val="000000" w:themeColor="text1"/>
                <w:szCs w:val="20"/>
              </w:rPr>
              <w:t>proje</w:t>
            </w:r>
            <w:proofErr w:type="spellEnd"/>
            <w:r w:rsidR="008E3A5E" w:rsidRPr="00F3338F">
              <w:rPr>
                <w:rFonts w:cs="Times New Roman"/>
                <w:color w:val="000000" w:themeColor="text1"/>
                <w:szCs w:val="20"/>
              </w:rPr>
              <w:t xml:space="preserve"> </w:t>
            </w:r>
            <w:proofErr w:type="spellStart"/>
            <w:r w:rsidR="008E3A5E" w:rsidRPr="00F3338F">
              <w:rPr>
                <w:rFonts w:cs="Times New Roman"/>
                <w:color w:val="000000" w:themeColor="text1"/>
                <w:szCs w:val="20"/>
              </w:rPr>
              <w:t>için</w:t>
            </w:r>
            <w:proofErr w:type="spellEnd"/>
            <w:r w:rsidR="008E3A5E" w:rsidRPr="00F3338F">
              <w:rPr>
                <w:rFonts w:cs="Times New Roman"/>
                <w:color w:val="000000" w:themeColor="text1"/>
                <w:szCs w:val="20"/>
              </w:rPr>
              <w:t xml:space="preserve"> </w:t>
            </w:r>
            <w:proofErr w:type="spellStart"/>
            <w:r w:rsidR="008E3A5E" w:rsidRPr="00F3338F">
              <w:rPr>
                <w:rFonts w:cs="Times New Roman"/>
                <w:color w:val="000000" w:themeColor="text1"/>
                <w:szCs w:val="20"/>
              </w:rPr>
              <w:t>başvuruda</w:t>
            </w:r>
            <w:proofErr w:type="spellEnd"/>
            <w:r w:rsidR="008E3A5E" w:rsidRPr="00F3338F">
              <w:rPr>
                <w:rFonts w:cs="Times New Roman"/>
                <w:color w:val="000000" w:themeColor="text1"/>
                <w:szCs w:val="20"/>
              </w:rPr>
              <w:t xml:space="preserve"> </w:t>
            </w:r>
            <w:proofErr w:type="spellStart"/>
            <w:r w:rsidR="008E3A5E" w:rsidRPr="00F3338F">
              <w:rPr>
                <w:rFonts w:cs="Times New Roman"/>
                <w:color w:val="000000" w:themeColor="text1"/>
                <w:szCs w:val="20"/>
              </w:rPr>
              <w:t>bulun</w:t>
            </w:r>
            <w:r w:rsidR="00F3338F" w:rsidRPr="00F3338F">
              <w:rPr>
                <w:rFonts w:cs="Times New Roman"/>
                <w:color w:val="000000" w:themeColor="text1"/>
                <w:szCs w:val="20"/>
              </w:rPr>
              <w:t>ulabil</w:t>
            </w:r>
            <w:r w:rsidR="00B7270D">
              <w:rPr>
                <w:rFonts w:cs="Times New Roman"/>
                <w:color w:val="000000" w:themeColor="text1"/>
                <w:szCs w:val="20"/>
              </w:rPr>
              <w:t>ir</w:t>
            </w:r>
            <w:proofErr w:type="spellEnd"/>
            <w:r w:rsidR="00B7270D">
              <w:rPr>
                <w:rFonts w:cs="Times New Roman"/>
                <w:color w:val="000000" w:themeColor="text1"/>
                <w:szCs w:val="20"/>
              </w:rPr>
              <w:t>.</w:t>
            </w:r>
            <w:r w:rsidR="00F3338F">
              <w:rPr>
                <w:rFonts w:cs="Times New Roman"/>
                <w:color w:val="000000" w:themeColor="text1"/>
                <w:szCs w:val="20"/>
              </w:rPr>
              <w:t xml:space="preserve"> </w:t>
            </w:r>
          </w:p>
        </w:tc>
        <w:tc>
          <w:tcPr>
            <w:tcW w:w="5953" w:type="dxa"/>
            <w:gridSpan w:val="3"/>
            <w:vAlign w:val="center"/>
          </w:tcPr>
          <w:p w14:paraId="130C0BF5" w14:textId="77777777" w:rsidR="008E3A5E" w:rsidRPr="00310D26" w:rsidRDefault="008E3A5E" w:rsidP="005C76A8">
            <w:pPr>
              <w:rPr>
                <w:rFonts w:cs="Times New Roman"/>
                <w:color w:val="000000" w:themeColor="text1"/>
                <w:szCs w:val="20"/>
              </w:rPr>
            </w:pPr>
            <w:r w:rsidRPr="00310D26">
              <w:rPr>
                <w:rFonts w:cs="Times New Roman"/>
                <w:color w:val="000000" w:themeColor="text1"/>
                <w:szCs w:val="20"/>
              </w:rPr>
              <w:t xml:space="preserve">UFUK2020 </w:t>
            </w:r>
          </w:p>
        </w:tc>
        <w:tc>
          <w:tcPr>
            <w:tcW w:w="1134" w:type="dxa"/>
            <w:vAlign w:val="center"/>
          </w:tcPr>
          <w:p w14:paraId="50338341" w14:textId="262B8C48" w:rsidR="008E3A5E" w:rsidRPr="00310D26" w:rsidRDefault="008E3A5E" w:rsidP="0024423D">
            <w:pPr>
              <w:jc w:val="center"/>
              <w:rPr>
                <w:rFonts w:cs="Times New Roman"/>
                <w:color w:val="FF0000"/>
                <w:szCs w:val="20"/>
              </w:rPr>
            </w:pPr>
          </w:p>
        </w:tc>
        <w:tc>
          <w:tcPr>
            <w:tcW w:w="1418" w:type="dxa"/>
            <w:vAlign w:val="center"/>
          </w:tcPr>
          <w:p w14:paraId="633F38DE" w14:textId="5C5148CA" w:rsidR="008E3A5E" w:rsidRPr="00310D26" w:rsidRDefault="008E3A5E">
            <w:pPr>
              <w:rPr>
                <w:rFonts w:cs="Times New Roman"/>
                <w:color w:val="000000" w:themeColor="text1"/>
                <w:szCs w:val="20"/>
              </w:rPr>
            </w:pPr>
          </w:p>
        </w:tc>
      </w:tr>
      <w:tr w:rsidR="008E3A5E" w:rsidRPr="00310D26" w14:paraId="1945270C" w14:textId="77777777" w:rsidTr="00F2221C">
        <w:trPr>
          <w:trHeight w:val="558"/>
          <w:jc w:val="center"/>
        </w:trPr>
        <w:tc>
          <w:tcPr>
            <w:tcW w:w="2547" w:type="dxa"/>
            <w:vMerge/>
            <w:vAlign w:val="center"/>
          </w:tcPr>
          <w:p w14:paraId="348328C1" w14:textId="77777777" w:rsidR="008E3A5E" w:rsidRPr="00310D26" w:rsidRDefault="008E3A5E">
            <w:pPr>
              <w:rPr>
                <w:rFonts w:cs="Times New Roman"/>
                <w:color w:val="000000" w:themeColor="text1"/>
                <w:szCs w:val="20"/>
              </w:rPr>
            </w:pPr>
          </w:p>
        </w:tc>
        <w:tc>
          <w:tcPr>
            <w:tcW w:w="5953" w:type="dxa"/>
            <w:gridSpan w:val="3"/>
            <w:vAlign w:val="center"/>
          </w:tcPr>
          <w:p w14:paraId="26BF500D" w14:textId="77777777" w:rsidR="008E3A5E" w:rsidRPr="00310D26" w:rsidRDefault="008E3A5E" w:rsidP="005F5056">
            <w:pPr>
              <w:rPr>
                <w:rFonts w:cs="Times New Roman"/>
                <w:color w:val="000000" w:themeColor="text1"/>
                <w:szCs w:val="20"/>
              </w:rPr>
            </w:pPr>
            <w:r w:rsidRPr="00310D26">
              <w:rPr>
                <w:rFonts w:cs="Times New Roman"/>
                <w:color w:val="000000" w:themeColor="text1"/>
                <w:szCs w:val="20"/>
              </w:rPr>
              <w:t xml:space="preserve">TÜBİTAK 1001, 1003, 1004, 1007, 1505, 2244, 3501, TÜSEB B </w:t>
            </w:r>
            <w:proofErr w:type="spellStart"/>
            <w:r w:rsidRPr="00310D26">
              <w:rPr>
                <w:rFonts w:cs="Times New Roman"/>
                <w:color w:val="000000" w:themeColor="text1"/>
                <w:szCs w:val="20"/>
              </w:rPr>
              <w:t>Grubu</w:t>
            </w:r>
            <w:proofErr w:type="spellEnd"/>
            <w:r w:rsidRPr="00310D26">
              <w:rPr>
                <w:rFonts w:cs="Times New Roman"/>
                <w:color w:val="000000" w:themeColor="text1"/>
                <w:szCs w:val="20"/>
              </w:rPr>
              <w:t xml:space="preserve">, SAYEM, SANTEZ, TAGEM, COST, </w:t>
            </w:r>
            <w:proofErr w:type="spellStart"/>
            <w:r w:rsidRPr="00310D26">
              <w:rPr>
                <w:rFonts w:cs="Times New Roman"/>
                <w:color w:val="000000" w:themeColor="text1"/>
                <w:szCs w:val="20"/>
              </w:rPr>
              <w:t>Uluslararası</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İkili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İşbirliği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Programları</w:t>
            </w:r>
            <w:proofErr w:type="spellEnd"/>
          </w:p>
        </w:tc>
        <w:tc>
          <w:tcPr>
            <w:tcW w:w="1134" w:type="dxa"/>
            <w:vAlign w:val="center"/>
          </w:tcPr>
          <w:p w14:paraId="146ED7B2" w14:textId="6FB17D8F" w:rsidR="008E3A5E" w:rsidRPr="00310D26" w:rsidRDefault="008E3A5E" w:rsidP="0024423D">
            <w:pPr>
              <w:jc w:val="center"/>
              <w:rPr>
                <w:rFonts w:cs="Times New Roman"/>
                <w:color w:val="000000" w:themeColor="text1"/>
                <w:szCs w:val="20"/>
              </w:rPr>
            </w:pPr>
          </w:p>
        </w:tc>
        <w:tc>
          <w:tcPr>
            <w:tcW w:w="1418" w:type="dxa"/>
            <w:vAlign w:val="center"/>
          </w:tcPr>
          <w:p w14:paraId="7B557A63" w14:textId="356265F2" w:rsidR="008E3A5E" w:rsidRPr="00310D26" w:rsidRDefault="008E3A5E">
            <w:pPr>
              <w:rPr>
                <w:rFonts w:cs="Times New Roman"/>
                <w:color w:val="000000" w:themeColor="text1"/>
                <w:szCs w:val="20"/>
              </w:rPr>
            </w:pPr>
          </w:p>
        </w:tc>
      </w:tr>
      <w:tr w:rsidR="008E3A5E" w:rsidRPr="00310D26" w14:paraId="4056A221" w14:textId="77777777" w:rsidTr="00F2221C">
        <w:trPr>
          <w:jc w:val="center"/>
        </w:trPr>
        <w:tc>
          <w:tcPr>
            <w:tcW w:w="2547" w:type="dxa"/>
            <w:vMerge/>
            <w:vAlign w:val="center"/>
          </w:tcPr>
          <w:p w14:paraId="0CF7AD3C" w14:textId="77777777" w:rsidR="008E3A5E" w:rsidRPr="00310D26" w:rsidRDefault="008E3A5E" w:rsidP="008E3A5E">
            <w:pPr>
              <w:rPr>
                <w:rFonts w:cs="Times New Roman"/>
                <w:color w:val="000000" w:themeColor="text1"/>
                <w:szCs w:val="20"/>
              </w:rPr>
            </w:pPr>
          </w:p>
        </w:tc>
        <w:tc>
          <w:tcPr>
            <w:tcW w:w="5953" w:type="dxa"/>
            <w:gridSpan w:val="3"/>
            <w:vAlign w:val="center"/>
          </w:tcPr>
          <w:p w14:paraId="49E0E966" w14:textId="19BFA0F1" w:rsidR="008E3A5E" w:rsidRPr="00310D26" w:rsidRDefault="008E3A5E" w:rsidP="00F2221C">
            <w:pPr>
              <w:rPr>
                <w:rFonts w:cs="Times New Roman"/>
                <w:color w:val="000000" w:themeColor="text1"/>
                <w:szCs w:val="20"/>
              </w:rPr>
            </w:pPr>
            <w:proofErr w:type="spellStart"/>
            <w:r w:rsidRPr="00310D26">
              <w:rPr>
                <w:rFonts w:cs="Times New Roman"/>
                <w:color w:val="000000" w:themeColor="text1"/>
                <w:szCs w:val="20"/>
              </w:rPr>
              <w:t>Diğer</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uluslararası</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özel</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veya</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resmi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kurum</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ve</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kuruluşlar</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tarafından</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desteklenmiş</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ve</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destek</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süresi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dokuz</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aydan</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az</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olmayan</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Ar</w:t>
            </w:r>
            <w:proofErr w:type="spellEnd"/>
            <w:r w:rsidRPr="00310D26">
              <w:rPr>
                <w:rFonts w:cs="Times New Roman"/>
                <w:color w:val="000000" w:themeColor="text1"/>
                <w:szCs w:val="20"/>
              </w:rPr>
              <w:t xml:space="preserve">-Ge </w:t>
            </w:r>
            <w:proofErr w:type="spellStart"/>
            <w:r w:rsidRPr="00310D26">
              <w:rPr>
                <w:rFonts w:cs="Times New Roman"/>
                <w:color w:val="000000" w:themeColor="text1"/>
                <w:szCs w:val="20"/>
              </w:rPr>
              <w:t>niteliğine</w:t>
            </w:r>
            <w:proofErr w:type="spellEnd"/>
            <w:r w:rsidR="00F2221C">
              <w:rPr>
                <w:rFonts w:cs="Times New Roman"/>
                <w:color w:val="000000" w:themeColor="text1"/>
                <w:szCs w:val="20"/>
              </w:rPr>
              <w:t xml:space="preserve"> </w:t>
            </w:r>
            <w:proofErr w:type="spellStart"/>
            <w:r w:rsidRPr="00310D26">
              <w:rPr>
                <w:rFonts w:cs="Times New Roman"/>
                <w:color w:val="000000" w:themeColor="text1"/>
                <w:szCs w:val="20"/>
              </w:rPr>
              <w:t>haiz</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proje</w:t>
            </w:r>
            <w:proofErr w:type="spellEnd"/>
          </w:p>
        </w:tc>
        <w:tc>
          <w:tcPr>
            <w:tcW w:w="1134" w:type="dxa"/>
            <w:vAlign w:val="center"/>
          </w:tcPr>
          <w:p w14:paraId="5466C844" w14:textId="072ABF84" w:rsidR="008E3A5E" w:rsidRPr="00310D26" w:rsidRDefault="008E3A5E" w:rsidP="0024423D">
            <w:pPr>
              <w:jc w:val="center"/>
              <w:rPr>
                <w:rFonts w:cs="Times New Roman"/>
                <w:color w:val="000000" w:themeColor="text1"/>
                <w:szCs w:val="20"/>
              </w:rPr>
            </w:pPr>
          </w:p>
        </w:tc>
        <w:tc>
          <w:tcPr>
            <w:tcW w:w="1418" w:type="dxa"/>
            <w:vAlign w:val="center"/>
          </w:tcPr>
          <w:p w14:paraId="061DCD38" w14:textId="1AEDB25C" w:rsidR="008E3A5E" w:rsidRPr="00310D26" w:rsidRDefault="008E3A5E">
            <w:pPr>
              <w:rPr>
                <w:rFonts w:cs="Times New Roman"/>
                <w:color w:val="000000" w:themeColor="text1"/>
                <w:szCs w:val="20"/>
              </w:rPr>
            </w:pPr>
          </w:p>
        </w:tc>
      </w:tr>
      <w:tr w:rsidR="008E3A5E" w:rsidRPr="00310D26" w14:paraId="14DF7EAE" w14:textId="77777777" w:rsidTr="00F2221C">
        <w:trPr>
          <w:trHeight w:val="544"/>
          <w:jc w:val="center"/>
        </w:trPr>
        <w:tc>
          <w:tcPr>
            <w:tcW w:w="2547" w:type="dxa"/>
            <w:vMerge/>
            <w:vAlign w:val="center"/>
          </w:tcPr>
          <w:p w14:paraId="56969C16" w14:textId="77777777" w:rsidR="008E3A5E" w:rsidRPr="00310D26" w:rsidRDefault="008E3A5E">
            <w:pPr>
              <w:rPr>
                <w:rFonts w:cs="Times New Roman"/>
                <w:color w:val="000000" w:themeColor="text1"/>
                <w:szCs w:val="20"/>
              </w:rPr>
            </w:pPr>
          </w:p>
        </w:tc>
        <w:tc>
          <w:tcPr>
            <w:tcW w:w="5953" w:type="dxa"/>
            <w:gridSpan w:val="3"/>
            <w:vAlign w:val="center"/>
          </w:tcPr>
          <w:p w14:paraId="6AEED87F" w14:textId="31442920" w:rsidR="008E3A5E" w:rsidRPr="00310D26" w:rsidRDefault="008E3A5E">
            <w:pPr>
              <w:rPr>
                <w:rFonts w:cs="Times New Roman"/>
                <w:color w:val="000000" w:themeColor="text1"/>
                <w:szCs w:val="20"/>
              </w:rPr>
            </w:pPr>
            <w:r w:rsidRPr="00310D26">
              <w:rPr>
                <w:rFonts w:cs="Times New Roman"/>
                <w:color w:val="000000" w:themeColor="text1"/>
                <w:szCs w:val="20"/>
              </w:rPr>
              <w:t xml:space="preserve">TÜBİTAK 1002, 1005, </w:t>
            </w:r>
            <w:r w:rsidRPr="00B94B27">
              <w:rPr>
                <w:rFonts w:cs="Times New Roman"/>
                <w:bCs/>
                <w:color w:val="000000" w:themeColor="text1"/>
                <w:szCs w:val="20"/>
              </w:rPr>
              <w:t>2214-A</w:t>
            </w:r>
            <w:r w:rsidR="00B94B27">
              <w:rPr>
                <w:rFonts w:cs="Times New Roman"/>
                <w:bCs/>
                <w:color w:val="000000" w:themeColor="text1"/>
                <w:szCs w:val="20"/>
              </w:rPr>
              <w:t>,</w:t>
            </w:r>
            <w:r w:rsidRPr="00B94B27">
              <w:rPr>
                <w:rFonts w:cs="Times New Roman"/>
                <w:bCs/>
                <w:color w:val="000000" w:themeColor="text1"/>
                <w:szCs w:val="20"/>
              </w:rPr>
              <w:t xml:space="preserve"> 3001, TÜSEB (A2-01, A3-01, A3-02, </w:t>
            </w:r>
            <w:r w:rsidRPr="00310D26">
              <w:rPr>
                <w:rFonts w:cs="Times New Roman"/>
                <w:color w:val="000000" w:themeColor="text1"/>
                <w:szCs w:val="20"/>
              </w:rPr>
              <w:t>A4-01)</w:t>
            </w:r>
          </w:p>
        </w:tc>
        <w:tc>
          <w:tcPr>
            <w:tcW w:w="1134" w:type="dxa"/>
            <w:vAlign w:val="center"/>
          </w:tcPr>
          <w:p w14:paraId="67F47E8A" w14:textId="0E01DDAF" w:rsidR="008E3A5E" w:rsidRPr="00310D26" w:rsidRDefault="008E3A5E" w:rsidP="0024423D">
            <w:pPr>
              <w:jc w:val="center"/>
              <w:rPr>
                <w:rFonts w:cs="Times New Roman"/>
                <w:color w:val="000000" w:themeColor="text1"/>
                <w:szCs w:val="20"/>
              </w:rPr>
            </w:pPr>
          </w:p>
        </w:tc>
        <w:tc>
          <w:tcPr>
            <w:tcW w:w="1418" w:type="dxa"/>
            <w:vAlign w:val="center"/>
          </w:tcPr>
          <w:p w14:paraId="29A75E75" w14:textId="2BE024CD" w:rsidR="008E3A5E" w:rsidRPr="00310D26" w:rsidRDefault="008E3A5E">
            <w:pPr>
              <w:rPr>
                <w:rFonts w:cs="Times New Roman"/>
                <w:color w:val="000000" w:themeColor="text1"/>
                <w:szCs w:val="20"/>
              </w:rPr>
            </w:pPr>
          </w:p>
        </w:tc>
      </w:tr>
      <w:tr w:rsidR="008E3A5E" w:rsidRPr="00310D26" w14:paraId="60B6178A" w14:textId="77777777" w:rsidTr="00F2221C">
        <w:trPr>
          <w:trHeight w:val="408"/>
          <w:jc w:val="center"/>
        </w:trPr>
        <w:tc>
          <w:tcPr>
            <w:tcW w:w="2547" w:type="dxa"/>
            <w:vMerge/>
            <w:vAlign w:val="center"/>
          </w:tcPr>
          <w:p w14:paraId="5D0B9A52" w14:textId="739365CE" w:rsidR="008E3A5E" w:rsidRPr="00310D26" w:rsidRDefault="008E3A5E">
            <w:pPr>
              <w:rPr>
                <w:rFonts w:cs="Times New Roman"/>
                <w:color w:val="000000" w:themeColor="text1"/>
                <w:szCs w:val="20"/>
              </w:rPr>
            </w:pPr>
          </w:p>
        </w:tc>
        <w:tc>
          <w:tcPr>
            <w:tcW w:w="5953" w:type="dxa"/>
            <w:gridSpan w:val="3"/>
            <w:vAlign w:val="center"/>
          </w:tcPr>
          <w:p w14:paraId="212C3613" w14:textId="77777777" w:rsidR="008E3A5E" w:rsidRPr="00310D26" w:rsidRDefault="008E3A5E">
            <w:pPr>
              <w:rPr>
                <w:rFonts w:cs="Times New Roman"/>
                <w:color w:val="000000" w:themeColor="text1"/>
                <w:szCs w:val="20"/>
              </w:rPr>
            </w:pPr>
            <w:r w:rsidRPr="00310D26">
              <w:rPr>
                <w:rFonts w:cs="Times New Roman"/>
                <w:color w:val="000000" w:themeColor="text1"/>
                <w:szCs w:val="20"/>
              </w:rPr>
              <w:t xml:space="preserve">TÜBİTAK </w:t>
            </w:r>
            <w:proofErr w:type="spellStart"/>
            <w:r w:rsidRPr="00310D26">
              <w:rPr>
                <w:rFonts w:cs="Times New Roman"/>
                <w:color w:val="000000" w:themeColor="text1"/>
                <w:szCs w:val="20"/>
              </w:rPr>
              <w:t>Bilim</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ve</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Toplum</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Projeleri</w:t>
            </w:r>
            <w:proofErr w:type="spellEnd"/>
          </w:p>
        </w:tc>
        <w:tc>
          <w:tcPr>
            <w:tcW w:w="1134" w:type="dxa"/>
            <w:vAlign w:val="center"/>
          </w:tcPr>
          <w:p w14:paraId="38233B2A" w14:textId="78A234EC" w:rsidR="008E3A5E" w:rsidRPr="00310D26" w:rsidRDefault="008E3A5E" w:rsidP="0024423D">
            <w:pPr>
              <w:jc w:val="center"/>
              <w:rPr>
                <w:rFonts w:cs="Times New Roman"/>
                <w:color w:val="000000" w:themeColor="text1"/>
                <w:szCs w:val="20"/>
              </w:rPr>
            </w:pPr>
          </w:p>
        </w:tc>
        <w:tc>
          <w:tcPr>
            <w:tcW w:w="1418" w:type="dxa"/>
            <w:vAlign w:val="center"/>
          </w:tcPr>
          <w:p w14:paraId="3AA17FF1" w14:textId="50F09AD9" w:rsidR="008E3A5E" w:rsidRPr="00310D26" w:rsidRDefault="008E3A5E">
            <w:pPr>
              <w:rPr>
                <w:rFonts w:cs="Times New Roman"/>
                <w:color w:val="000000" w:themeColor="text1"/>
                <w:szCs w:val="20"/>
              </w:rPr>
            </w:pPr>
          </w:p>
        </w:tc>
      </w:tr>
      <w:tr w:rsidR="008E3A5E" w:rsidRPr="00310D26" w14:paraId="361DE537" w14:textId="77777777" w:rsidTr="00F2221C">
        <w:trPr>
          <w:trHeight w:val="911"/>
          <w:jc w:val="center"/>
        </w:trPr>
        <w:tc>
          <w:tcPr>
            <w:tcW w:w="2547" w:type="dxa"/>
            <w:vMerge/>
            <w:vAlign w:val="center"/>
          </w:tcPr>
          <w:p w14:paraId="44B204EA" w14:textId="77777777" w:rsidR="008E3A5E" w:rsidRPr="00310D26" w:rsidRDefault="008E3A5E">
            <w:pPr>
              <w:rPr>
                <w:rFonts w:cs="Times New Roman"/>
                <w:color w:val="000000" w:themeColor="text1"/>
                <w:szCs w:val="20"/>
              </w:rPr>
            </w:pPr>
          </w:p>
        </w:tc>
        <w:tc>
          <w:tcPr>
            <w:tcW w:w="5953" w:type="dxa"/>
            <w:gridSpan w:val="3"/>
            <w:vAlign w:val="center"/>
          </w:tcPr>
          <w:p w14:paraId="7C73618A" w14:textId="77777777" w:rsidR="008E3A5E" w:rsidRPr="00310D26" w:rsidRDefault="008E3A5E" w:rsidP="005C76A8">
            <w:pPr>
              <w:rPr>
                <w:rFonts w:cs="Times New Roman"/>
                <w:color w:val="000000" w:themeColor="text1"/>
                <w:szCs w:val="20"/>
              </w:rPr>
            </w:pPr>
            <w:proofErr w:type="spellStart"/>
            <w:r w:rsidRPr="00310D26">
              <w:rPr>
                <w:rFonts w:cs="Times New Roman"/>
                <w:color w:val="000000" w:themeColor="text1"/>
                <w:szCs w:val="20"/>
              </w:rPr>
              <w:t>Diğer</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ulusal</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kamu</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veya</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özel</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kurum</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ve</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kuruluşlar</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tarafından</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desteklenmiş</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ve</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destek</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süresi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dokuz</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aydan</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az</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olmayan</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Ar</w:t>
            </w:r>
            <w:proofErr w:type="spellEnd"/>
            <w:r w:rsidRPr="00310D26">
              <w:rPr>
                <w:rFonts w:cs="Times New Roman"/>
                <w:color w:val="000000" w:themeColor="text1"/>
                <w:szCs w:val="20"/>
              </w:rPr>
              <w:t xml:space="preserve">-Ge </w:t>
            </w:r>
            <w:proofErr w:type="spellStart"/>
            <w:r w:rsidRPr="00310D26">
              <w:rPr>
                <w:rFonts w:cs="Times New Roman"/>
                <w:color w:val="000000" w:themeColor="text1"/>
                <w:szCs w:val="20"/>
              </w:rPr>
              <w:t>niteliğini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haiz</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proje</w:t>
            </w:r>
            <w:proofErr w:type="spellEnd"/>
            <w:r w:rsidRPr="00310D26">
              <w:rPr>
                <w:rFonts w:cs="Times New Roman"/>
                <w:color w:val="000000" w:themeColor="text1"/>
                <w:szCs w:val="20"/>
              </w:rPr>
              <w:t xml:space="preserve"> (GÜ BAP </w:t>
            </w:r>
            <w:proofErr w:type="spellStart"/>
            <w:r w:rsidRPr="00310D26">
              <w:rPr>
                <w:rFonts w:cs="Times New Roman"/>
                <w:color w:val="000000" w:themeColor="text1"/>
                <w:szCs w:val="20"/>
              </w:rPr>
              <w:t>dâhil</w:t>
            </w:r>
            <w:proofErr w:type="spellEnd"/>
            <w:r w:rsidRPr="00310D26">
              <w:rPr>
                <w:rFonts w:cs="Times New Roman"/>
                <w:color w:val="000000" w:themeColor="text1"/>
                <w:szCs w:val="20"/>
              </w:rPr>
              <w:t>)</w:t>
            </w:r>
          </w:p>
        </w:tc>
        <w:tc>
          <w:tcPr>
            <w:tcW w:w="1134" w:type="dxa"/>
            <w:vAlign w:val="center"/>
          </w:tcPr>
          <w:p w14:paraId="7171F7D8" w14:textId="01D54457" w:rsidR="008E3A5E" w:rsidRPr="00310D26" w:rsidRDefault="008E3A5E" w:rsidP="0024423D">
            <w:pPr>
              <w:jc w:val="center"/>
              <w:rPr>
                <w:rFonts w:cs="Times New Roman"/>
                <w:color w:val="000000" w:themeColor="text1"/>
                <w:szCs w:val="20"/>
              </w:rPr>
            </w:pPr>
          </w:p>
        </w:tc>
        <w:tc>
          <w:tcPr>
            <w:tcW w:w="1418" w:type="dxa"/>
            <w:vAlign w:val="center"/>
          </w:tcPr>
          <w:p w14:paraId="3C3E1E51" w14:textId="39715086" w:rsidR="008E3A5E" w:rsidRPr="00310D26" w:rsidRDefault="008E3A5E">
            <w:pPr>
              <w:rPr>
                <w:rFonts w:cs="Times New Roman"/>
                <w:color w:val="000000" w:themeColor="text1"/>
                <w:szCs w:val="20"/>
              </w:rPr>
            </w:pPr>
          </w:p>
        </w:tc>
      </w:tr>
      <w:tr w:rsidR="00FA1E89" w:rsidRPr="00310D26" w14:paraId="151BF134" w14:textId="77777777" w:rsidTr="00F2221C">
        <w:trPr>
          <w:trHeight w:val="785"/>
          <w:jc w:val="center"/>
        </w:trPr>
        <w:tc>
          <w:tcPr>
            <w:tcW w:w="11052" w:type="dxa"/>
            <w:gridSpan w:val="6"/>
            <w:vAlign w:val="center"/>
          </w:tcPr>
          <w:p w14:paraId="33EF3603" w14:textId="77777777" w:rsidR="00FA1E89" w:rsidRPr="00310D26" w:rsidRDefault="00FA1E89">
            <w:pPr>
              <w:rPr>
                <w:rFonts w:cs="Times New Roman"/>
                <w:color w:val="000000" w:themeColor="text1"/>
                <w:szCs w:val="20"/>
              </w:rPr>
            </w:pPr>
            <w:r w:rsidRPr="00310D26">
              <w:rPr>
                <w:rFonts w:eastAsiaTheme="minorEastAsia" w:cs="Times New Roman"/>
                <w:b/>
                <w:bCs/>
                <w:i/>
                <w:iCs/>
                <w:szCs w:val="20"/>
                <w:lang w:val="tr-TR"/>
              </w:rPr>
              <w:t xml:space="preserve">Sunulacak Belgeler: </w:t>
            </w:r>
            <w:proofErr w:type="spellStart"/>
            <w:r w:rsidRPr="00310D26">
              <w:rPr>
                <w:rFonts w:cs="Times New Roman"/>
                <w:color w:val="000000" w:themeColor="text1"/>
                <w:szCs w:val="20"/>
              </w:rPr>
              <w:t>Proje</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Türü</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Proje</w:t>
            </w:r>
            <w:proofErr w:type="spellEnd"/>
            <w:r w:rsidRPr="00310D26">
              <w:rPr>
                <w:rFonts w:cs="Times New Roman"/>
                <w:color w:val="000000" w:themeColor="text1"/>
                <w:szCs w:val="20"/>
              </w:rPr>
              <w:t xml:space="preserve"> Kodu, </w:t>
            </w:r>
            <w:proofErr w:type="spellStart"/>
            <w:r w:rsidRPr="00310D26">
              <w:rPr>
                <w:rFonts w:cs="Times New Roman"/>
                <w:color w:val="000000" w:themeColor="text1"/>
                <w:szCs w:val="20"/>
              </w:rPr>
              <w:t>Proje</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Başlığı</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Proje</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Yürütücüsü</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Araştırmacılar</w:t>
            </w:r>
            <w:proofErr w:type="spellEnd"/>
            <w:r w:rsidRPr="00310D26">
              <w:rPr>
                <w:rFonts w:cs="Times New Roman"/>
                <w:color w:val="000000" w:themeColor="text1"/>
                <w:szCs w:val="20"/>
              </w:rPr>
              <w:t>.</w:t>
            </w:r>
          </w:p>
          <w:p w14:paraId="2E62FBD4" w14:textId="77777777" w:rsidR="008E3A5E" w:rsidRDefault="007C2029">
            <w:pPr>
              <w:rPr>
                <w:rFonts w:cs="Times New Roman"/>
                <w:szCs w:val="20"/>
              </w:rPr>
            </w:pPr>
            <w:r w:rsidRPr="00310D26">
              <w:rPr>
                <w:rFonts w:cs="Times New Roman"/>
                <w:b/>
                <w:szCs w:val="20"/>
              </w:rPr>
              <w:t>Not:</w:t>
            </w:r>
            <w:r w:rsidRPr="00310D26">
              <w:rPr>
                <w:rFonts w:cs="Times New Roman"/>
                <w:szCs w:val="20"/>
              </w:rPr>
              <w:t xml:space="preserve"> </w:t>
            </w:r>
            <w:proofErr w:type="spellStart"/>
            <w:r w:rsidRPr="00310D26">
              <w:rPr>
                <w:rFonts w:cs="Times New Roman"/>
                <w:szCs w:val="20"/>
              </w:rPr>
              <w:t>Başvuru</w:t>
            </w:r>
            <w:proofErr w:type="spellEnd"/>
            <w:r w:rsidRPr="00310D26">
              <w:rPr>
                <w:rFonts w:cs="Times New Roman"/>
                <w:szCs w:val="20"/>
              </w:rPr>
              <w:t xml:space="preserve"> </w:t>
            </w:r>
            <w:proofErr w:type="spellStart"/>
            <w:r w:rsidRPr="00310D26">
              <w:rPr>
                <w:rFonts w:cs="Times New Roman"/>
                <w:szCs w:val="20"/>
              </w:rPr>
              <w:t>sırasında</w:t>
            </w:r>
            <w:proofErr w:type="spellEnd"/>
            <w:r w:rsidRPr="00310D26">
              <w:rPr>
                <w:rFonts w:cs="Times New Roman"/>
                <w:szCs w:val="20"/>
              </w:rPr>
              <w:t xml:space="preserve"> </w:t>
            </w:r>
            <w:proofErr w:type="spellStart"/>
            <w:r w:rsidRPr="00310D26">
              <w:rPr>
                <w:rFonts w:cs="Times New Roman"/>
                <w:szCs w:val="20"/>
              </w:rPr>
              <w:t>proje</w:t>
            </w:r>
            <w:proofErr w:type="spellEnd"/>
            <w:r w:rsidRPr="00310D26">
              <w:rPr>
                <w:rFonts w:cs="Times New Roman"/>
                <w:szCs w:val="20"/>
              </w:rPr>
              <w:t xml:space="preserve"> </w:t>
            </w:r>
            <w:proofErr w:type="spellStart"/>
            <w:r w:rsidRPr="00310D26">
              <w:rPr>
                <w:rFonts w:cs="Times New Roman"/>
                <w:szCs w:val="20"/>
              </w:rPr>
              <w:t>türü</w:t>
            </w:r>
            <w:proofErr w:type="spellEnd"/>
            <w:r w:rsidRPr="00310D26">
              <w:rPr>
                <w:rFonts w:cs="Times New Roman"/>
                <w:szCs w:val="20"/>
              </w:rPr>
              <w:t xml:space="preserve">, </w:t>
            </w:r>
            <w:proofErr w:type="spellStart"/>
            <w:r w:rsidRPr="00310D26">
              <w:rPr>
                <w:rFonts w:cs="Times New Roman"/>
                <w:szCs w:val="20"/>
              </w:rPr>
              <w:t>proje</w:t>
            </w:r>
            <w:proofErr w:type="spellEnd"/>
            <w:r w:rsidRPr="00310D26">
              <w:rPr>
                <w:rFonts w:cs="Times New Roman"/>
                <w:szCs w:val="20"/>
              </w:rPr>
              <w:t xml:space="preserve"> </w:t>
            </w:r>
            <w:proofErr w:type="spellStart"/>
            <w:r w:rsidRPr="00310D26">
              <w:rPr>
                <w:rFonts w:cs="Times New Roman"/>
                <w:szCs w:val="20"/>
              </w:rPr>
              <w:t>kodu</w:t>
            </w:r>
            <w:proofErr w:type="spellEnd"/>
            <w:r w:rsidRPr="00310D26">
              <w:rPr>
                <w:rFonts w:cs="Times New Roman"/>
                <w:szCs w:val="20"/>
              </w:rPr>
              <w:t xml:space="preserve">, </w:t>
            </w:r>
            <w:proofErr w:type="spellStart"/>
            <w:r w:rsidRPr="00310D26">
              <w:rPr>
                <w:rFonts w:cs="Times New Roman"/>
                <w:szCs w:val="20"/>
              </w:rPr>
              <w:t>proje</w:t>
            </w:r>
            <w:proofErr w:type="spellEnd"/>
            <w:r w:rsidRPr="00310D26">
              <w:rPr>
                <w:rFonts w:cs="Times New Roman"/>
                <w:szCs w:val="20"/>
              </w:rPr>
              <w:t xml:space="preserve"> </w:t>
            </w:r>
            <w:proofErr w:type="spellStart"/>
            <w:r w:rsidRPr="00310D26">
              <w:rPr>
                <w:rFonts w:cs="Times New Roman"/>
                <w:szCs w:val="20"/>
              </w:rPr>
              <w:t>başlığı</w:t>
            </w:r>
            <w:proofErr w:type="spellEnd"/>
            <w:r w:rsidRPr="00310D26">
              <w:rPr>
                <w:rFonts w:cs="Times New Roman"/>
                <w:szCs w:val="20"/>
              </w:rPr>
              <w:t xml:space="preserve">, </w:t>
            </w:r>
            <w:proofErr w:type="spellStart"/>
            <w:r w:rsidRPr="00310D26">
              <w:rPr>
                <w:rFonts w:cs="Times New Roman"/>
                <w:szCs w:val="20"/>
              </w:rPr>
              <w:t>proje</w:t>
            </w:r>
            <w:proofErr w:type="spellEnd"/>
            <w:r w:rsidRPr="00310D26">
              <w:rPr>
                <w:rFonts w:cs="Times New Roman"/>
                <w:szCs w:val="20"/>
              </w:rPr>
              <w:t xml:space="preserve"> </w:t>
            </w:r>
            <w:proofErr w:type="spellStart"/>
            <w:r w:rsidRPr="00310D26">
              <w:rPr>
                <w:rFonts w:cs="Times New Roman"/>
                <w:szCs w:val="20"/>
              </w:rPr>
              <w:t>yürütücüsü</w:t>
            </w:r>
            <w:proofErr w:type="spellEnd"/>
            <w:r w:rsidRPr="00310D26">
              <w:rPr>
                <w:rFonts w:cs="Times New Roman"/>
                <w:szCs w:val="20"/>
              </w:rPr>
              <w:t xml:space="preserve"> </w:t>
            </w:r>
            <w:proofErr w:type="spellStart"/>
            <w:r w:rsidRPr="00310D26">
              <w:rPr>
                <w:rFonts w:cs="Times New Roman"/>
                <w:szCs w:val="20"/>
              </w:rPr>
              <w:t>ve</w:t>
            </w:r>
            <w:proofErr w:type="spellEnd"/>
            <w:r w:rsidRPr="00310D26">
              <w:rPr>
                <w:rFonts w:cs="Times New Roman"/>
                <w:szCs w:val="20"/>
              </w:rPr>
              <w:t xml:space="preserve"> </w:t>
            </w:r>
            <w:proofErr w:type="spellStart"/>
            <w:r w:rsidRPr="00310D26">
              <w:rPr>
                <w:rFonts w:cs="Times New Roman"/>
                <w:szCs w:val="20"/>
              </w:rPr>
              <w:t>araştırmacılar</w:t>
            </w:r>
            <w:proofErr w:type="spellEnd"/>
            <w:r w:rsidRPr="00310D26">
              <w:rPr>
                <w:rFonts w:cs="Times New Roman"/>
                <w:szCs w:val="20"/>
              </w:rPr>
              <w:t xml:space="preserve"> </w:t>
            </w:r>
            <w:proofErr w:type="spellStart"/>
            <w:r w:rsidRPr="00310D26">
              <w:rPr>
                <w:rFonts w:cs="Times New Roman"/>
                <w:szCs w:val="20"/>
              </w:rPr>
              <w:t>eksiksiz</w:t>
            </w:r>
            <w:proofErr w:type="spellEnd"/>
            <w:r w:rsidRPr="00310D26">
              <w:rPr>
                <w:rFonts w:cs="Times New Roman"/>
                <w:szCs w:val="20"/>
              </w:rPr>
              <w:t xml:space="preserve"> </w:t>
            </w:r>
            <w:proofErr w:type="spellStart"/>
            <w:r w:rsidRPr="00310D26">
              <w:rPr>
                <w:rFonts w:cs="Times New Roman"/>
                <w:szCs w:val="20"/>
              </w:rPr>
              <w:t>belirtilmelidir</w:t>
            </w:r>
            <w:proofErr w:type="spellEnd"/>
            <w:r w:rsidRPr="00310D26">
              <w:rPr>
                <w:rFonts w:cs="Times New Roman"/>
                <w:szCs w:val="20"/>
              </w:rPr>
              <w:t xml:space="preserve">. </w:t>
            </w:r>
          </w:p>
          <w:p w14:paraId="7AF7F26B" w14:textId="497B132C" w:rsidR="008E3A5E" w:rsidRPr="001F3C30" w:rsidRDefault="007C2029">
            <w:pPr>
              <w:rPr>
                <w:rFonts w:cs="Times New Roman"/>
                <w:szCs w:val="20"/>
              </w:rPr>
            </w:pPr>
            <w:proofErr w:type="spellStart"/>
            <w:r w:rsidRPr="00310D26">
              <w:rPr>
                <w:rFonts w:cs="Times New Roman"/>
                <w:szCs w:val="20"/>
              </w:rPr>
              <w:t>Projenin</w:t>
            </w:r>
            <w:proofErr w:type="spellEnd"/>
            <w:r w:rsidRPr="00310D26">
              <w:rPr>
                <w:rFonts w:cs="Times New Roman"/>
                <w:szCs w:val="20"/>
              </w:rPr>
              <w:t xml:space="preserve"> </w:t>
            </w:r>
            <w:proofErr w:type="spellStart"/>
            <w:r w:rsidRPr="00310D26">
              <w:rPr>
                <w:rFonts w:cs="Times New Roman"/>
                <w:szCs w:val="20"/>
              </w:rPr>
              <w:t>doktora</w:t>
            </w:r>
            <w:proofErr w:type="spellEnd"/>
            <w:r w:rsidRPr="00310D26">
              <w:rPr>
                <w:rFonts w:cs="Times New Roman"/>
                <w:szCs w:val="20"/>
              </w:rPr>
              <w:t xml:space="preserve"> </w:t>
            </w:r>
            <w:proofErr w:type="spellStart"/>
            <w:r w:rsidRPr="00310D26">
              <w:rPr>
                <w:rFonts w:cs="Times New Roman"/>
                <w:szCs w:val="20"/>
              </w:rPr>
              <w:t>teziyle</w:t>
            </w:r>
            <w:proofErr w:type="spellEnd"/>
            <w:r w:rsidRPr="00310D26">
              <w:rPr>
                <w:rFonts w:cs="Times New Roman"/>
                <w:szCs w:val="20"/>
              </w:rPr>
              <w:t xml:space="preserve"> </w:t>
            </w:r>
            <w:proofErr w:type="spellStart"/>
            <w:r w:rsidRPr="00310D26">
              <w:rPr>
                <w:rFonts w:cs="Times New Roman"/>
                <w:szCs w:val="20"/>
              </w:rPr>
              <w:t>doğrudan</w:t>
            </w:r>
            <w:proofErr w:type="spellEnd"/>
            <w:r w:rsidRPr="00310D26">
              <w:rPr>
                <w:rFonts w:cs="Times New Roman"/>
                <w:szCs w:val="20"/>
              </w:rPr>
              <w:t xml:space="preserve"> </w:t>
            </w:r>
            <w:proofErr w:type="spellStart"/>
            <w:r w:rsidRPr="00310D26">
              <w:rPr>
                <w:rFonts w:cs="Times New Roman"/>
                <w:szCs w:val="20"/>
              </w:rPr>
              <w:t>ilişkisini</w:t>
            </w:r>
            <w:proofErr w:type="spellEnd"/>
            <w:r w:rsidRPr="00310D26">
              <w:rPr>
                <w:rFonts w:cs="Times New Roman"/>
                <w:szCs w:val="20"/>
              </w:rPr>
              <w:t xml:space="preserve"> </w:t>
            </w:r>
            <w:proofErr w:type="spellStart"/>
            <w:r w:rsidRPr="00310D26">
              <w:rPr>
                <w:rFonts w:cs="Times New Roman"/>
                <w:szCs w:val="20"/>
              </w:rPr>
              <w:t>gösteren</w:t>
            </w:r>
            <w:proofErr w:type="spellEnd"/>
            <w:r w:rsidRPr="00310D26">
              <w:rPr>
                <w:rFonts w:cs="Times New Roman"/>
                <w:szCs w:val="20"/>
              </w:rPr>
              <w:t xml:space="preserve"> </w:t>
            </w:r>
            <w:proofErr w:type="spellStart"/>
            <w:r w:rsidRPr="00310D26">
              <w:rPr>
                <w:rFonts w:cs="Times New Roman"/>
                <w:szCs w:val="20"/>
              </w:rPr>
              <w:t>belgelerin</w:t>
            </w:r>
            <w:proofErr w:type="spellEnd"/>
            <w:r w:rsidRPr="00310D26">
              <w:rPr>
                <w:rFonts w:cs="Times New Roman"/>
                <w:szCs w:val="20"/>
              </w:rPr>
              <w:t xml:space="preserve"> </w:t>
            </w:r>
            <w:proofErr w:type="spellStart"/>
            <w:r w:rsidRPr="00310D26">
              <w:rPr>
                <w:rFonts w:cs="Times New Roman"/>
                <w:szCs w:val="20"/>
              </w:rPr>
              <w:t>başvuru</w:t>
            </w:r>
            <w:proofErr w:type="spellEnd"/>
            <w:r w:rsidRPr="00310D26">
              <w:rPr>
                <w:rFonts w:cs="Times New Roman"/>
                <w:szCs w:val="20"/>
              </w:rPr>
              <w:t xml:space="preserve"> </w:t>
            </w:r>
            <w:proofErr w:type="spellStart"/>
            <w:r w:rsidRPr="00310D26">
              <w:rPr>
                <w:rFonts w:cs="Times New Roman"/>
                <w:szCs w:val="20"/>
              </w:rPr>
              <w:t>dosyasına</w:t>
            </w:r>
            <w:proofErr w:type="spellEnd"/>
            <w:r w:rsidRPr="00310D26">
              <w:rPr>
                <w:rFonts w:cs="Times New Roman"/>
                <w:szCs w:val="20"/>
              </w:rPr>
              <w:t xml:space="preserve"> </w:t>
            </w:r>
            <w:proofErr w:type="spellStart"/>
            <w:r w:rsidRPr="00310D26">
              <w:rPr>
                <w:rFonts w:cs="Times New Roman"/>
                <w:szCs w:val="20"/>
              </w:rPr>
              <w:t>eklenmes</w:t>
            </w:r>
            <w:r w:rsidR="008E3A5E">
              <w:rPr>
                <w:rFonts w:cs="Times New Roman"/>
                <w:szCs w:val="20"/>
              </w:rPr>
              <w:t>i</w:t>
            </w:r>
            <w:proofErr w:type="spellEnd"/>
            <w:r w:rsidR="008E3A5E">
              <w:rPr>
                <w:rFonts w:cs="Times New Roman"/>
                <w:szCs w:val="20"/>
              </w:rPr>
              <w:t xml:space="preserve"> </w:t>
            </w:r>
            <w:proofErr w:type="spellStart"/>
            <w:r w:rsidR="008E3A5E">
              <w:rPr>
                <w:rFonts w:cs="Times New Roman"/>
                <w:szCs w:val="20"/>
              </w:rPr>
              <w:t>gerekmektedir</w:t>
            </w:r>
            <w:proofErr w:type="spellEnd"/>
            <w:r w:rsidR="008E3A5E">
              <w:rPr>
                <w:rFonts w:cs="Times New Roman"/>
                <w:szCs w:val="20"/>
              </w:rPr>
              <w:t>.</w:t>
            </w:r>
          </w:p>
        </w:tc>
      </w:tr>
      <w:tr w:rsidR="001F3C30" w:rsidRPr="00310D26" w14:paraId="332779A8" w14:textId="77777777" w:rsidTr="00F2221C">
        <w:trPr>
          <w:jc w:val="center"/>
        </w:trPr>
        <w:tc>
          <w:tcPr>
            <w:tcW w:w="2547" w:type="dxa"/>
            <w:vAlign w:val="center"/>
          </w:tcPr>
          <w:p w14:paraId="291D5DFD" w14:textId="77777777" w:rsidR="001F3C30" w:rsidRPr="00310D26" w:rsidRDefault="001F3C30" w:rsidP="0075743E">
            <w:pPr>
              <w:jc w:val="center"/>
              <w:rPr>
                <w:rFonts w:cs="Times New Roman"/>
                <w:color w:val="000000" w:themeColor="text1"/>
                <w:szCs w:val="20"/>
              </w:rPr>
            </w:pPr>
            <w:r w:rsidRPr="00310D26">
              <w:rPr>
                <w:rFonts w:cs="Times New Roman"/>
                <w:b/>
                <w:color w:val="000000" w:themeColor="text1"/>
                <w:szCs w:val="20"/>
              </w:rPr>
              <w:t>AKADEMİK FAALİYET TÜRÜ</w:t>
            </w:r>
          </w:p>
        </w:tc>
        <w:tc>
          <w:tcPr>
            <w:tcW w:w="4678" w:type="dxa"/>
            <w:vAlign w:val="center"/>
          </w:tcPr>
          <w:p w14:paraId="66AB7478" w14:textId="6AFA3FB7" w:rsidR="001F3C30" w:rsidRPr="00310D26" w:rsidRDefault="001F3C30" w:rsidP="0075743E">
            <w:pPr>
              <w:jc w:val="center"/>
              <w:rPr>
                <w:rFonts w:cs="Times New Roman"/>
                <w:color w:val="000000" w:themeColor="text1"/>
                <w:szCs w:val="20"/>
              </w:rPr>
            </w:pPr>
            <w:r w:rsidRPr="00310D26">
              <w:rPr>
                <w:rFonts w:cs="Times New Roman"/>
                <w:b/>
                <w:color w:val="000000" w:themeColor="text1"/>
                <w:szCs w:val="20"/>
              </w:rPr>
              <w:t>FAAL</w:t>
            </w:r>
            <w:r w:rsidR="00337D39">
              <w:rPr>
                <w:rFonts w:cs="Times New Roman"/>
                <w:b/>
                <w:color w:val="000000" w:themeColor="text1"/>
                <w:szCs w:val="20"/>
              </w:rPr>
              <w:t>İ</w:t>
            </w:r>
            <w:r w:rsidRPr="00310D26">
              <w:rPr>
                <w:rFonts w:cs="Times New Roman"/>
                <w:b/>
                <w:color w:val="000000" w:themeColor="text1"/>
                <w:szCs w:val="20"/>
              </w:rPr>
              <w:t>YET</w:t>
            </w:r>
          </w:p>
        </w:tc>
        <w:tc>
          <w:tcPr>
            <w:tcW w:w="1275" w:type="dxa"/>
            <w:gridSpan w:val="2"/>
            <w:vAlign w:val="center"/>
          </w:tcPr>
          <w:p w14:paraId="515C2377" w14:textId="62A39763" w:rsidR="001F3C30" w:rsidRPr="00310D26" w:rsidRDefault="001F3C30" w:rsidP="0075743E">
            <w:pPr>
              <w:jc w:val="center"/>
              <w:rPr>
                <w:rFonts w:cs="Times New Roman"/>
                <w:b/>
                <w:color w:val="000000" w:themeColor="text1"/>
                <w:szCs w:val="20"/>
              </w:rPr>
            </w:pPr>
          </w:p>
        </w:tc>
        <w:tc>
          <w:tcPr>
            <w:tcW w:w="1134" w:type="dxa"/>
            <w:vAlign w:val="center"/>
          </w:tcPr>
          <w:p w14:paraId="5AA01D52" w14:textId="38F38928" w:rsidR="001F3C30" w:rsidRPr="00310D26" w:rsidRDefault="001F3C30" w:rsidP="0075743E">
            <w:pPr>
              <w:jc w:val="center"/>
              <w:rPr>
                <w:rFonts w:cs="Times New Roman"/>
                <w:b/>
                <w:color w:val="000000" w:themeColor="text1"/>
                <w:szCs w:val="20"/>
              </w:rPr>
            </w:pPr>
            <w:r w:rsidRPr="00310D26">
              <w:rPr>
                <w:rFonts w:cs="Times New Roman"/>
                <w:b/>
                <w:color w:val="000000" w:themeColor="text1"/>
                <w:szCs w:val="20"/>
              </w:rPr>
              <w:t>PUAN</w:t>
            </w:r>
          </w:p>
        </w:tc>
        <w:tc>
          <w:tcPr>
            <w:tcW w:w="1418" w:type="dxa"/>
            <w:vAlign w:val="center"/>
          </w:tcPr>
          <w:p w14:paraId="4B91CB0C" w14:textId="782D1A44" w:rsidR="001F3C30" w:rsidRPr="00310D26" w:rsidRDefault="00F84906" w:rsidP="0075743E">
            <w:pPr>
              <w:jc w:val="center"/>
              <w:rPr>
                <w:rFonts w:cs="Times New Roman"/>
                <w:b/>
                <w:color w:val="000000" w:themeColor="text1"/>
                <w:szCs w:val="20"/>
              </w:rPr>
            </w:pPr>
            <w:r>
              <w:rPr>
                <w:rFonts w:cs="Times New Roman"/>
                <w:b/>
                <w:color w:val="000000" w:themeColor="text1"/>
                <w:szCs w:val="20"/>
              </w:rPr>
              <w:t>BELGE NO</w:t>
            </w:r>
          </w:p>
        </w:tc>
      </w:tr>
      <w:tr w:rsidR="0075743E" w:rsidRPr="00310D26" w14:paraId="2C82F7F1" w14:textId="77777777" w:rsidTr="00F2221C">
        <w:trPr>
          <w:trHeight w:hRule="exact" w:val="340"/>
          <w:jc w:val="center"/>
        </w:trPr>
        <w:tc>
          <w:tcPr>
            <w:tcW w:w="2547" w:type="dxa"/>
            <w:vMerge w:val="restart"/>
            <w:vAlign w:val="center"/>
          </w:tcPr>
          <w:p w14:paraId="0C72E3E6" w14:textId="77777777" w:rsidR="0075743E" w:rsidRPr="00564BC5" w:rsidRDefault="0075743E" w:rsidP="008E3A5E">
            <w:pPr>
              <w:rPr>
                <w:rFonts w:eastAsiaTheme="minorEastAsia" w:cs="Times New Roman"/>
                <w:b/>
                <w:bCs/>
                <w:sz w:val="32"/>
                <w:szCs w:val="32"/>
                <w:lang w:val="tr-TR"/>
              </w:rPr>
            </w:pPr>
            <w:r w:rsidRPr="00564BC5">
              <w:rPr>
                <w:rFonts w:eastAsiaTheme="minorEastAsia" w:cs="Times New Roman"/>
                <w:b/>
                <w:bCs/>
                <w:sz w:val="32"/>
                <w:szCs w:val="32"/>
                <w:lang w:val="tr-TR"/>
              </w:rPr>
              <w:t>YAYIN</w:t>
            </w:r>
          </w:p>
          <w:p w14:paraId="6E6C94F3" w14:textId="78D95621" w:rsidR="0075743E" w:rsidRPr="008E3A5E" w:rsidRDefault="0075743E" w:rsidP="008E3A5E">
            <w:pPr>
              <w:pStyle w:val="ListeParagraf"/>
              <w:numPr>
                <w:ilvl w:val="0"/>
                <w:numId w:val="11"/>
              </w:numPr>
              <w:tabs>
                <w:tab w:val="left" w:pos="168"/>
              </w:tabs>
              <w:ind w:left="0" w:firstLine="0"/>
              <w:rPr>
                <w:rFonts w:eastAsiaTheme="minorEastAsia" w:cs="Times New Roman"/>
                <w:szCs w:val="20"/>
                <w:lang w:val="tr-TR"/>
              </w:rPr>
            </w:pPr>
            <w:r w:rsidRPr="008E3A5E">
              <w:rPr>
                <w:rFonts w:eastAsiaTheme="minorEastAsia" w:cs="Times New Roman"/>
                <w:szCs w:val="20"/>
                <w:lang w:val="tr-TR"/>
              </w:rPr>
              <w:t>Yayınların</w:t>
            </w:r>
            <w:r w:rsidR="008E3A5E" w:rsidRPr="008E3A5E">
              <w:rPr>
                <w:rFonts w:eastAsiaTheme="minorEastAsia" w:cs="Times New Roman"/>
                <w:szCs w:val="20"/>
                <w:lang w:val="tr-TR"/>
              </w:rPr>
              <w:t xml:space="preserve"> </w:t>
            </w:r>
            <w:r w:rsidRPr="008E3A5E">
              <w:rPr>
                <w:rFonts w:eastAsiaTheme="minorEastAsia" w:cs="Times New Roman"/>
                <w:szCs w:val="20"/>
                <w:lang w:val="tr-TR"/>
              </w:rPr>
              <w:t>doktora tez</w:t>
            </w:r>
          </w:p>
          <w:p w14:paraId="25854465" w14:textId="6FBAE361" w:rsidR="0075743E" w:rsidRPr="00310D26" w:rsidRDefault="008E3A5E" w:rsidP="008E3A5E">
            <w:pPr>
              <w:rPr>
                <w:rFonts w:eastAsiaTheme="minorEastAsia" w:cs="Times New Roman"/>
                <w:szCs w:val="20"/>
                <w:lang w:val="tr-TR"/>
              </w:rPr>
            </w:pPr>
            <w:r>
              <w:rPr>
                <w:rFonts w:eastAsiaTheme="minorEastAsia" w:cs="Times New Roman"/>
                <w:szCs w:val="20"/>
                <w:lang w:val="tr-TR"/>
              </w:rPr>
              <w:t>d</w:t>
            </w:r>
            <w:r w:rsidR="0075743E" w:rsidRPr="00310D26">
              <w:rPr>
                <w:rFonts w:eastAsiaTheme="minorEastAsia" w:cs="Times New Roman"/>
                <w:szCs w:val="20"/>
                <w:lang w:val="tr-TR"/>
              </w:rPr>
              <w:t>anışmanı</w:t>
            </w:r>
            <w:r>
              <w:rPr>
                <w:rFonts w:eastAsiaTheme="minorEastAsia" w:cs="Times New Roman"/>
                <w:szCs w:val="20"/>
                <w:lang w:val="tr-TR"/>
              </w:rPr>
              <w:t xml:space="preserve"> ile birlikte</w:t>
            </w:r>
          </w:p>
          <w:p w14:paraId="5EFA26F1" w14:textId="4E062217" w:rsidR="0075743E" w:rsidRDefault="0075743E" w:rsidP="008E3A5E">
            <w:pPr>
              <w:rPr>
                <w:rFonts w:eastAsiaTheme="minorEastAsia" w:cs="Times New Roman"/>
                <w:szCs w:val="20"/>
                <w:lang w:val="tr-TR"/>
              </w:rPr>
            </w:pPr>
            <w:r w:rsidRPr="00310D26">
              <w:rPr>
                <w:rFonts w:eastAsiaTheme="minorEastAsia" w:cs="Times New Roman"/>
                <w:szCs w:val="20"/>
                <w:lang w:val="tr-TR"/>
              </w:rPr>
              <w:t>yapılması</w:t>
            </w:r>
            <w:r w:rsidR="00F2221C">
              <w:rPr>
                <w:rFonts w:eastAsiaTheme="minorEastAsia" w:cs="Times New Roman"/>
                <w:szCs w:val="20"/>
                <w:lang w:val="tr-TR"/>
              </w:rPr>
              <w:t xml:space="preserve"> </w:t>
            </w:r>
            <w:r w:rsidRPr="00310D26">
              <w:rPr>
                <w:rFonts w:eastAsiaTheme="minorEastAsia" w:cs="Times New Roman"/>
                <w:szCs w:val="20"/>
                <w:lang w:val="tr-TR"/>
              </w:rPr>
              <w:t>gerek</w:t>
            </w:r>
            <w:r w:rsidR="008E3A5E">
              <w:rPr>
                <w:rFonts w:eastAsiaTheme="minorEastAsia" w:cs="Times New Roman"/>
                <w:szCs w:val="20"/>
                <w:lang w:val="tr-TR"/>
              </w:rPr>
              <w:t>mektedir.</w:t>
            </w:r>
          </w:p>
          <w:p w14:paraId="5CC8AAB2" w14:textId="77777777" w:rsidR="008E3A5E" w:rsidRDefault="008E3A5E" w:rsidP="008E3A5E">
            <w:pPr>
              <w:rPr>
                <w:rFonts w:eastAsiaTheme="minorEastAsia" w:cs="Times New Roman"/>
                <w:szCs w:val="20"/>
                <w:lang w:val="tr-TR"/>
              </w:rPr>
            </w:pPr>
          </w:p>
          <w:p w14:paraId="2E00804F" w14:textId="214C3085" w:rsidR="008E3A5E" w:rsidRPr="00564BC5" w:rsidRDefault="00337D39" w:rsidP="00564BC5">
            <w:pPr>
              <w:tabs>
                <w:tab w:val="left" w:pos="168"/>
              </w:tabs>
              <w:rPr>
                <w:rFonts w:eastAsiaTheme="minorEastAsia" w:cs="Times New Roman"/>
                <w:szCs w:val="20"/>
                <w:lang w:val="tr-TR"/>
              </w:rPr>
            </w:pPr>
            <w:r>
              <w:rPr>
                <w:rFonts w:eastAsiaTheme="minorEastAsia" w:cs="Times New Roman"/>
                <w:szCs w:val="20"/>
                <w:lang w:val="tr-TR"/>
              </w:rPr>
              <w:t xml:space="preserve">- </w:t>
            </w:r>
            <w:r w:rsidR="008E3A5E" w:rsidRPr="00564BC5">
              <w:rPr>
                <w:rFonts w:eastAsiaTheme="minorEastAsia" w:cs="Times New Roman"/>
                <w:szCs w:val="20"/>
                <w:lang w:val="tr-TR"/>
              </w:rPr>
              <w:t>Editöre mektup, vaka raporları, teknik not,</w:t>
            </w:r>
            <w:r w:rsidR="00F2221C">
              <w:rPr>
                <w:rFonts w:eastAsiaTheme="minorEastAsia" w:cs="Times New Roman"/>
                <w:szCs w:val="20"/>
                <w:lang w:val="tr-TR"/>
              </w:rPr>
              <w:t xml:space="preserve"> </w:t>
            </w:r>
            <w:r w:rsidR="008E3A5E" w:rsidRPr="00564BC5">
              <w:rPr>
                <w:rFonts w:eastAsiaTheme="minorEastAsia" w:cs="Times New Roman"/>
                <w:szCs w:val="20"/>
                <w:lang w:val="tr-TR"/>
              </w:rPr>
              <w:t>derlemeler, araştırma notu, kısa makale ve kitap</w:t>
            </w:r>
            <w:r w:rsidR="00F3338F">
              <w:rPr>
                <w:rFonts w:eastAsiaTheme="minorEastAsia" w:cs="Times New Roman"/>
                <w:szCs w:val="20"/>
                <w:lang w:val="tr-TR"/>
              </w:rPr>
              <w:t xml:space="preserve"> eleştirisi bu kapsama dahil edilmez. </w:t>
            </w:r>
          </w:p>
        </w:tc>
        <w:tc>
          <w:tcPr>
            <w:tcW w:w="4678" w:type="dxa"/>
            <w:vMerge w:val="restart"/>
            <w:vAlign w:val="center"/>
          </w:tcPr>
          <w:p w14:paraId="6447145D" w14:textId="77777777" w:rsidR="0075743E" w:rsidRPr="00310D26" w:rsidRDefault="0075743E" w:rsidP="0075743E">
            <w:pPr>
              <w:rPr>
                <w:rFonts w:cs="Times New Roman"/>
                <w:color w:val="000000" w:themeColor="text1"/>
                <w:szCs w:val="20"/>
              </w:rPr>
            </w:pPr>
            <w:r w:rsidRPr="00310D26">
              <w:rPr>
                <w:rFonts w:cs="Times New Roman"/>
                <w:color w:val="000000" w:themeColor="text1"/>
                <w:szCs w:val="20"/>
              </w:rPr>
              <w:t xml:space="preserve">SCI-Expanded, SSCI </w:t>
            </w:r>
            <w:proofErr w:type="spellStart"/>
            <w:r w:rsidRPr="00310D26">
              <w:rPr>
                <w:rFonts w:cs="Times New Roman"/>
                <w:color w:val="000000" w:themeColor="text1"/>
                <w:szCs w:val="20"/>
              </w:rPr>
              <w:t>ve</w:t>
            </w:r>
            <w:proofErr w:type="spellEnd"/>
            <w:r w:rsidRPr="00310D26">
              <w:rPr>
                <w:rFonts w:cs="Times New Roman"/>
                <w:color w:val="000000" w:themeColor="text1"/>
                <w:szCs w:val="20"/>
              </w:rPr>
              <w:t xml:space="preserve"> AHCI </w:t>
            </w:r>
            <w:proofErr w:type="spellStart"/>
            <w:r w:rsidRPr="00310D26">
              <w:rPr>
                <w:rFonts w:cs="Times New Roman"/>
                <w:color w:val="000000" w:themeColor="text1"/>
                <w:szCs w:val="20"/>
              </w:rPr>
              <w:t>kapsamındaki</w:t>
            </w:r>
            <w:proofErr w:type="spellEnd"/>
          </w:p>
          <w:p w14:paraId="15E5206F" w14:textId="77777777" w:rsidR="0075743E" w:rsidRPr="00310D26" w:rsidRDefault="0075743E" w:rsidP="0075743E">
            <w:pPr>
              <w:rPr>
                <w:rFonts w:cs="Times New Roman"/>
                <w:color w:val="000000" w:themeColor="text1"/>
                <w:szCs w:val="20"/>
              </w:rPr>
            </w:pPr>
            <w:proofErr w:type="spellStart"/>
            <w:r w:rsidRPr="00310D26">
              <w:rPr>
                <w:rFonts w:cs="Times New Roman"/>
                <w:color w:val="000000" w:themeColor="text1"/>
                <w:szCs w:val="20"/>
              </w:rPr>
              <w:t>dergilerde</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yayımlanmış</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araştırma</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makalesi</w:t>
            </w:r>
            <w:proofErr w:type="spellEnd"/>
            <w:r w:rsidRPr="00310D26">
              <w:rPr>
                <w:rFonts w:cs="Times New Roman"/>
                <w:color w:val="000000" w:themeColor="text1"/>
                <w:szCs w:val="20"/>
              </w:rPr>
              <w:t>*</w:t>
            </w:r>
          </w:p>
        </w:tc>
        <w:tc>
          <w:tcPr>
            <w:tcW w:w="1275" w:type="dxa"/>
            <w:gridSpan w:val="2"/>
            <w:vAlign w:val="center"/>
          </w:tcPr>
          <w:p w14:paraId="121A0457" w14:textId="77777777" w:rsidR="0075743E" w:rsidRPr="00310D26" w:rsidRDefault="0075743E" w:rsidP="00310D26">
            <w:pPr>
              <w:jc w:val="center"/>
              <w:rPr>
                <w:rFonts w:cs="Times New Roman"/>
                <w:color w:val="000000" w:themeColor="text1"/>
                <w:szCs w:val="20"/>
              </w:rPr>
            </w:pPr>
            <w:r w:rsidRPr="00310D26">
              <w:rPr>
                <w:rFonts w:cs="Times New Roman"/>
                <w:color w:val="000000" w:themeColor="text1"/>
                <w:szCs w:val="20"/>
              </w:rPr>
              <w:t>Q1</w:t>
            </w:r>
          </w:p>
        </w:tc>
        <w:tc>
          <w:tcPr>
            <w:tcW w:w="1134" w:type="dxa"/>
            <w:vAlign w:val="center"/>
          </w:tcPr>
          <w:p w14:paraId="0B25320F" w14:textId="71E1955A" w:rsidR="0075743E" w:rsidRPr="00310D26" w:rsidRDefault="0075743E" w:rsidP="0075743E">
            <w:pPr>
              <w:rPr>
                <w:rFonts w:cs="Times New Roman"/>
                <w:color w:val="000000" w:themeColor="text1"/>
                <w:szCs w:val="20"/>
              </w:rPr>
            </w:pPr>
          </w:p>
        </w:tc>
        <w:tc>
          <w:tcPr>
            <w:tcW w:w="1418" w:type="dxa"/>
            <w:vAlign w:val="center"/>
          </w:tcPr>
          <w:p w14:paraId="2CFE229F" w14:textId="406FD967" w:rsidR="0075743E" w:rsidRPr="00310D26" w:rsidRDefault="0075743E" w:rsidP="0075743E">
            <w:pPr>
              <w:rPr>
                <w:rFonts w:cs="Times New Roman"/>
                <w:color w:val="000000" w:themeColor="text1"/>
                <w:szCs w:val="20"/>
              </w:rPr>
            </w:pPr>
          </w:p>
        </w:tc>
      </w:tr>
      <w:tr w:rsidR="0075743E" w:rsidRPr="00310D26" w14:paraId="29DD0614" w14:textId="77777777" w:rsidTr="00F2221C">
        <w:trPr>
          <w:trHeight w:hRule="exact" w:val="340"/>
          <w:jc w:val="center"/>
        </w:trPr>
        <w:tc>
          <w:tcPr>
            <w:tcW w:w="2547" w:type="dxa"/>
            <w:vMerge/>
            <w:vAlign w:val="center"/>
          </w:tcPr>
          <w:p w14:paraId="376EABA6" w14:textId="77777777" w:rsidR="0075743E" w:rsidRPr="00310D26" w:rsidRDefault="0075743E" w:rsidP="0075743E">
            <w:pPr>
              <w:rPr>
                <w:rFonts w:cs="Times New Roman"/>
                <w:color w:val="000000" w:themeColor="text1"/>
                <w:szCs w:val="20"/>
              </w:rPr>
            </w:pPr>
          </w:p>
        </w:tc>
        <w:tc>
          <w:tcPr>
            <w:tcW w:w="4678" w:type="dxa"/>
            <w:vMerge/>
            <w:vAlign w:val="center"/>
          </w:tcPr>
          <w:p w14:paraId="2BBBC3A4" w14:textId="77777777" w:rsidR="0075743E" w:rsidRPr="00310D26" w:rsidRDefault="0075743E" w:rsidP="0075743E">
            <w:pPr>
              <w:rPr>
                <w:rFonts w:cs="Times New Roman"/>
                <w:color w:val="000000" w:themeColor="text1"/>
                <w:szCs w:val="20"/>
              </w:rPr>
            </w:pPr>
          </w:p>
        </w:tc>
        <w:tc>
          <w:tcPr>
            <w:tcW w:w="1275" w:type="dxa"/>
            <w:gridSpan w:val="2"/>
            <w:vAlign w:val="center"/>
          </w:tcPr>
          <w:p w14:paraId="5D4D373A" w14:textId="77777777" w:rsidR="0075743E" w:rsidRPr="00310D26" w:rsidRDefault="0075743E" w:rsidP="00310D26">
            <w:pPr>
              <w:jc w:val="center"/>
              <w:rPr>
                <w:rFonts w:cs="Times New Roman"/>
                <w:color w:val="000000" w:themeColor="text1"/>
                <w:szCs w:val="20"/>
              </w:rPr>
            </w:pPr>
            <w:r w:rsidRPr="00310D26">
              <w:rPr>
                <w:rFonts w:cs="Times New Roman"/>
                <w:color w:val="000000" w:themeColor="text1"/>
                <w:szCs w:val="20"/>
              </w:rPr>
              <w:t>Q2</w:t>
            </w:r>
          </w:p>
        </w:tc>
        <w:tc>
          <w:tcPr>
            <w:tcW w:w="1134" w:type="dxa"/>
            <w:vAlign w:val="center"/>
          </w:tcPr>
          <w:p w14:paraId="764CA54D" w14:textId="762B8505" w:rsidR="0075743E" w:rsidRPr="00310D26" w:rsidRDefault="0075743E" w:rsidP="0075743E">
            <w:pPr>
              <w:rPr>
                <w:rFonts w:cs="Times New Roman"/>
                <w:color w:val="000000" w:themeColor="text1"/>
                <w:szCs w:val="20"/>
              </w:rPr>
            </w:pPr>
          </w:p>
        </w:tc>
        <w:tc>
          <w:tcPr>
            <w:tcW w:w="1418" w:type="dxa"/>
            <w:vAlign w:val="center"/>
          </w:tcPr>
          <w:p w14:paraId="756E7720" w14:textId="77777777" w:rsidR="0075743E" w:rsidRPr="00310D26" w:rsidRDefault="0075743E" w:rsidP="0075743E">
            <w:pPr>
              <w:rPr>
                <w:rFonts w:cs="Times New Roman"/>
                <w:color w:val="000000" w:themeColor="text1"/>
                <w:szCs w:val="20"/>
              </w:rPr>
            </w:pPr>
          </w:p>
        </w:tc>
      </w:tr>
      <w:tr w:rsidR="0075743E" w:rsidRPr="00310D26" w14:paraId="4DAFB44F" w14:textId="77777777" w:rsidTr="00F2221C">
        <w:trPr>
          <w:trHeight w:hRule="exact" w:val="340"/>
          <w:jc w:val="center"/>
        </w:trPr>
        <w:tc>
          <w:tcPr>
            <w:tcW w:w="2547" w:type="dxa"/>
            <w:vMerge/>
            <w:vAlign w:val="center"/>
          </w:tcPr>
          <w:p w14:paraId="1F3F060F" w14:textId="77777777" w:rsidR="0075743E" w:rsidRPr="00310D26" w:rsidRDefault="0075743E" w:rsidP="0075743E">
            <w:pPr>
              <w:rPr>
                <w:rFonts w:cs="Times New Roman"/>
                <w:color w:val="000000" w:themeColor="text1"/>
                <w:szCs w:val="20"/>
              </w:rPr>
            </w:pPr>
          </w:p>
        </w:tc>
        <w:tc>
          <w:tcPr>
            <w:tcW w:w="4678" w:type="dxa"/>
            <w:vMerge/>
            <w:vAlign w:val="center"/>
          </w:tcPr>
          <w:p w14:paraId="4FD82A4A" w14:textId="77777777" w:rsidR="0075743E" w:rsidRPr="00310D26" w:rsidRDefault="0075743E" w:rsidP="0075743E">
            <w:pPr>
              <w:rPr>
                <w:rFonts w:cs="Times New Roman"/>
                <w:color w:val="000000" w:themeColor="text1"/>
                <w:szCs w:val="20"/>
              </w:rPr>
            </w:pPr>
          </w:p>
        </w:tc>
        <w:tc>
          <w:tcPr>
            <w:tcW w:w="1275" w:type="dxa"/>
            <w:gridSpan w:val="2"/>
            <w:vAlign w:val="center"/>
          </w:tcPr>
          <w:p w14:paraId="32DB459B" w14:textId="77777777" w:rsidR="0075743E" w:rsidRPr="00310D26" w:rsidRDefault="0075743E" w:rsidP="00310D26">
            <w:pPr>
              <w:jc w:val="center"/>
              <w:rPr>
                <w:rFonts w:cs="Times New Roman"/>
                <w:color w:val="000000" w:themeColor="text1"/>
                <w:szCs w:val="20"/>
              </w:rPr>
            </w:pPr>
            <w:r w:rsidRPr="00310D26">
              <w:rPr>
                <w:rFonts w:cs="Times New Roman"/>
                <w:color w:val="000000" w:themeColor="text1"/>
                <w:szCs w:val="20"/>
              </w:rPr>
              <w:t>Q3</w:t>
            </w:r>
          </w:p>
        </w:tc>
        <w:tc>
          <w:tcPr>
            <w:tcW w:w="1134" w:type="dxa"/>
            <w:vAlign w:val="center"/>
          </w:tcPr>
          <w:p w14:paraId="210A144A" w14:textId="7E9AFD3C" w:rsidR="0075743E" w:rsidRPr="00310D26" w:rsidRDefault="0075743E" w:rsidP="0075743E">
            <w:pPr>
              <w:rPr>
                <w:rFonts w:cs="Times New Roman"/>
                <w:color w:val="000000" w:themeColor="text1"/>
                <w:szCs w:val="20"/>
              </w:rPr>
            </w:pPr>
          </w:p>
        </w:tc>
        <w:tc>
          <w:tcPr>
            <w:tcW w:w="1418" w:type="dxa"/>
            <w:vAlign w:val="center"/>
          </w:tcPr>
          <w:p w14:paraId="1AB93194" w14:textId="77777777" w:rsidR="0075743E" w:rsidRPr="00310D26" w:rsidRDefault="0075743E" w:rsidP="0075743E">
            <w:pPr>
              <w:rPr>
                <w:rFonts w:cs="Times New Roman"/>
                <w:color w:val="000000" w:themeColor="text1"/>
                <w:szCs w:val="20"/>
              </w:rPr>
            </w:pPr>
          </w:p>
        </w:tc>
      </w:tr>
      <w:tr w:rsidR="0075743E" w:rsidRPr="00310D26" w14:paraId="5F5438CF" w14:textId="77777777" w:rsidTr="00F2221C">
        <w:trPr>
          <w:trHeight w:hRule="exact" w:val="340"/>
          <w:jc w:val="center"/>
        </w:trPr>
        <w:tc>
          <w:tcPr>
            <w:tcW w:w="2547" w:type="dxa"/>
            <w:vMerge/>
            <w:vAlign w:val="center"/>
          </w:tcPr>
          <w:p w14:paraId="68A527B8" w14:textId="77777777" w:rsidR="0075743E" w:rsidRPr="00310D26" w:rsidRDefault="0075743E" w:rsidP="0075743E">
            <w:pPr>
              <w:rPr>
                <w:rFonts w:cs="Times New Roman"/>
                <w:color w:val="000000" w:themeColor="text1"/>
                <w:szCs w:val="20"/>
              </w:rPr>
            </w:pPr>
          </w:p>
        </w:tc>
        <w:tc>
          <w:tcPr>
            <w:tcW w:w="4678" w:type="dxa"/>
            <w:vMerge/>
            <w:vAlign w:val="center"/>
          </w:tcPr>
          <w:p w14:paraId="22F1A2B3" w14:textId="77777777" w:rsidR="0075743E" w:rsidRPr="00310D26" w:rsidRDefault="0075743E" w:rsidP="0075743E">
            <w:pPr>
              <w:rPr>
                <w:rFonts w:cs="Times New Roman"/>
                <w:color w:val="000000" w:themeColor="text1"/>
                <w:szCs w:val="20"/>
              </w:rPr>
            </w:pPr>
          </w:p>
        </w:tc>
        <w:tc>
          <w:tcPr>
            <w:tcW w:w="1275" w:type="dxa"/>
            <w:gridSpan w:val="2"/>
            <w:vAlign w:val="center"/>
          </w:tcPr>
          <w:p w14:paraId="2AFB733D" w14:textId="77777777" w:rsidR="0075743E" w:rsidRPr="00310D26" w:rsidRDefault="0075743E" w:rsidP="00310D26">
            <w:pPr>
              <w:jc w:val="center"/>
              <w:rPr>
                <w:rFonts w:cs="Times New Roman"/>
                <w:color w:val="000000" w:themeColor="text1"/>
                <w:szCs w:val="20"/>
              </w:rPr>
            </w:pPr>
            <w:r w:rsidRPr="00310D26">
              <w:rPr>
                <w:rFonts w:cs="Times New Roman"/>
                <w:color w:val="000000" w:themeColor="text1"/>
                <w:szCs w:val="20"/>
              </w:rPr>
              <w:t>Q4</w:t>
            </w:r>
          </w:p>
        </w:tc>
        <w:tc>
          <w:tcPr>
            <w:tcW w:w="1134" w:type="dxa"/>
            <w:vAlign w:val="center"/>
          </w:tcPr>
          <w:p w14:paraId="0B80A635" w14:textId="1AF1E0B5" w:rsidR="0075743E" w:rsidRPr="00310D26" w:rsidRDefault="0075743E" w:rsidP="0075743E">
            <w:pPr>
              <w:rPr>
                <w:rFonts w:cs="Times New Roman"/>
                <w:color w:val="000000" w:themeColor="text1"/>
                <w:szCs w:val="20"/>
              </w:rPr>
            </w:pPr>
          </w:p>
        </w:tc>
        <w:tc>
          <w:tcPr>
            <w:tcW w:w="1418" w:type="dxa"/>
            <w:vAlign w:val="center"/>
          </w:tcPr>
          <w:p w14:paraId="6174F7D3" w14:textId="77777777" w:rsidR="0075743E" w:rsidRPr="00310D26" w:rsidRDefault="0075743E" w:rsidP="0075743E">
            <w:pPr>
              <w:rPr>
                <w:rFonts w:cs="Times New Roman"/>
                <w:color w:val="000000" w:themeColor="text1"/>
                <w:szCs w:val="20"/>
              </w:rPr>
            </w:pPr>
          </w:p>
        </w:tc>
      </w:tr>
      <w:tr w:rsidR="0075743E" w:rsidRPr="00310D26" w14:paraId="3019BA85" w14:textId="77777777" w:rsidTr="00F2221C">
        <w:trPr>
          <w:trHeight w:hRule="exact" w:val="340"/>
          <w:jc w:val="center"/>
        </w:trPr>
        <w:tc>
          <w:tcPr>
            <w:tcW w:w="2547" w:type="dxa"/>
            <w:vMerge/>
            <w:vAlign w:val="center"/>
          </w:tcPr>
          <w:p w14:paraId="3D145143" w14:textId="77777777" w:rsidR="0075743E" w:rsidRPr="00310D26" w:rsidRDefault="0075743E" w:rsidP="0075743E">
            <w:pPr>
              <w:rPr>
                <w:rFonts w:cs="Times New Roman"/>
                <w:color w:val="000000" w:themeColor="text1"/>
                <w:szCs w:val="20"/>
              </w:rPr>
            </w:pPr>
          </w:p>
        </w:tc>
        <w:tc>
          <w:tcPr>
            <w:tcW w:w="4678" w:type="dxa"/>
            <w:vMerge w:val="restart"/>
            <w:vAlign w:val="center"/>
          </w:tcPr>
          <w:p w14:paraId="4F7E5F0A" w14:textId="77777777" w:rsidR="0075743E" w:rsidRPr="00310D26" w:rsidRDefault="0075743E" w:rsidP="0075743E">
            <w:pPr>
              <w:rPr>
                <w:rFonts w:cs="Times New Roman"/>
                <w:color w:val="000000" w:themeColor="text1"/>
                <w:szCs w:val="20"/>
              </w:rPr>
            </w:pPr>
            <w:r w:rsidRPr="00310D26">
              <w:rPr>
                <w:rFonts w:cs="Times New Roman"/>
                <w:color w:val="000000" w:themeColor="text1"/>
                <w:szCs w:val="20"/>
              </w:rPr>
              <w:t xml:space="preserve">Tez </w:t>
            </w:r>
            <w:proofErr w:type="spellStart"/>
            <w:r w:rsidRPr="00310D26">
              <w:rPr>
                <w:rFonts w:cs="Times New Roman"/>
                <w:color w:val="000000" w:themeColor="text1"/>
                <w:szCs w:val="20"/>
              </w:rPr>
              <w:t>çalışmasının</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yayımlandığı</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derginin</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dergilerin</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etki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değeri</w:t>
            </w:r>
            <w:proofErr w:type="spellEnd"/>
            <w:r w:rsidRPr="00310D26">
              <w:rPr>
                <w:rFonts w:cs="Times New Roman"/>
                <w:color w:val="000000" w:themeColor="text1"/>
                <w:szCs w:val="20"/>
              </w:rPr>
              <w:t xml:space="preserve"> (IF)</w:t>
            </w:r>
          </w:p>
        </w:tc>
        <w:tc>
          <w:tcPr>
            <w:tcW w:w="1275" w:type="dxa"/>
            <w:gridSpan w:val="2"/>
            <w:vAlign w:val="center"/>
          </w:tcPr>
          <w:p w14:paraId="3E10EB75" w14:textId="77777777" w:rsidR="0075743E" w:rsidRPr="00310D26" w:rsidRDefault="0075743E" w:rsidP="00310D26">
            <w:pPr>
              <w:jc w:val="center"/>
              <w:rPr>
                <w:rFonts w:cs="Times New Roman"/>
                <w:color w:val="000000" w:themeColor="text1"/>
                <w:szCs w:val="20"/>
              </w:rPr>
            </w:pPr>
            <w:r w:rsidRPr="00310D26">
              <w:rPr>
                <w:rFonts w:cs="Times New Roman"/>
                <w:color w:val="000000" w:themeColor="text1"/>
                <w:szCs w:val="20"/>
              </w:rPr>
              <w:t>10≤IF</w:t>
            </w:r>
          </w:p>
        </w:tc>
        <w:tc>
          <w:tcPr>
            <w:tcW w:w="1134" w:type="dxa"/>
            <w:vAlign w:val="center"/>
          </w:tcPr>
          <w:p w14:paraId="2A25C5C4" w14:textId="4C46479C" w:rsidR="0075743E" w:rsidRPr="00310D26" w:rsidRDefault="0075743E" w:rsidP="00310D26">
            <w:pPr>
              <w:jc w:val="center"/>
              <w:rPr>
                <w:rFonts w:cs="Times New Roman"/>
                <w:color w:val="000000" w:themeColor="text1"/>
                <w:szCs w:val="20"/>
              </w:rPr>
            </w:pPr>
          </w:p>
        </w:tc>
        <w:tc>
          <w:tcPr>
            <w:tcW w:w="1418" w:type="dxa"/>
            <w:vAlign w:val="center"/>
          </w:tcPr>
          <w:p w14:paraId="0620B704" w14:textId="1DF42381" w:rsidR="0075743E" w:rsidRPr="00310D26" w:rsidRDefault="0075743E" w:rsidP="0075743E">
            <w:pPr>
              <w:rPr>
                <w:rFonts w:cs="Times New Roman"/>
                <w:color w:val="000000" w:themeColor="text1"/>
                <w:szCs w:val="20"/>
              </w:rPr>
            </w:pPr>
          </w:p>
        </w:tc>
      </w:tr>
      <w:tr w:rsidR="0075743E" w:rsidRPr="00310D26" w14:paraId="47EC92D7" w14:textId="77777777" w:rsidTr="00F2221C">
        <w:trPr>
          <w:trHeight w:hRule="exact" w:val="340"/>
          <w:jc w:val="center"/>
        </w:trPr>
        <w:tc>
          <w:tcPr>
            <w:tcW w:w="2547" w:type="dxa"/>
            <w:vMerge/>
            <w:vAlign w:val="center"/>
          </w:tcPr>
          <w:p w14:paraId="66153E48" w14:textId="77777777" w:rsidR="0075743E" w:rsidRPr="00310D26" w:rsidRDefault="0075743E" w:rsidP="0075743E">
            <w:pPr>
              <w:rPr>
                <w:rFonts w:cs="Times New Roman"/>
                <w:color w:val="000000" w:themeColor="text1"/>
                <w:szCs w:val="20"/>
              </w:rPr>
            </w:pPr>
          </w:p>
        </w:tc>
        <w:tc>
          <w:tcPr>
            <w:tcW w:w="4678" w:type="dxa"/>
            <w:vMerge/>
            <w:vAlign w:val="center"/>
          </w:tcPr>
          <w:p w14:paraId="58033250" w14:textId="77777777" w:rsidR="0075743E" w:rsidRPr="00310D26" w:rsidRDefault="0075743E" w:rsidP="0075743E">
            <w:pPr>
              <w:rPr>
                <w:rFonts w:cs="Times New Roman"/>
                <w:color w:val="000000" w:themeColor="text1"/>
                <w:szCs w:val="20"/>
              </w:rPr>
            </w:pPr>
          </w:p>
        </w:tc>
        <w:tc>
          <w:tcPr>
            <w:tcW w:w="1275" w:type="dxa"/>
            <w:gridSpan w:val="2"/>
            <w:vAlign w:val="center"/>
          </w:tcPr>
          <w:p w14:paraId="0DADFEF5" w14:textId="77777777" w:rsidR="0075743E" w:rsidRPr="00310D26" w:rsidRDefault="0075743E" w:rsidP="00310D26">
            <w:pPr>
              <w:jc w:val="center"/>
              <w:rPr>
                <w:rFonts w:cs="Times New Roman"/>
                <w:color w:val="000000" w:themeColor="text1"/>
                <w:szCs w:val="20"/>
              </w:rPr>
            </w:pPr>
            <w:r w:rsidRPr="00310D26">
              <w:rPr>
                <w:rFonts w:cs="Times New Roman"/>
                <w:color w:val="000000" w:themeColor="text1"/>
                <w:szCs w:val="20"/>
              </w:rPr>
              <w:t>5≤IF&lt;10</w:t>
            </w:r>
          </w:p>
        </w:tc>
        <w:tc>
          <w:tcPr>
            <w:tcW w:w="1134" w:type="dxa"/>
            <w:vAlign w:val="center"/>
          </w:tcPr>
          <w:p w14:paraId="671AB2F3" w14:textId="3F360CEE" w:rsidR="0075743E" w:rsidRPr="00310D26" w:rsidRDefault="0075743E" w:rsidP="00310D26">
            <w:pPr>
              <w:jc w:val="center"/>
              <w:rPr>
                <w:rFonts w:cs="Times New Roman"/>
                <w:color w:val="000000" w:themeColor="text1"/>
                <w:szCs w:val="20"/>
              </w:rPr>
            </w:pPr>
          </w:p>
        </w:tc>
        <w:tc>
          <w:tcPr>
            <w:tcW w:w="1418" w:type="dxa"/>
            <w:vAlign w:val="center"/>
          </w:tcPr>
          <w:p w14:paraId="06500C17" w14:textId="77777777" w:rsidR="0075743E" w:rsidRPr="00310D26" w:rsidRDefault="0075743E" w:rsidP="0075743E">
            <w:pPr>
              <w:rPr>
                <w:rFonts w:cs="Times New Roman"/>
                <w:color w:val="000000" w:themeColor="text1"/>
                <w:szCs w:val="20"/>
              </w:rPr>
            </w:pPr>
          </w:p>
        </w:tc>
      </w:tr>
      <w:tr w:rsidR="0075743E" w:rsidRPr="00310D26" w14:paraId="2E78292F" w14:textId="77777777" w:rsidTr="00F2221C">
        <w:trPr>
          <w:trHeight w:hRule="exact" w:val="340"/>
          <w:jc w:val="center"/>
        </w:trPr>
        <w:tc>
          <w:tcPr>
            <w:tcW w:w="2547" w:type="dxa"/>
            <w:vMerge/>
            <w:vAlign w:val="center"/>
          </w:tcPr>
          <w:p w14:paraId="59CA1CB1" w14:textId="77777777" w:rsidR="0075743E" w:rsidRPr="00310D26" w:rsidRDefault="0075743E" w:rsidP="0075743E">
            <w:pPr>
              <w:rPr>
                <w:rFonts w:cs="Times New Roman"/>
                <w:color w:val="000000" w:themeColor="text1"/>
                <w:szCs w:val="20"/>
              </w:rPr>
            </w:pPr>
          </w:p>
        </w:tc>
        <w:tc>
          <w:tcPr>
            <w:tcW w:w="4678" w:type="dxa"/>
            <w:vMerge/>
            <w:vAlign w:val="center"/>
          </w:tcPr>
          <w:p w14:paraId="39BBA34B" w14:textId="77777777" w:rsidR="0075743E" w:rsidRPr="00310D26" w:rsidRDefault="0075743E" w:rsidP="0075743E">
            <w:pPr>
              <w:rPr>
                <w:rFonts w:cs="Times New Roman"/>
                <w:color w:val="000000" w:themeColor="text1"/>
                <w:szCs w:val="20"/>
              </w:rPr>
            </w:pPr>
          </w:p>
        </w:tc>
        <w:tc>
          <w:tcPr>
            <w:tcW w:w="1275" w:type="dxa"/>
            <w:gridSpan w:val="2"/>
            <w:vAlign w:val="center"/>
          </w:tcPr>
          <w:p w14:paraId="6E744AC9" w14:textId="77777777" w:rsidR="0075743E" w:rsidRPr="00310D26" w:rsidRDefault="0075743E" w:rsidP="00310D26">
            <w:pPr>
              <w:jc w:val="center"/>
              <w:rPr>
                <w:rFonts w:cs="Times New Roman"/>
                <w:color w:val="000000" w:themeColor="text1"/>
                <w:szCs w:val="20"/>
              </w:rPr>
            </w:pPr>
            <w:r w:rsidRPr="00310D26">
              <w:rPr>
                <w:rFonts w:cs="Times New Roman"/>
                <w:color w:val="000000" w:themeColor="text1"/>
                <w:szCs w:val="20"/>
              </w:rPr>
              <w:t>3≤IF&lt;5</w:t>
            </w:r>
          </w:p>
        </w:tc>
        <w:tc>
          <w:tcPr>
            <w:tcW w:w="1134" w:type="dxa"/>
            <w:vAlign w:val="center"/>
          </w:tcPr>
          <w:p w14:paraId="7E65F95A" w14:textId="179AD776" w:rsidR="0075743E" w:rsidRPr="00310D26" w:rsidRDefault="0075743E" w:rsidP="00310D26">
            <w:pPr>
              <w:jc w:val="center"/>
              <w:rPr>
                <w:rFonts w:cs="Times New Roman"/>
                <w:color w:val="000000" w:themeColor="text1"/>
                <w:szCs w:val="20"/>
              </w:rPr>
            </w:pPr>
          </w:p>
        </w:tc>
        <w:tc>
          <w:tcPr>
            <w:tcW w:w="1418" w:type="dxa"/>
            <w:vAlign w:val="center"/>
          </w:tcPr>
          <w:p w14:paraId="291BE6F6" w14:textId="77777777" w:rsidR="0075743E" w:rsidRPr="00310D26" w:rsidRDefault="0075743E" w:rsidP="0075743E">
            <w:pPr>
              <w:rPr>
                <w:rFonts w:cs="Times New Roman"/>
                <w:color w:val="000000" w:themeColor="text1"/>
                <w:szCs w:val="20"/>
              </w:rPr>
            </w:pPr>
          </w:p>
        </w:tc>
      </w:tr>
      <w:tr w:rsidR="0075743E" w:rsidRPr="00310D26" w14:paraId="4E0520A7" w14:textId="77777777" w:rsidTr="00F2221C">
        <w:trPr>
          <w:trHeight w:hRule="exact" w:val="340"/>
          <w:jc w:val="center"/>
        </w:trPr>
        <w:tc>
          <w:tcPr>
            <w:tcW w:w="2547" w:type="dxa"/>
            <w:vMerge/>
            <w:vAlign w:val="center"/>
          </w:tcPr>
          <w:p w14:paraId="52D0C44B" w14:textId="77777777" w:rsidR="0075743E" w:rsidRPr="00310D26" w:rsidRDefault="0075743E" w:rsidP="0075743E">
            <w:pPr>
              <w:rPr>
                <w:rFonts w:cs="Times New Roman"/>
                <w:color w:val="000000" w:themeColor="text1"/>
                <w:szCs w:val="20"/>
              </w:rPr>
            </w:pPr>
          </w:p>
        </w:tc>
        <w:tc>
          <w:tcPr>
            <w:tcW w:w="4678" w:type="dxa"/>
            <w:vMerge/>
            <w:vAlign w:val="center"/>
          </w:tcPr>
          <w:p w14:paraId="2E075161" w14:textId="77777777" w:rsidR="0075743E" w:rsidRPr="00310D26" w:rsidRDefault="0075743E" w:rsidP="0075743E">
            <w:pPr>
              <w:rPr>
                <w:rFonts w:cs="Times New Roman"/>
                <w:color w:val="000000" w:themeColor="text1"/>
                <w:szCs w:val="20"/>
              </w:rPr>
            </w:pPr>
          </w:p>
        </w:tc>
        <w:tc>
          <w:tcPr>
            <w:tcW w:w="1275" w:type="dxa"/>
            <w:gridSpan w:val="2"/>
            <w:vAlign w:val="center"/>
          </w:tcPr>
          <w:p w14:paraId="69C9D1CC" w14:textId="77777777" w:rsidR="0075743E" w:rsidRPr="00310D26" w:rsidRDefault="0075743E" w:rsidP="00310D26">
            <w:pPr>
              <w:jc w:val="center"/>
              <w:rPr>
                <w:rFonts w:cs="Times New Roman"/>
                <w:color w:val="000000" w:themeColor="text1"/>
                <w:szCs w:val="20"/>
              </w:rPr>
            </w:pPr>
            <w:r w:rsidRPr="00310D26">
              <w:rPr>
                <w:rFonts w:cs="Times New Roman"/>
                <w:color w:val="000000" w:themeColor="text1"/>
                <w:szCs w:val="20"/>
              </w:rPr>
              <w:t>1≤IF&lt;3</w:t>
            </w:r>
          </w:p>
        </w:tc>
        <w:tc>
          <w:tcPr>
            <w:tcW w:w="1134" w:type="dxa"/>
            <w:vAlign w:val="center"/>
          </w:tcPr>
          <w:p w14:paraId="7E827DF6" w14:textId="2A488AE8" w:rsidR="0075743E" w:rsidRPr="00310D26" w:rsidRDefault="0075743E" w:rsidP="00310D26">
            <w:pPr>
              <w:jc w:val="center"/>
              <w:rPr>
                <w:rFonts w:cs="Times New Roman"/>
                <w:color w:val="000000" w:themeColor="text1"/>
                <w:szCs w:val="20"/>
              </w:rPr>
            </w:pPr>
          </w:p>
        </w:tc>
        <w:tc>
          <w:tcPr>
            <w:tcW w:w="1418" w:type="dxa"/>
            <w:vAlign w:val="center"/>
          </w:tcPr>
          <w:p w14:paraId="6F27340F" w14:textId="77777777" w:rsidR="0075743E" w:rsidRPr="00310D26" w:rsidRDefault="0075743E" w:rsidP="0075743E">
            <w:pPr>
              <w:rPr>
                <w:rFonts w:cs="Times New Roman"/>
                <w:color w:val="000000" w:themeColor="text1"/>
                <w:szCs w:val="20"/>
              </w:rPr>
            </w:pPr>
          </w:p>
        </w:tc>
      </w:tr>
      <w:tr w:rsidR="0075743E" w:rsidRPr="00310D26" w14:paraId="1E367BC0" w14:textId="77777777" w:rsidTr="00F2221C">
        <w:trPr>
          <w:trHeight w:hRule="exact" w:val="340"/>
          <w:jc w:val="center"/>
        </w:trPr>
        <w:tc>
          <w:tcPr>
            <w:tcW w:w="2547" w:type="dxa"/>
            <w:vMerge/>
            <w:vAlign w:val="center"/>
          </w:tcPr>
          <w:p w14:paraId="35C29497" w14:textId="77777777" w:rsidR="0075743E" w:rsidRPr="00310D26" w:rsidRDefault="0075743E" w:rsidP="0075743E">
            <w:pPr>
              <w:rPr>
                <w:rFonts w:cs="Times New Roman"/>
                <w:color w:val="000000" w:themeColor="text1"/>
                <w:szCs w:val="20"/>
              </w:rPr>
            </w:pPr>
          </w:p>
        </w:tc>
        <w:tc>
          <w:tcPr>
            <w:tcW w:w="4678" w:type="dxa"/>
            <w:vMerge/>
            <w:vAlign w:val="center"/>
          </w:tcPr>
          <w:p w14:paraId="04CB2A3E" w14:textId="77777777" w:rsidR="0075743E" w:rsidRPr="00310D26" w:rsidRDefault="0075743E" w:rsidP="0075743E">
            <w:pPr>
              <w:rPr>
                <w:rFonts w:cs="Times New Roman"/>
                <w:color w:val="000000" w:themeColor="text1"/>
                <w:szCs w:val="20"/>
              </w:rPr>
            </w:pPr>
          </w:p>
        </w:tc>
        <w:tc>
          <w:tcPr>
            <w:tcW w:w="1275" w:type="dxa"/>
            <w:gridSpan w:val="2"/>
            <w:vAlign w:val="center"/>
          </w:tcPr>
          <w:p w14:paraId="012047A5" w14:textId="77777777" w:rsidR="0075743E" w:rsidRPr="00310D26" w:rsidRDefault="0075743E" w:rsidP="00310D26">
            <w:pPr>
              <w:jc w:val="center"/>
              <w:rPr>
                <w:rFonts w:cs="Times New Roman"/>
                <w:color w:val="000000" w:themeColor="text1"/>
                <w:szCs w:val="20"/>
              </w:rPr>
            </w:pPr>
            <w:r w:rsidRPr="00310D26">
              <w:rPr>
                <w:rFonts w:cs="Times New Roman"/>
                <w:color w:val="000000" w:themeColor="text1"/>
                <w:szCs w:val="20"/>
              </w:rPr>
              <w:t>0&lt;IF&lt;1</w:t>
            </w:r>
          </w:p>
        </w:tc>
        <w:tc>
          <w:tcPr>
            <w:tcW w:w="1134" w:type="dxa"/>
            <w:vAlign w:val="center"/>
          </w:tcPr>
          <w:p w14:paraId="4E69447B" w14:textId="3C05B33C" w:rsidR="0075743E" w:rsidRPr="00310D26" w:rsidRDefault="0075743E" w:rsidP="00310D26">
            <w:pPr>
              <w:jc w:val="center"/>
              <w:rPr>
                <w:rFonts w:cs="Times New Roman"/>
                <w:color w:val="000000" w:themeColor="text1"/>
                <w:szCs w:val="20"/>
              </w:rPr>
            </w:pPr>
          </w:p>
        </w:tc>
        <w:tc>
          <w:tcPr>
            <w:tcW w:w="1418" w:type="dxa"/>
            <w:vAlign w:val="center"/>
          </w:tcPr>
          <w:p w14:paraId="3774FDB9" w14:textId="77777777" w:rsidR="0075743E" w:rsidRPr="00310D26" w:rsidRDefault="0075743E" w:rsidP="0075743E">
            <w:pPr>
              <w:rPr>
                <w:rFonts w:cs="Times New Roman"/>
                <w:color w:val="000000" w:themeColor="text1"/>
                <w:szCs w:val="20"/>
              </w:rPr>
            </w:pPr>
          </w:p>
        </w:tc>
      </w:tr>
      <w:tr w:rsidR="0075743E" w:rsidRPr="00310D26" w14:paraId="1374907E" w14:textId="77777777" w:rsidTr="00F2221C">
        <w:trPr>
          <w:trHeight w:val="673"/>
          <w:jc w:val="center"/>
        </w:trPr>
        <w:tc>
          <w:tcPr>
            <w:tcW w:w="2547" w:type="dxa"/>
            <w:vMerge/>
            <w:vAlign w:val="center"/>
          </w:tcPr>
          <w:p w14:paraId="2B362A8D" w14:textId="77777777" w:rsidR="0075743E" w:rsidRPr="00310D26" w:rsidRDefault="0075743E" w:rsidP="0075743E">
            <w:pPr>
              <w:rPr>
                <w:rFonts w:cs="Times New Roman"/>
                <w:color w:val="000000" w:themeColor="text1"/>
                <w:szCs w:val="20"/>
              </w:rPr>
            </w:pPr>
          </w:p>
        </w:tc>
        <w:tc>
          <w:tcPr>
            <w:tcW w:w="5953" w:type="dxa"/>
            <w:gridSpan w:val="3"/>
            <w:vAlign w:val="center"/>
          </w:tcPr>
          <w:p w14:paraId="580B26BB" w14:textId="77777777" w:rsidR="0075743E" w:rsidRPr="00310D26" w:rsidRDefault="0075743E" w:rsidP="0075743E">
            <w:pPr>
              <w:rPr>
                <w:rFonts w:cs="Times New Roman"/>
                <w:color w:val="000000" w:themeColor="text1"/>
                <w:szCs w:val="20"/>
              </w:rPr>
            </w:pPr>
            <w:r w:rsidRPr="00310D26">
              <w:rPr>
                <w:rFonts w:cs="Times New Roman"/>
                <w:color w:val="000000" w:themeColor="text1"/>
                <w:szCs w:val="20"/>
              </w:rPr>
              <w:t xml:space="preserve">Alan </w:t>
            </w:r>
            <w:proofErr w:type="spellStart"/>
            <w:r w:rsidRPr="00310D26">
              <w:rPr>
                <w:rFonts w:cs="Times New Roman"/>
                <w:color w:val="000000" w:themeColor="text1"/>
                <w:szCs w:val="20"/>
              </w:rPr>
              <w:t>endeksleri</w:t>
            </w:r>
            <w:proofErr w:type="spellEnd"/>
            <w:r w:rsidRPr="00310D26">
              <w:rPr>
                <w:rFonts w:cs="Times New Roman"/>
                <w:color w:val="000000" w:themeColor="text1"/>
                <w:szCs w:val="20"/>
              </w:rPr>
              <w:t xml:space="preserve"> (ÜAK </w:t>
            </w:r>
            <w:proofErr w:type="spellStart"/>
            <w:r w:rsidRPr="00310D26">
              <w:rPr>
                <w:rFonts w:cs="Times New Roman"/>
                <w:color w:val="000000" w:themeColor="text1"/>
                <w:szCs w:val="20"/>
              </w:rPr>
              <w:t>tarafından</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tanımlanan</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alanlar</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için</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ve</w:t>
            </w:r>
            <w:proofErr w:type="spellEnd"/>
            <w:r w:rsidRPr="00310D26">
              <w:rPr>
                <w:rFonts w:cs="Times New Roman"/>
                <w:color w:val="000000" w:themeColor="text1"/>
                <w:szCs w:val="20"/>
              </w:rPr>
              <w:t xml:space="preserve"> ESCI </w:t>
            </w:r>
            <w:proofErr w:type="spellStart"/>
            <w:r w:rsidRPr="00310D26">
              <w:rPr>
                <w:rFonts w:cs="Times New Roman"/>
                <w:color w:val="000000" w:themeColor="text1"/>
                <w:szCs w:val="20"/>
              </w:rPr>
              <w:t>kapsamındaki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dergilerde</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yayımlanmış</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araştırma</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makalesi</w:t>
            </w:r>
            <w:proofErr w:type="spellEnd"/>
            <w:r w:rsidRPr="00310D26">
              <w:rPr>
                <w:rFonts w:cs="Times New Roman"/>
                <w:color w:val="000000" w:themeColor="text1"/>
                <w:szCs w:val="20"/>
              </w:rPr>
              <w:t xml:space="preserve"> *</w:t>
            </w:r>
          </w:p>
        </w:tc>
        <w:tc>
          <w:tcPr>
            <w:tcW w:w="1134" w:type="dxa"/>
            <w:vAlign w:val="center"/>
          </w:tcPr>
          <w:p w14:paraId="3ED9C706" w14:textId="41B9CD2E" w:rsidR="0075743E" w:rsidRPr="00310D26" w:rsidRDefault="0075743E" w:rsidP="0075743E">
            <w:pPr>
              <w:jc w:val="center"/>
              <w:rPr>
                <w:rFonts w:cs="Times New Roman"/>
                <w:color w:val="000000" w:themeColor="text1"/>
                <w:szCs w:val="20"/>
              </w:rPr>
            </w:pPr>
          </w:p>
        </w:tc>
        <w:tc>
          <w:tcPr>
            <w:tcW w:w="1418" w:type="dxa"/>
            <w:vAlign w:val="center"/>
          </w:tcPr>
          <w:p w14:paraId="43B50B05" w14:textId="3A02D299" w:rsidR="0075743E" w:rsidRPr="00310D26" w:rsidRDefault="0075743E" w:rsidP="0075743E">
            <w:pPr>
              <w:rPr>
                <w:rFonts w:cs="Times New Roman"/>
                <w:color w:val="000000" w:themeColor="text1"/>
                <w:szCs w:val="20"/>
              </w:rPr>
            </w:pPr>
          </w:p>
        </w:tc>
      </w:tr>
      <w:tr w:rsidR="0075743E" w:rsidRPr="00310D26" w14:paraId="15B09FD2" w14:textId="77777777" w:rsidTr="00F2221C">
        <w:trPr>
          <w:trHeight w:val="566"/>
          <w:jc w:val="center"/>
        </w:trPr>
        <w:tc>
          <w:tcPr>
            <w:tcW w:w="2547" w:type="dxa"/>
            <w:vMerge/>
            <w:vAlign w:val="center"/>
          </w:tcPr>
          <w:p w14:paraId="79D7E4CC" w14:textId="77777777" w:rsidR="0075743E" w:rsidRPr="00310D26" w:rsidRDefault="0075743E" w:rsidP="0075743E">
            <w:pPr>
              <w:rPr>
                <w:rFonts w:cs="Times New Roman"/>
                <w:color w:val="000000" w:themeColor="text1"/>
                <w:szCs w:val="20"/>
              </w:rPr>
            </w:pPr>
          </w:p>
        </w:tc>
        <w:tc>
          <w:tcPr>
            <w:tcW w:w="5953" w:type="dxa"/>
            <w:gridSpan w:val="3"/>
            <w:vAlign w:val="center"/>
          </w:tcPr>
          <w:p w14:paraId="19B150C8" w14:textId="36088BE2" w:rsidR="0075743E" w:rsidRPr="00310D26" w:rsidRDefault="0075743E" w:rsidP="00F84906">
            <w:pPr>
              <w:rPr>
                <w:rFonts w:cs="Times New Roman"/>
                <w:color w:val="000000" w:themeColor="text1"/>
                <w:szCs w:val="20"/>
              </w:rPr>
            </w:pPr>
            <w:proofErr w:type="spellStart"/>
            <w:r w:rsidRPr="00310D26">
              <w:rPr>
                <w:rFonts w:cs="Times New Roman"/>
                <w:color w:val="000000" w:themeColor="text1"/>
                <w:szCs w:val="20"/>
              </w:rPr>
              <w:t>Diğer</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uluslararası</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hakemli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dergilerde</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ve</w:t>
            </w:r>
            <w:proofErr w:type="spellEnd"/>
            <w:r w:rsidR="00F84906">
              <w:rPr>
                <w:rFonts w:cs="Times New Roman"/>
                <w:color w:val="000000" w:themeColor="text1"/>
                <w:szCs w:val="20"/>
              </w:rPr>
              <w:t xml:space="preserve"> </w:t>
            </w:r>
            <w:r w:rsidRPr="00310D26">
              <w:rPr>
                <w:rFonts w:cs="Times New Roman"/>
                <w:color w:val="000000" w:themeColor="text1"/>
                <w:szCs w:val="20"/>
              </w:rPr>
              <w:t xml:space="preserve">ULAKBİM TR </w:t>
            </w:r>
            <w:proofErr w:type="spellStart"/>
            <w:r w:rsidRPr="00310D26">
              <w:rPr>
                <w:rFonts w:cs="Times New Roman"/>
                <w:color w:val="000000" w:themeColor="text1"/>
                <w:szCs w:val="20"/>
              </w:rPr>
              <w:t>Dizin</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tarafından</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taranan</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ulusal</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hakemli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dergilerde</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yayımlanmış</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araştırma</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makalesi</w:t>
            </w:r>
            <w:proofErr w:type="spellEnd"/>
            <w:r w:rsidRPr="00310D26">
              <w:rPr>
                <w:rFonts w:cs="Times New Roman"/>
                <w:color w:val="000000" w:themeColor="text1"/>
                <w:szCs w:val="20"/>
              </w:rPr>
              <w:t xml:space="preserve"> *</w:t>
            </w:r>
          </w:p>
        </w:tc>
        <w:tc>
          <w:tcPr>
            <w:tcW w:w="1134" w:type="dxa"/>
            <w:vAlign w:val="center"/>
          </w:tcPr>
          <w:p w14:paraId="4274D4A2" w14:textId="10012306" w:rsidR="0075743E" w:rsidRPr="00310D26" w:rsidRDefault="0075743E" w:rsidP="0075743E">
            <w:pPr>
              <w:jc w:val="center"/>
              <w:rPr>
                <w:rFonts w:cs="Times New Roman"/>
                <w:color w:val="000000" w:themeColor="text1"/>
                <w:szCs w:val="20"/>
              </w:rPr>
            </w:pPr>
          </w:p>
        </w:tc>
        <w:tc>
          <w:tcPr>
            <w:tcW w:w="1418" w:type="dxa"/>
            <w:vAlign w:val="center"/>
          </w:tcPr>
          <w:p w14:paraId="170E2BBD" w14:textId="1955FD0B" w:rsidR="0075743E" w:rsidRPr="00310D26" w:rsidRDefault="0075743E" w:rsidP="0075743E">
            <w:pPr>
              <w:rPr>
                <w:rFonts w:cs="Times New Roman"/>
                <w:color w:val="000000" w:themeColor="text1"/>
                <w:szCs w:val="20"/>
              </w:rPr>
            </w:pPr>
          </w:p>
        </w:tc>
      </w:tr>
      <w:tr w:rsidR="0075743E" w:rsidRPr="00310D26" w14:paraId="19528EE4" w14:textId="77777777" w:rsidTr="00F2221C">
        <w:trPr>
          <w:trHeight w:val="737"/>
          <w:jc w:val="center"/>
        </w:trPr>
        <w:tc>
          <w:tcPr>
            <w:tcW w:w="11052" w:type="dxa"/>
            <w:gridSpan w:val="6"/>
            <w:vAlign w:val="center"/>
          </w:tcPr>
          <w:p w14:paraId="33EFEA92" w14:textId="77777777" w:rsidR="0075743E" w:rsidRPr="00310D26" w:rsidRDefault="0075743E" w:rsidP="0075743E">
            <w:pPr>
              <w:rPr>
                <w:rFonts w:cs="Times New Roman"/>
                <w:color w:val="000000" w:themeColor="text1"/>
                <w:szCs w:val="20"/>
              </w:rPr>
            </w:pPr>
            <w:proofErr w:type="spellStart"/>
            <w:r w:rsidRPr="00310D26">
              <w:rPr>
                <w:rFonts w:cs="Times New Roman"/>
                <w:b/>
                <w:color w:val="000000" w:themeColor="text1"/>
                <w:szCs w:val="20"/>
              </w:rPr>
              <w:t>Sunulacak</w:t>
            </w:r>
            <w:proofErr w:type="spellEnd"/>
            <w:r w:rsidRPr="00310D26">
              <w:rPr>
                <w:rFonts w:cs="Times New Roman"/>
                <w:b/>
                <w:color w:val="000000" w:themeColor="text1"/>
                <w:szCs w:val="20"/>
              </w:rPr>
              <w:t xml:space="preserve"> </w:t>
            </w:r>
            <w:proofErr w:type="spellStart"/>
            <w:r w:rsidRPr="00310D26">
              <w:rPr>
                <w:rFonts w:cs="Times New Roman"/>
                <w:b/>
                <w:color w:val="000000" w:themeColor="text1"/>
                <w:szCs w:val="20"/>
              </w:rPr>
              <w:t>Belgeler</w:t>
            </w:r>
            <w:proofErr w:type="spellEnd"/>
            <w:r w:rsidRPr="00310D26">
              <w:rPr>
                <w:rFonts w:cs="Times New Roman"/>
                <w:b/>
                <w:color w:val="000000" w:themeColor="text1"/>
                <w:szCs w:val="20"/>
              </w:rPr>
              <w:t>;</w:t>
            </w:r>
            <w:r w:rsidRPr="00310D26">
              <w:rPr>
                <w:rFonts w:cs="Times New Roman"/>
                <w:color w:val="000000" w:themeColor="text1"/>
                <w:szCs w:val="20"/>
              </w:rPr>
              <w:t xml:space="preserve"> </w:t>
            </w:r>
            <w:proofErr w:type="spellStart"/>
            <w:r w:rsidRPr="00310D26">
              <w:rPr>
                <w:rFonts w:cs="Times New Roman"/>
                <w:color w:val="000000" w:themeColor="text1"/>
                <w:szCs w:val="20"/>
              </w:rPr>
              <w:t>Yazarlar</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Makale</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adı</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Dergi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adı</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yıl</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cilt</w:t>
            </w:r>
            <w:proofErr w:type="spellEnd"/>
            <w:r w:rsidRPr="00310D26">
              <w:rPr>
                <w:rFonts w:cs="Times New Roman"/>
                <w:color w:val="000000" w:themeColor="text1"/>
                <w:szCs w:val="20"/>
              </w:rPr>
              <w:t xml:space="preserve"> no, </w:t>
            </w:r>
            <w:proofErr w:type="spellStart"/>
            <w:r w:rsidRPr="00310D26">
              <w:rPr>
                <w:rFonts w:cs="Times New Roman"/>
                <w:color w:val="000000" w:themeColor="text1"/>
                <w:szCs w:val="20"/>
              </w:rPr>
              <w:t>sayı</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sayfa</w:t>
            </w:r>
            <w:proofErr w:type="spellEnd"/>
            <w:r w:rsidRPr="00310D26">
              <w:rPr>
                <w:rFonts w:cs="Times New Roman"/>
                <w:color w:val="000000" w:themeColor="text1"/>
                <w:szCs w:val="20"/>
              </w:rPr>
              <w:t xml:space="preserve"> no. </w:t>
            </w:r>
            <w:proofErr w:type="spellStart"/>
            <w:r w:rsidRPr="00310D26">
              <w:rPr>
                <w:rFonts w:cs="Times New Roman"/>
                <w:color w:val="000000" w:themeColor="text1"/>
                <w:szCs w:val="20"/>
              </w:rPr>
              <w:t>Dergi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etki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değeri</w:t>
            </w:r>
            <w:proofErr w:type="spellEnd"/>
            <w:r w:rsidRPr="00310D26">
              <w:rPr>
                <w:rFonts w:cs="Times New Roman"/>
                <w:color w:val="000000" w:themeColor="text1"/>
                <w:szCs w:val="20"/>
              </w:rPr>
              <w:t xml:space="preserve"> (IF)</w:t>
            </w:r>
          </w:p>
          <w:p w14:paraId="1606AE1F" w14:textId="77777777" w:rsidR="0075743E" w:rsidRPr="00310D26" w:rsidRDefault="0075743E" w:rsidP="0075743E">
            <w:pPr>
              <w:rPr>
                <w:rFonts w:cs="Times New Roman"/>
                <w:color w:val="000000" w:themeColor="text1"/>
                <w:szCs w:val="20"/>
              </w:rPr>
            </w:pPr>
            <w:r w:rsidRPr="00310D26">
              <w:rPr>
                <w:rFonts w:cs="Times New Roman"/>
                <w:b/>
                <w:szCs w:val="20"/>
              </w:rPr>
              <w:t>Not:</w:t>
            </w:r>
            <w:r w:rsidRPr="00310D26">
              <w:rPr>
                <w:rFonts w:cs="Times New Roman"/>
                <w:szCs w:val="20"/>
              </w:rPr>
              <w:t xml:space="preserve"> </w:t>
            </w:r>
            <w:proofErr w:type="spellStart"/>
            <w:r w:rsidRPr="00310D26">
              <w:rPr>
                <w:rFonts w:cs="Times New Roman"/>
                <w:szCs w:val="20"/>
              </w:rPr>
              <w:t>Yazarlar</w:t>
            </w:r>
            <w:proofErr w:type="spellEnd"/>
            <w:r w:rsidRPr="00310D26">
              <w:rPr>
                <w:rFonts w:cs="Times New Roman"/>
                <w:szCs w:val="20"/>
              </w:rPr>
              <w:t xml:space="preserve">, </w:t>
            </w:r>
            <w:proofErr w:type="spellStart"/>
            <w:r w:rsidRPr="00310D26">
              <w:rPr>
                <w:rFonts w:cs="Times New Roman"/>
                <w:szCs w:val="20"/>
              </w:rPr>
              <w:t>makale</w:t>
            </w:r>
            <w:proofErr w:type="spellEnd"/>
            <w:r w:rsidRPr="00310D26">
              <w:rPr>
                <w:rFonts w:cs="Times New Roman"/>
                <w:szCs w:val="20"/>
              </w:rPr>
              <w:t xml:space="preserve"> </w:t>
            </w:r>
            <w:proofErr w:type="spellStart"/>
            <w:r w:rsidRPr="00310D26">
              <w:rPr>
                <w:rFonts w:cs="Times New Roman"/>
                <w:szCs w:val="20"/>
              </w:rPr>
              <w:t>adı</w:t>
            </w:r>
            <w:proofErr w:type="spellEnd"/>
            <w:r w:rsidRPr="00310D26">
              <w:rPr>
                <w:rFonts w:cs="Times New Roman"/>
                <w:szCs w:val="20"/>
              </w:rPr>
              <w:t xml:space="preserve">, </w:t>
            </w:r>
            <w:proofErr w:type="spellStart"/>
            <w:r w:rsidRPr="00310D26">
              <w:rPr>
                <w:rFonts w:cs="Times New Roman"/>
                <w:szCs w:val="20"/>
              </w:rPr>
              <w:t>dergi</w:t>
            </w:r>
            <w:proofErr w:type="spellEnd"/>
            <w:r w:rsidRPr="00310D26">
              <w:rPr>
                <w:rFonts w:cs="Times New Roman"/>
                <w:szCs w:val="20"/>
              </w:rPr>
              <w:t xml:space="preserve"> </w:t>
            </w:r>
            <w:proofErr w:type="spellStart"/>
            <w:r w:rsidRPr="00310D26">
              <w:rPr>
                <w:rFonts w:cs="Times New Roman"/>
                <w:szCs w:val="20"/>
              </w:rPr>
              <w:t>adı</w:t>
            </w:r>
            <w:proofErr w:type="spellEnd"/>
            <w:r w:rsidRPr="00310D26">
              <w:rPr>
                <w:rFonts w:cs="Times New Roman"/>
                <w:szCs w:val="20"/>
              </w:rPr>
              <w:t xml:space="preserve">, </w:t>
            </w:r>
            <w:proofErr w:type="spellStart"/>
            <w:r w:rsidRPr="00310D26">
              <w:rPr>
                <w:rFonts w:cs="Times New Roman"/>
                <w:szCs w:val="20"/>
              </w:rPr>
              <w:t>yıl</w:t>
            </w:r>
            <w:proofErr w:type="spellEnd"/>
            <w:r w:rsidRPr="00310D26">
              <w:rPr>
                <w:rFonts w:cs="Times New Roman"/>
                <w:szCs w:val="20"/>
              </w:rPr>
              <w:t xml:space="preserve">, </w:t>
            </w:r>
            <w:proofErr w:type="spellStart"/>
            <w:r w:rsidRPr="00310D26">
              <w:rPr>
                <w:rFonts w:cs="Times New Roman"/>
                <w:szCs w:val="20"/>
              </w:rPr>
              <w:t>cilt</w:t>
            </w:r>
            <w:proofErr w:type="spellEnd"/>
            <w:r w:rsidRPr="00310D26">
              <w:rPr>
                <w:rFonts w:cs="Times New Roman"/>
                <w:szCs w:val="20"/>
              </w:rPr>
              <w:t xml:space="preserve">, </w:t>
            </w:r>
            <w:proofErr w:type="spellStart"/>
            <w:r w:rsidRPr="00310D26">
              <w:rPr>
                <w:rFonts w:cs="Times New Roman"/>
                <w:szCs w:val="20"/>
              </w:rPr>
              <w:t>sayı</w:t>
            </w:r>
            <w:proofErr w:type="spellEnd"/>
            <w:r w:rsidRPr="00310D26">
              <w:rPr>
                <w:rFonts w:cs="Times New Roman"/>
                <w:szCs w:val="20"/>
              </w:rPr>
              <w:t xml:space="preserve">, </w:t>
            </w:r>
            <w:proofErr w:type="spellStart"/>
            <w:r w:rsidRPr="00310D26">
              <w:rPr>
                <w:rFonts w:cs="Times New Roman"/>
                <w:szCs w:val="20"/>
              </w:rPr>
              <w:t>sayfa</w:t>
            </w:r>
            <w:proofErr w:type="spellEnd"/>
            <w:r w:rsidRPr="00310D26">
              <w:rPr>
                <w:rFonts w:cs="Times New Roman"/>
                <w:szCs w:val="20"/>
              </w:rPr>
              <w:t xml:space="preserve"> </w:t>
            </w:r>
            <w:proofErr w:type="spellStart"/>
            <w:r w:rsidRPr="00310D26">
              <w:rPr>
                <w:rFonts w:cs="Times New Roman"/>
                <w:szCs w:val="20"/>
              </w:rPr>
              <w:t>bilgileri</w:t>
            </w:r>
            <w:proofErr w:type="spellEnd"/>
            <w:r w:rsidRPr="00310D26">
              <w:rPr>
                <w:rFonts w:cs="Times New Roman"/>
                <w:szCs w:val="20"/>
              </w:rPr>
              <w:t xml:space="preserve"> </w:t>
            </w:r>
            <w:proofErr w:type="spellStart"/>
            <w:r w:rsidRPr="00310D26">
              <w:rPr>
                <w:rFonts w:cs="Times New Roman"/>
                <w:szCs w:val="20"/>
              </w:rPr>
              <w:t>ve</w:t>
            </w:r>
            <w:proofErr w:type="spellEnd"/>
            <w:r w:rsidRPr="00310D26">
              <w:rPr>
                <w:rFonts w:cs="Times New Roman"/>
                <w:szCs w:val="20"/>
              </w:rPr>
              <w:t xml:space="preserve"> IF </w:t>
            </w:r>
            <w:proofErr w:type="spellStart"/>
            <w:r w:rsidRPr="00310D26">
              <w:rPr>
                <w:rFonts w:cs="Times New Roman"/>
                <w:szCs w:val="20"/>
              </w:rPr>
              <w:t>bilgisi</w:t>
            </w:r>
            <w:proofErr w:type="spellEnd"/>
            <w:r w:rsidRPr="00310D26">
              <w:rPr>
                <w:rFonts w:cs="Times New Roman"/>
                <w:szCs w:val="20"/>
              </w:rPr>
              <w:t xml:space="preserve"> </w:t>
            </w:r>
            <w:proofErr w:type="spellStart"/>
            <w:r w:rsidRPr="00310D26">
              <w:rPr>
                <w:rFonts w:cs="Times New Roman"/>
                <w:szCs w:val="20"/>
              </w:rPr>
              <w:t>eksiksiz</w:t>
            </w:r>
            <w:proofErr w:type="spellEnd"/>
            <w:r w:rsidRPr="00310D26">
              <w:rPr>
                <w:rFonts w:cs="Times New Roman"/>
                <w:szCs w:val="20"/>
              </w:rPr>
              <w:t xml:space="preserve"> </w:t>
            </w:r>
            <w:proofErr w:type="spellStart"/>
            <w:r w:rsidRPr="00310D26">
              <w:rPr>
                <w:rFonts w:cs="Times New Roman"/>
                <w:szCs w:val="20"/>
              </w:rPr>
              <w:t>verilmelidir</w:t>
            </w:r>
            <w:proofErr w:type="spellEnd"/>
            <w:r w:rsidRPr="00310D26">
              <w:rPr>
                <w:rFonts w:cs="Times New Roman"/>
                <w:szCs w:val="20"/>
              </w:rPr>
              <w:t xml:space="preserve">. Q </w:t>
            </w:r>
            <w:proofErr w:type="spellStart"/>
            <w:r w:rsidRPr="00310D26">
              <w:rPr>
                <w:rFonts w:cs="Times New Roman"/>
                <w:szCs w:val="20"/>
              </w:rPr>
              <w:t>ve</w:t>
            </w:r>
            <w:proofErr w:type="spellEnd"/>
            <w:r w:rsidRPr="00310D26">
              <w:rPr>
                <w:rFonts w:cs="Times New Roman"/>
                <w:szCs w:val="20"/>
              </w:rPr>
              <w:t xml:space="preserve"> IF </w:t>
            </w:r>
            <w:proofErr w:type="spellStart"/>
            <w:r w:rsidRPr="00310D26">
              <w:rPr>
                <w:rFonts w:cs="Times New Roman"/>
                <w:szCs w:val="20"/>
              </w:rPr>
              <w:t>gibi</w:t>
            </w:r>
            <w:proofErr w:type="spellEnd"/>
            <w:r w:rsidRPr="00310D26">
              <w:rPr>
                <w:rFonts w:cs="Times New Roman"/>
                <w:szCs w:val="20"/>
              </w:rPr>
              <w:t xml:space="preserve"> </w:t>
            </w:r>
            <w:proofErr w:type="spellStart"/>
            <w:r w:rsidRPr="00310D26">
              <w:rPr>
                <w:rFonts w:cs="Times New Roman"/>
                <w:szCs w:val="20"/>
              </w:rPr>
              <w:t>bibliyometrik</w:t>
            </w:r>
            <w:proofErr w:type="spellEnd"/>
            <w:r w:rsidRPr="00310D26">
              <w:rPr>
                <w:rFonts w:cs="Times New Roman"/>
                <w:szCs w:val="20"/>
              </w:rPr>
              <w:t xml:space="preserve"> </w:t>
            </w:r>
            <w:proofErr w:type="spellStart"/>
            <w:r w:rsidRPr="00310D26">
              <w:rPr>
                <w:rFonts w:cs="Times New Roman"/>
                <w:szCs w:val="20"/>
              </w:rPr>
              <w:t>bilgilerin</w:t>
            </w:r>
            <w:proofErr w:type="spellEnd"/>
            <w:r w:rsidRPr="00310D26">
              <w:rPr>
                <w:rFonts w:cs="Times New Roman"/>
                <w:szCs w:val="20"/>
              </w:rPr>
              <w:t xml:space="preserve"> WOS </w:t>
            </w:r>
            <w:proofErr w:type="spellStart"/>
            <w:r w:rsidRPr="00310D26">
              <w:rPr>
                <w:rFonts w:cs="Times New Roman"/>
                <w:szCs w:val="20"/>
              </w:rPr>
              <w:t>üzerinden</w:t>
            </w:r>
            <w:proofErr w:type="spellEnd"/>
            <w:r w:rsidRPr="00310D26">
              <w:rPr>
                <w:rFonts w:cs="Times New Roman"/>
                <w:szCs w:val="20"/>
              </w:rPr>
              <w:t xml:space="preserve"> </w:t>
            </w:r>
            <w:proofErr w:type="spellStart"/>
            <w:r w:rsidRPr="00310D26">
              <w:rPr>
                <w:rFonts w:cs="Times New Roman"/>
                <w:szCs w:val="20"/>
              </w:rPr>
              <w:t>doğrulanabilir</w:t>
            </w:r>
            <w:proofErr w:type="spellEnd"/>
            <w:r w:rsidRPr="00310D26">
              <w:rPr>
                <w:rFonts w:cs="Times New Roman"/>
                <w:szCs w:val="20"/>
              </w:rPr>
              <w:t xml:space="preserve"> </w:t>
            </w:r>
            <w:proofErr w:type="spellStart"/>
            <w:r w:rsidRPr="00310D26">
              <w:rPr>
                <w:rFonts w:cs="Times New Roman"/>
                <w:szCs w:val="20"/>
              </w:rPr>
              <w:t>olmasına</w:t>
            </w:r>
            <w:proofErr w:type="spellEnd"/>
            <w:r w:rsidRPr="00310D26">
              <w:rPr>
                <w:rFonts w:cs="Times New Roman"/>
                <w:szCs w:val="20"/>
              </w:rPr>
              <w:t xml:space="preserve"> </w:t>
            </w:r>
            <w:proofErr w:type="spellStart"/>
            <w:r w:rsidRPr="00310D26">
              <w:rPr>
                <w:rFonts w:cs="Times New Roman"/>
                <w:szCs w:val="20"/>
              </w:rPr>
              <w:t>dikkat</w:t>
            </w:r>
            <w:proofErr w:type="spellEnd"/>
            <w:r w:rsidRPr="00310D26">
              <w:rPr>
                <w:rFonts w:cs="Times New Roman"/>
                <w:szCs w:val="20"/>
              </w:rPr>
              <w:t xml:space="preserve"> </w:t>
            </w:r>
            <w:proofErr w:type="spellStart"/>
            <w:r w:rsidRPr="00310D26">
              <w:rPr>
                <w:rFonts w:cs="Times New Roman"/>
                <w:szCs w:val="20"/>
              </w:rPr>
              <w:t>edilmelidir</w:t>
            </w:r>
            <w:proofErr w:type="spellEnd"/>
            <w:r w:rsidRPr="00310D26">
              <w:rPr>
                <w:rFonts w:cs="Times New Roman"/>
                <w:szCs w:val="20"/>
              </w:rPr>
              <w:t>.</w:t>
            </w:r>
          </w:p>
        </w:tc>
      </w:tr>
      <w:tr w:rsidR="00F84906" w:rsidRPr="00310D26" w14:paraId="03FD0AF7" w14:textId="77777777" w:rsidTr="00F2221C">
        <w:trPr>
          <w:trHeight w:val="737"/>
          <w:jc w:val="center"/>
        </w:trPr>
        <w:tc>
          <w:tcPr>
            <w:tcW w:w="2547" w:type="dxa"/>
            <w:vAlign w:val="center"/>
          </w:tcPr>
          <w:p w14:paraId="4A1A92FE" w14:textId="1789CDF6" w:rsidR="00F84906" w:rsidRPr="00310D26" w:rsidRDefault="00F84906" w:rsidP="00F84906">
            <w:pPr>
              <w:jc w:val="center"/>
              <w:rPr>
                <w:rFonts w:cs="Times New Roman"/>
                <w:b/>
                <w:color w:val="000000" w:themeColor="text1"/>
                <w:szCs w:val="20"/>
              </w:rPr>
            </w:pPr>
            <w:r w:rsidRPr="00310D26">
              <w:rPr>
                <w:rFonts w:cs="Times New Roman"/>
                <w:b/>
                <w:color w:val="000000" w:themeColor="text1"/>
                <w:szCs w:val="20"/>
              </w:rPr>
              <w:lastRenderedPageBreak/>
              <w:t>AKADEMİK FAALİYET TÜRÜ</w:t>
            </w:r>
          </w:p>
        </w:tc>
        <w:tc>
          <w:tcPr>
            <w:tcW w:w="5670" w:type="dxa"/>
            <w:gridSpan w:val="2"/>
            <w:vAlign w:val="center"/>
          </w:tcPr>
          <w:p w14:paraId="7885F383" w14:textId="1CAF08F2" w:rsidR="00F84906" w:rsidRPr="00310D26" w:rsidRDefault="00F84906" w:rsidP="00F84906">
            <w:pPr>
              <w:rPr>
                <w:rFonts w:cs="Times New Roman"/>
                <w:b/>
                <w:color w:val="000000" w:themeColor="text1"/>
                <w:szCs w:val="20"/>
              </w:rPr>
            </w:pPr>
            <w:r w:rsidRPr="00310D26">
              <w:rPr>
                <w:rFonts w:cs="Times New Roman"/>
                <w:b/>
                <w:color w:val="000000" w:themeColor="text1"/>
                <w:szCs w:val="20"/>
              </w:rPr>
              <w:t>FAALIYET</w:t>
            </w:r>
          </w:p>
        </w:tc>
        <w:tc>
          <w:tcPr>
            <w:tcW w:w="1417" w:type="dxa"/>
            <w:gridSpan w:val="2"/>
            <w:vAlign w:val="center"/>
          </w:tcPr>
          <w:p w14:paraId="45DBCF3E" w14:textId="01F6F6B2" w:rsidR="00F84906" w:rsidRPr="00310D26" w:rsidRDefault="00F84906" w:rsidP="00F2221C">
            <w:pPr>
              <w:jc w:val="center"/>
              <w:rPr>
                <w:rFonts w:cs="Times New Roman"/>
                <w:b/>
                <w:color w:val="000000" w:themeColor="text1"/>
                <w:szCs w:val="20"/>
              </w:rPr>
            </w:pPr>
            <w:r w:rsidRPr="00310D26">
              <w:rPr>
                <w:rFonts w:cs="Times New Roman"/>
                <w:b/>
                <w:color w:val="000000" w:themeColor="text1"/>
                <w:szCs w:val="20"/>
              </w:rPr>
              <w:t>PUAN</w:t>
            </w:r>
          </w:p>
        </w:tc>
        <w:tc>
          <w:tcPr>
            <w:tcW w:w="1418" w:type="dxa"/>
            <w:vAlign w:val="center"/>
          </w:tcPr>
          <w:p w14:paraId="1255E348" w14:textId="7A62C8C7" w:rsidR="00F84906" w:rsidRPr="00310D26" w:rsidRDefault="00F84906" w:rsidP="00F84906">
            <w:pPr>
              <w:rPr>
                <w:rFonts w:cs="Times New Roman"/>
                <w:b/>
                <w:color w:val="000000" w:themeColor="text1"/>
                <w:szCs w:val="20"/>
              </w:rPr>
            </w:pPr>
            <w:r>
              <w:rPr>
                <w:rFonts w:cs="Times New Roman"/>
                <w:b/>
                <w:color w:val="000000" w:themeColor="text1"/>
                <w:szCs w:val="20"/>
              </w:rPr>
              <w:t>BELGE NO</w:t>
            </w:r>
          </w:p>
        </w:tc>
      </w:tr>
      <w:tr w:rsidR="0075743E" w:rsidRPr="00310D26" w14:paraId="73370902" w14:textId="77777777" w:rsidTr="00F2221C">
        <w:trPr>
          <w:trHeight w:hRule="exact" w:val="567"/>
          <w:jc w:val="center"/>
        </w:trPr>
        <w:tc>
          <w:tcPr>
            <w:tcW w:w="2547" w:type="dxa"/>
            <w:vMerge w:val="restart"/>
            <w:vAlign w:val="center"/>
          </w:tcPr>
          <w:p w14:paraId="0F407A14" w14:textId="0534DBE5" w:rsidR="0075743E" w:rsidRPr="00564BC5" w:rsidRDefault="0075743E" w:rsidP="0075743E">
            <w:pPr>
              <w:autoSpaceDE w:val="0"/>
              <w:autoSpaceDN w:val="0"/>
              <w:adjustRightInd w:val="0"/>
              <w:rPr>
                <w:rFonts w:eastAsiaTheme="minorEastAsia" w:cs="Times New Roman"/>
                <w:b/>
                <w:bCs/>
                <w:sz w:val="32"/>
                <w:szCs w:val="32"/>
                <w:lang w:val="tr-TR"/>
              </w:rPr>
            </w:pPr>
            <w:r w:rsidRPr="00564BC5">
              <w:rPr>
                <w:rFonts w:eastAsiaTheme="minorEastAsia" w:cs="Times New Roman"/>
                <w:b/>
                <w:bCs/>
                <w:sz w:val="32"/>
                <w:szCs w:val="32"/>
                <w:lang w:val="tr-TR"/>
              </w:rPr>
              <w:t xml:space="preserve">PATENT </w:t>
            </w:r>
          </w:p>
          <w:p w14:paraId="38AEA19F" w14:textId="77777777" w:rsidR="00B94B27" w:rsidRDefault="00B94B27" w:rsidP="0075743E">
            <w:pPr>
              <w:autoSpaceDE w:val="0"/>
              <w:autoSpaceDN w:val="0"/>
              <w:adjustRightInd w:val="0"/>
              <w:rPr>
                <w:rFonts w:eastAsiaTheme="minorEastAsia" w:cs="Times New Roman"/>
                <w:szCs w:val="20"/>
                <w:lang w:val="tr-TR"/>
              </w:rPr>
            </w:pPr>
          </w:p>
          <w:p w14:paraId="3797FC0D" w14:textId="460C35F8" w:rsidR="00564BC5" w:rsidRPr="00310D26" w:rsidRDefault="00337D39" w:rsidP="0075743E">
            <w:pPr>
              <w:autoSpaceDE w:val="0"/>
              <w:autoSpaceDN w:val="0"/>
              <w:adjustRightInd w:val="0"/>
              <w:rPr>
                <w:rFonts w:cs="Times New Roman"/>
                <w:color w:val="000000" w:themeColor="text1"/>
                <w:szCs w:val="20"/>
              </w:rPr>
            </w:pPr>
            <w:r>
              <w:rPr>
                <w:rFonts w:eastAsiaTheme="minorEastAsia" w:cs="Times New Roman"/>
                <w:b/>
                <w:bCs/>
                <w:szCs w:val="20"/>
                <w:lang w:val="tr-TR"/>
              </w:rPr>
              <w:t xml:space="preserve">- </w:t>
            </w:r>
            <w:r w:rsidR="00564BC5" w:rsidRPr="00337D39">
              <w:rPr>
                <w:rFonts w:eastAsiaTheme="minorEastAsia" w:cs="Times New Roman"/>
                <w:szCs w:val="20"/>
                <w:lang w:val="tr-TR"/>
              </w:rPr>
              <w:t>Doktora tez</w:t>
            </w:r>
            <w:r w:rsidRPr="00337D39">
              <w:rPr>
                <w:rFonts w:eastAsiaTheme="minorEastAsia" w:cs="Times New Roman"/>
                <w:szCs w:val="20"/>
                <w:lang w:val="tr-TR"/>
              </w:rPr>
              <w:t xml:space="preserve">inden üretilmiş </w:t>
            </w:r>
            <w:r w:rsidRPr="00337D39">
              <w:rPr>
                <w:rFonts w:eastAsiaTheme="minorEastAsia" w:cs="Times New Roman"/>
                <w:b/>
                <w:bCs/>
                <w:szCs w:val="20"/>
                <w:lang w:val="tr-TR"/>
              </w:rPr>
              <w:t>1(bir)</w:t>
            </w:r>
            <w:r w:rsidR="00564BC5" w:rsidRPr="00337D39">
              <w:rPr>
                <w:rFonts w:eastAsiaTheme="minorEastAsia" w:cs="Times New Roman"/>
                <w:b/>
                <w:bCs/>
                <w:szCs w:val="20"/>
                <w:lang w:val="tr-TR"/>
              </w:rPr>
              <w:t xml:space="preserve"> patent</w:t>
            </w:r>
            <w:r w:rsidR="00564BC5" w:rsidRPr="00337D39">
              <w:rPr>
                <w:rFonts w:eastAsiaTheme="minorEastAsia" w:cs="Times New Roman"/>
                <w:szCs w:val="20"/>
                <w:lang w:val="tr-TR"/>
              </w:rPr>
              <w:t xml:space="preserve"> değerlendirmeye alınır.</w:t>
            </w:r>
          </w:p>
        </w:tc>
        <w:tc>
          <w:tcPr>
            <w:tcW w:w="5670" w:type="dxa"/>
            <w:gridSpan w:val="2"/>
            <w:vAlign w:val="center"/>
          </w:tcPr>
          <w:p w14:paraId="5CAD4DB2" w14:textId="77777777" w:rsidR="0075743E" w:rsidRPr="00310D26" w:rsidRDefault="0075743E" w:rsidP="0075743E">
            <w:pPr>
              <w:rPr>
                <w:rFonts w:cs="Times New Roman"/>
                <w:color w:val="000000" w:themeColor="text1"/>
                <w:szCs w:val="20"/>
              </w:rPr>
            </w:pPr>
            <w:proofErr w:type="spellStart"/>
            <w:r w:rsidRPr="00310D26">
              <w:rPr>
                <w:rFonts w:cs="Times New Roman"/>
                <w:color w:val="000000" w:themeColor="text1"/>
                <w:szCs w:val="20"/>
              </w:rPr>
              <w:t>Uluslararası</w:t>
            </w:r>
            <w:proofErr w:type="spellEnd"/>
            <w:r w:rsidRPr="00310D26">
              <w:rPr>
                <w:rFonts w:cs="Times New Roman"/>
                <w:color w:val="000000" w:themeColor="text1"/>
                <w:szCs w:val="20"/>
              </w:rPr>
              <w:t xml:space="preserve"> patent</w:t>
            </w:r>
          </w:p>
        </w:tc>
        <w:tc>
          <w:tcPr>
            <w:tcW w:w="1417" w:type="dxa"/>
            <w:gridSpan w:val="2"/>
            <w:vAlign w:val="center"/>
          </w:tcPr>
          <w:p w14:paraId="7F8A90BC" w14:textId="4A0AC499" w:rsidR="0075743E" w:rsidRPr="00310D26" w:rsidRDefault="0075743E" w:rsidP="0075743E">
            <w:pPr>
              <w:jc w:val="center"/>
              <w:rPr>
                <w:rFonts w:cs="Times New Roman"/>
                <w:color w:val="000000" w:themeColor="text1"/>
                <w:szCs w:val="20"/>
              </w:rPr>
            </w:pPr>
          </w:p>
        </w:tc>
        <w:tc>
          <w:tcPr>
            <w:tcW w:w="1418" w:type="dxa"/>
            <w:vAlign w:val="center"/>
          </w:tcPr>
          <w:p w14:paraId="01DF6BCB" w14:textId="3ABD6A64" w:rsidR="0075743E" w:rsidRPr="00310D26" w:rsidRDefault="0075743E" w:rsidP="0075743E">
            <w:pPr>
              <w:rPr>
                <w:rFonts w:cs="Times New Roman"/>
                <w:color w:val="000000" w:themeColor="text1"/>
                <w:szCs w:val="20"/>
              </w:rPr>
            </w:pPr>
          </w:p>
        </w:tc>
      </w:tr>
      <w:tr w:rsidR="0075743E" w:rsidRPr="00310D26" w14:paraId="5872AC59" w14:textId="77777777" w:rsidTr="00F2221C">
        <w:trPr>
          <w:trHeight w:hRule="exact" w:val="567"/>
          <w:jc w:val="center"/>
        </w:trPr>
        <w:tc>
          <w:tcPr>
            <w:tcW w:w="2547" w:type="dxa"/>
            <w:vMerge/>
            <w:vAlign w:val="center"/>
          </w:tcPr>
          <w:p w14:paraId="21618FC3" w14:textId="77777777" w:rsidR="0075743E" w:rsidRPr="00310D26" w:rsidRDefault="0075743E" w:rsidP="0075743E">
            <w:pPr>
              <w:rPr>
                <w:rFonts w:cs="Times New Roman"/>
                <w:color w:val="000000" w:themeColor="text1"/>
                <w:szCs w:val="20"/>
              </w:rPr>
            </w:pPr>
          </w:p>
        </w:tc>
        <w:tc>
          <w:tcPr>
            <w:tcW w:w="5670" w:type="dxa"/>
            <w:gridSpan w:val="2"/>
            <w:vAlign w:val="center"/>
          </w:tcPr>
          <w:p w14:paraId="36D4E3D0" w14:textId="77777777" w:rsidR="0075743E" w:rsidRPr="00310D26" w:rsidRDefault="0075743E" w:rsidP="0075743E">
            <w:pPr>
              <w:rPr>
                <w:rFonts w:cs="Times New Roman"/>
                <w:color w:val="000000" w:themeColor="text1"/>
                <w:szCs w:val="20"/>
              </w:rPr>
            </w:pPr>
            <w:proofErr w:type="spellStart"/>
            <w:r w:rsidRPr="00310D26">
              <w:rPr>
                <w:rFonts w:cs="Times New Roman"/>
                <w:color w:val="000000" w:themeColor="text1"/>
                <w:szCs w:val="20"/>
              </w:rPr>
              <w:t>Ulusal</w:t>
            </w:r>
            <w:proofErr w:type="spellEnd"/>
            <w:r w:rsidRPr="00310D26">
              <w:rPr>
                <w:rFonts w:cs="Times New Roman"/>
                <w:color w:val="000000" w:themeColor="text1"/>
                <w:szCs w:val="20"/>
              </w:rPr>
              <w:t xml:space="preserve"> patent</w:t>
            </w:r>
          </w:p>
        </w:tc>
        <w:tc>
          <w:tcPr>
            <w:tcW w:w="1417" w:type="dxa"/>
            <w:gridSpan w:val="2"/>
            <w:vAlign w:val="center"/>
          </w:tcPr>
          <w:p w14:paraId="20347057" w14:textId="1A24FDBF" w:rsidR="0075743E" w:rsidRPr="00310D26" w:rsidRDefault="0075743E" w:rsidP="0075743E">
            <w:pPr>
              <w:jc w:val="center"/>
              <w:rPr>
                <w:rFonts w:cs="Times New Roman"/>
                <w:color w:val="000000" w:themeColor="text1"/>
                <w:szCs w:val="20"/>
              </w:rPr>
            </w:pPr>
          </w:p>
        </w:tc>
        <w:tc>
          <w:tcPr>
            <w:tcW w:w="1418" w:type="dxa"/>
            <w:vAlign w:val="center"/>
          </w:tcPr>
          <w:p w14:paraId="16C681EA" w14:textId="77777777" w:rsidR="0075743E" w:rsidRPr="00310D26" w:rsidRDefault="0075743E" w:rsidP="0075743E">
            <w:pPr>
              <w:rPr>
                <w:rFonts w:cs="Times New Roman"/>
                <w:color w:val="000000" w:themeColor="text1"/>
                <w:szCs w:val="20"/>
              </w:rPr>
            </w:pPr>
          </w:p>
        </w:tc>
      </w:tr>
      <w:tr w:rsidR="0075743E" w:rsidRPr="00310D26" w14:paraId="2E466A3D" w14:textId="77777777" w:rsidTr="00F2221C">
        <w:trPr>
          <w:trHeight w:hRule="exact" w:val="567"/>
          <w:jc w:val="center"/>
        </w:trPr>
        <w:tc>
          <w:tcPr>
            <w:tcW w:w="2547" w:type="dxa"/>
            <w:vMerge/>
            <w:vAlign w:val="center"/>
          </w:tcPr>
          <w:p w14:paraId="424AB0F7" w14:textId="77777777" w:rsidR="0075743E" w:rsidRPr="00310D26" w:rsidRDefault="0075743E" w:rsidP="0075743E">
            <w:pPr>
              <w:rPr>
                <w:rFonts w:cs="Times New Roman"/>
                <w:color w:val="000000" w:themeColor="text1"/>
                <w:szCs w:val="20"/>
              </w:rPr>
            </w:pPr>
          </w:p>
        </w:tc>
        <w:tc>
          <w:tcPr>
            <w:tcW w:w="5670" w:type="dxa"/>
            <w:gridSpan w:val="2"/>
            <w:vAlign w:val="center"/>
          </w:tcPr>
          <w:p w14:paraId="4673DD61" w14:textId="77777777" w:rsidR="0075743E" w:rsidRPr="00310D26" w:rsidRDefault="0075743E" w:rsidP="0075743E">
            <w:pPr>
              <w:rPr>
                <w:rFonts w:cs="Times New Roman"/>
                <w:color w:val="000000" w:themeColor="text1"/>
                <w:szCs w:val="20"/>
              </w:rPr>
            </w:pPr>
            <w:proofErr w:type="spellStart"/>
            <w:r w:rsidRPr="00310D26">
              <w:rPr>
                <w:rFonts w:cs="Times New Roman"/>
                <w:color w:val="000000" w:themeColor="text1"/>
                <w:szCs w:val="20"/>
              </w:rPr>
              <w:t>Uluslararası</w:t>
            </w:r>
            <w:proofErr w:type="spellEnd"/>
            <w:r w:rsidRPr="00310D26">
              <w:rPr>
                <w:rFonts w:cs="Times New Roman"/>
                <w:color w:val="000000" w:themeColor="text1"/>
                <w:szCs w:val="20"/>
              </w:rPr>
              <w:t xml:space="preserve"> patent </w:t>
            </w:r>
            <w:proofErr w:type="spellStart"/>
            <w:r w:rsidRPr="00310D26">
              <w:rPr>
                <w:rFonts w:cs="Times New Roman"/>
                <w:color w:val="000000" w:themeColor="text1"/>
                <w:szCs w:val="20"/>
              </w:rPr>
              <w:t>başvurusu</w:t>
            </w:r>
            <w:proofErr w:type="spellEnd"/>
          </w:p>
        </w:tc>
        <w:tc>
          <w:tcPr>
            <w:tcW w:w="1417" w:type="dxa"/>
            <w:gridSpan w:val="2"/>
            <w:vAlign w:val="center"/>
          </w:tcPr>
          <w:p w14:paraId="6600B06C" w14:textId="18274BE6" w:rsidR="0075743E" w:rsidRPr="00310D26" w:rsidRDefault="0075743E" w:rsidP="0075743E">
            <w:pPr>
              <w:jc w:val="center"/>
              <w:rPr>
                <w:rFonts w:cs="Times New Roman"/>
                <w:color w:val="000000" w:themeColor="text1"/>
                <w:szCs w:val="20"/>
              </w:rPr>
            </w:pPr>
          </w:p>
        </w:tc>
        <w:tc>
          <w:tcPr>
            <w:tcW w:w="1418" w:type="dxa"/>
            <w:vAlign w:val="center"/>
          </w:tcPr>
          <w:p w14:paraId="437D0570" w14:textId="77777777" w:rsidR="0075743E" w:rsidRPr="00310D26" w:rsidRDefault="0075743E" w:rsidP="0075743E">
            <w:pPr>
              <w:rPr>
                <w:rFonts w:cs="Times New Roman"/>
                <w:color w:val="000000" w:themeColor="text1"/>
                <w:szCs w:val="20"/>
              </w:rPr>
            </w:pPr>
          </w:p>
        </w:tc>
      </w:tr>
      <w:tr w:rsidR="0075743E" w:rsidRPr="00310D26" w14:paraId="2CA5A497" w14:textId="77777777" w:rsidTr="00F2221C">
        <w:trPr>
          <w:trHeight w:hRule="exact" w:val="567"/>
          <w:jc w:val="center"/>
        </w:trPr>
        <w:tc>
          <w:tcPr>
            <w:tcW w:w="2547" w:type="dxa"/>
            <w:vMerge/>
            <w:vAlign w:val="center"/>
          </w:tcPr>
          <w:p w14:paraId="5E6663C0" w14:textId="77777777" w:rsidR="0075743E" w:rsidRPr="00310D26" w:rsidRDefault="0075743E" w:rsidP="0075743E">
            <w:pPr>
              <w:rPr>
                <w:rFonts w:cs="Times New Roman"/>
                <w:color w:val="000000" w:themeColor="text1"/>
                <w:szCs w:val="20"/>
              </w:rPr>
            </w:pPr>
          </w:p>
        </w:tc>
        <w:tc>
          <w:tcPr>
            <w:tcW w:w="5670" w:type="dxa"/>
            <w:gridSpan w:val="2"/>
            <w:vAlign w:val="center"/>
          </w:tcPr>
          <w:p w14:paraId="190DA26E" w14:textId="77777777" w:rsidR="0075743E" w:rsidRPr="00310D26" w:rsidRDefault="0075743E" w:rsidP="0075743E">
            <w:pPr>
              <w:rPr>
                <w:rFonts w:cs="Times New Roman"/>
                <w:color w:val="000000" w:themeColor="text1"/>
                <w:szCs w:val="20"/>
              </w:rPr>
            </w:pPr>
            <w:proofErr w:type="spellStart"/>
            <w:r w:rsidRPr="00310D26">
              <w:rPr>
                <w:rFonts w:cs="Times New Roman"/>
                <w:color w:val="000000" w:themeColor="text1"/>
                <w:szCs w:val="20"/>
              </w:rPr>
              <w:t>Ulusal</w:t>
            </w:r>
            <w:proofErr w:type="spellEnd"/>
            <w:r w:rsidRPr="00310D26">
              <w:rPr>
                <w:rFonts w:cs="Times New Roman"/>
                <w:color w:val="000000" w:themeColor="text1"/>
                <w:szCs w:val="20"/>
              </w:rPr>
              <w:t xml:space="preserve"> patent </w:t>
            </w:r>
            <w:proofErr w:type="spellStart"/>
            <w:r w:rsidRPr="00310D26">
              <w:rPr>
                <w:rFonts w:cs="Times New Roman"/>
                <w:color w:val="000000" w:themeColor="text1"/>
                <w:szCs w:val="20"/>
              </w:rPr>
              <w:t>başvurusu</w:t>
            </w:r>
            <w:proofErr w:type="spellEnd"/>
          </w:p>
        </w:tc>
        <w:tc>
          <w:tcPr>
            <w:tcW w:w="1417" w:type="dxa"/>
            <w:gridSpan w:val="2"/>
            <w:vAlign w:val="center"/>
          </w:tcPr>
          <w:p w14:paraId="3B1D1C18" w14:textId="36978348" w:rsidR="0075743E" w:rsidRPr="00310D26" w:rsidRDefault="0075743E" w:rsidP="0075743E">
            <w:pPr>
              <w:jc w:val="center"/>
              <w:rPr>
                <w:rFonts w:cs="Times New Roman"/>
                <w:color w:val="000000" w:themeColor="text1"/>
                <w:szCs w:val="20"/>
              </w:rPr>
            </w:pPr>
          </w:p>
        </w:tc>
        <w:tc>
          <w:tcPr>
            <w:tcW w:w="1418" w:type="dxa"/>
            <w:vAlign w:val="center"/>
          </w:tcPr>
          <w:p w14:paraId="66CB9F28" w14:textId="77777777" w:rsidR="0075743E" w:rsidRPr="00310D26" w:rsidRDefault="0075743E" w:rsidP="0075743E">
            <w:pPr>
              <w:rPr>
                <w:rFonts w:cs="Times New Roman"/>
                <w:color w:val="000000" w:themeColor="text1"/>
                <w:szCs w:val="20"/>
              </w:rPr>
            </w:pPr>
          </w:p>
        </w:tc>
      </w:tr>
      <w:tr w:rsidR="0075743E" w:rsidRPr="00310D26" w14:paraId="2FC30566" w14:textId="77777777" w:rsidTr="00F2221C">
        <w:trPr>
          <w:trHeight w:val="906"/>
          <w:jc w:val="center"/>
        </w:trPr>
        <w:tc>
          <w:tcPr>
            <w:tcW w:w="11052" w:type="dxa"/>
            <w:gridSpan w:val="6"/>
            <w:vAlign w:val="center"/>
          </w:tcPr>
          <w:p w14:paraId="69A7ED46" w14:textId="77777777" w:rsidR="0075743E" w:rsidRPr="00310D26" w:rsidRDefault="0075743E" w:rsidP="0075743E">
            <w:pPr>
              <w:rPr>
                <w:rFonts w:cs="Times New Roman"/>
                <w:color w:val="000000" w:themeColor="text1"/>
                <w:szCs w:val="20"/>
              </w:rPr>
            </w:pPr>
            <w:proofErr w:type="spellStart"/>
            <w:r w:rsidRPr="00310D26">
              <w:rPr>
                <w:rFonts w:cs="Times New Roman"/>
                <w:b/>
                <w:color w:val="000000" w:themeColor="text1"/>
                <w:szCs w:val="20"/>
              </w:rPr>
              <w:t>Sunulacak</w:t>
            </w:r>
            <w:proofErr w:type="spellEnd"/>
            <w:r w:rsidRPr="00310D26">
              <w:rPr>
                <w:rFonts w:cs="Times New Roman"/>
                <w:b/>
                <w:color w:val="000000" w:themeColor="text1"/>
                <w:szCs w:val="20"/>
              </w:rPr>
              <w:t xml:space="preserve"> </w:t>
            </w:r>
            <w:proofErr w:type="spellStart"/>
            <w:r w:rsidRPr="00310D26">
              <w:rPr>
                <w:rFonts w:cs="Times New Roman"/>
                <w:b/>
                <w:color w:val="000000" w:themeColor="text1"/>
                <w:szCs w:val="20"/>
              </w:rPr>
              <w:t>Belgeler</w:t>
            </w:r>
            <w:proofErr w:type="spellEnd"/>
            <w:r w:rsidRPr="00310D26">
              <w:rPr>
                <w:rFonts w:cs="Times New Roman"/>
                <w:b/>
                <w:color w:val="000000" w:themeColor="text1"/>
                <w:szCs w:val="20"/>
              </w:rPr>
              <w:t>;</w:t>
            </w:r>
            <w:r w:rsidRPr="00310D26">
              <w:rPr>
                <w:rFonts w:cs="Times New Roman"/>
                <w:color w:val="000000" w:themeColor="text1"/>
                <w:szCs w:val="20"/>
              </w:rPr>
              <w:t xml:space="preserve"> Patent </w:t>
            </w:r>
            <w:proofErr w:type="spellStart"/>
            <w:r w:rsidRPr="00310D26">
              <w:rPr>
                <w:rFonts w:cs="Times New Roman"/>
                <w:color w:val="000000" w:themeColor="text1"/>
                <w:szCs w:val="20"/>
              </w:rPr>
              <w:t>Türü</w:t>
            </w:r>
            <w:proofErr w:type="spellEnd"/>
            <w:r w:rsidRPr="00310D26">
              <w:rPr>
                <w:rFonts w:cs="Times New Roman"/>
                <w:color w:val="000000" w:themeColor="text1"/>
                <w:szCs w:val="20"/>
              </w:rPr>
              <w:t xml:space="preserve">, Patent Kodu, Patent </w:t>
            </w:r>
            <w:proofErr w:type="spellStart"/>
            <w:r w:rsidRPr="00310D26">
              <w:rPr>
                <w:rFonts w:cs="Times New Roman"/>
                <w:color w:val="000000" w:themeColor="text1"/>
                <w:szCs w:val="20"/>
              </w:rPr>
              <w:t>Başlığı</w:t>
            </w:r>
            <w:proofErr w:type="spellEnd"/>
            <w:r w:rsidRPr="00310D26">
              <w:rPr>
                <w:rFonts w:cs="Times New Roman"/>
                <w:color w:val="000000" w:themeColor="text1"/>
                <w:szCs w:val="20"/>
              </w:rPr>
              <w:t xml:space="preserve">, Patent </w:t>
            </w:r>
            <w:proofErr w:type="spellStart"/>
            <w:r w:rsidRPr="00310D26">
              <w:rPr>
                <w:rFonts w:cs="Times New Roman"/>
                <w:color w:val="000000" w:themeColor="text1"/>
                <w:szCs w:val="20"/>
              </w:rPr>
              <w:t>Yürütücüsü</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Araştırmacılar</w:t>
            </w:r>
            <w:proofErr w:type="spellEnd"/>
          </w:p>
          <w:p w14:paraId="6A468E03" w14:textId="77777777" w:rsidR="0075743E" w:rsidRPr="00310D26" w:rsidRDefault="0075743E" w:rsidP="0075743E">
            <w:pPr>
              <w:rPr>
                <w:rFonts w:cs="Times New Roman"/>
                <w:color w:val="000000" w:themeColor="text1"/>
                <w:szCs w:val="20"/>
              </w:rPr>
            </w:pPr>
            <w:r w:rsidRPr="00310D26">
              <w:rPr>
                <w:rFonts w:cs="Times New Roman"/>
                <w:b/>
                <w:szCs w:val="20"/>
              </w:rPr>
              <w:t>Not:</w:t>
            </w:r>
            <w:r w:rsidRPr="00310D26">
              <w:rPr>
                <w:rFonts w:cs="Times New Roman"/>
                <w:szCs w:val="20"/>
              </w:rPr>
              <w:t xml:space="preserve"> Patent </w:t>
            </w:r>
            <w:proofErr w:type="spellStart"/>
            <w:r w:rsidRPr="00310D26">
              <w:rPr>
                <w:rFonts w:cs="Times New Roman"/>
                <w:szCs w:val="20"/>
              </w:rPr>
              <w:t>türü</w:t>
            </w:r>
            <w:proofErr w:type="spellEnd"/>
            <w:r w:rsidRPr="00310D26">
              <w:rPr>
                <w:rFonts w:cs="Times New Roman"/>
                <w:szCs w:val="20"/>
              </w:rPr>
              <w:t xml:space="preserve">, patent </w:t>
            </w:r>
            <w:proofErr w:type="spellStart"/>
            <w:r w:rsidRPr="00310D26">
              <w:rPr>
                <w:rFonts w:cs="Times New Roman"/>
                <w:szCs w:val="20"/>
              </w:rPr>
              <w:t>kodu</w:t>
            </w:r>
            <w:proofErr w:type="spellEnd"/>
            <w:r w:rsidRPr="00310D26">
              <w:rPr>
                <w:rFonts w:cs="Times New Roman"/>
                <w:szCs w:val="20"/>
              </w:rPr>
              <w:t xml:space="preserve">, patent </w:t>
            </w:r>
            <w:proofErr w:type="spellStart"/>
            <w:r w:rsidRPr="00310D26">
              <w:rPr>
                <w:rFonts w:cs="Times New Roman"/>
                <w:szCs w:val="20"/>
              </w:rPr>
              <w:t>başlığı</w:t>
            </w:r>
            <w:proofErr w:type="spellEnd"/>
            <w:r w:rsidRPr="00310D26">
              <w:rPr>
                <w:rFonts w:cs="Times New Roman"/>
                <w:szCs w:val="20"/>
              </w:rPr>
              <w:t xml:space="preserve">, patent </w:t>
            </w:r>
            <w:proofErr w:type="spellStart"/>
            <w:r w:rsidRPr="00310D26">
              <w:rPr>
                <w:rFonts w:cs="Times New Roman"/>
                <w:szCs w:val="20"/>
              </w:rPr>
              <w:t>yürütücüsü</w:t>
            </w:r>
            <w:proofErr w:type="spellEnd"/>
            <w:r w:rsidRPr="00310D26">
              <w:rPr>
                <w:rFonts w:cs="Times New Roman"/>
                <w:szCs w:val="20"/>
              </w:rPr>
              <w:t xml:space="preserve"> </w:t>
            </w:r>
            <w:proofErr w:type="spellStart"/>
            <w:r w:rsidRPr="00310D26">
              <w:rPr>
                <w:rFonts w:cs="Times New Roman"/>
                <w:szCs w:val="20"/>
              </w:rPr>
              <w:t>ve</w:t>
            </w:r>
            <w:proofErr w:type="spellEnd"/>
            <w:r w:rsidRPr="00310D26">
              <w:rPr>
                <w:rFonts w:cs="Times New Roman"/>
                <w:szCs w:val="20"/>
              </w:rPr>
              <w:t xml:space="preserve"> </w:t>
            </w:r>
            <w:proofErr w:type="spellStart"/>
            <w:r w:rsidRPr="00310D26">
              <w:rPr>
                <w:rFonts w:cs="Times New Roman"/>
                <w:szCs w:val="20"/>
              </w:rPr>
              <w:t>araştırmacılar</w:t>
            </w:r>
            <w:proofErr w:type="spellEnd"/>
            <w:r w:rsidRPr="00310D26">
              <w:rPr>
                <w:rFonts w:cs="Times New Roman"/>
                <w:szCs w:val="20"/>
              </w:rPr>
              <w:t xml:space="preserve"> </w:t>
            </w:r>
            <w:proofErr w:type="spellStart"/>
            <w:r w:rsidRPr="00310D26">
              <w:rPr>
                <w:rFonts w:cs="Times New Roman"/>
                <w:szCs w:val="20"/>
              </w:rPr>
              <w:t>eksiksiz</w:t>
            </w:r>
            <w:proofErr w:type="spellEnd"/>
            <w:r w:rsidRPr="00310D26">
              <w:rPr>
                <w:rFonts w:cs="Times New Roman"/>
                <w:szCs w:val="20"/>
              </w:rPr>
              <w:t xml:space="preserve"> </w:t>
            </w:r>
            <w:proofErr w:type="spellStart"/>
            <w:r w:rsidRPr="00310D26">
              <w:rPr>
                <w:rFonts w:cs="Times New Roman"/>
                <w:szCs w:val="20"/>
              </w:rPr>
              <w:t>belirtilmeli</w:t>
            </w:r>
            <w:proofErr w:type="spellEnd"/>
            <w:r w:rsidRPr="00310D26">
              <w:rPr>
                <w:rFonts w:cs="Times New Roman"/>
                <w:szCs w:val="20"/>
              </w:rPr>
              <w:t xml:space="preserve">; </w:t>
            </w:r>
            <w:proofErr w:type="spellStart"/>
            <w:r w:rsidRPr="00310D26">
              <w:rPr>
                <w:rFonts w:cs="Times New Roman"/>
                <w:szCs w:val="20"/>
              </w:rPr>
              <w:t>patentin</w:t>
            </w:r>
            <w:proofErr w:type="spellEnd"/>
            <w:r w:rsidRPr="00310D26">
              <w:rPr>
                <w:rFonts w:cs="Times New Roman"/>
                <w:szCs w:val="20"/>
              </w:rPr>
              <w:t xml:space="preserve"> </w:t>
            </w:r>
            <w:proofErr w:type="spellStart"/>
            <w:r w:rsidRPr="00310D26">
              <w:rPr>
                <w:rFonts w:cs="Times New Roman"/>
                <w:szCs w:val="20"/>
              </w:rPr>
              <w:t>doktora</w:t>
            </w:r>
            <w:proofErr w:type="spellEnd"/>
            <w:r w:rsidRPr="00310D26">
              <w:rPr>
                <w:rFonts w:cs="Times New Roman"/>
                <w:szCs w:val="20"/>
              </w:rPr>
              <w:t xml:space="preserve"> </w:t>
            </w:r>
            <w:proofErr w:type="spellStart"/>
            <w:r w:rsidRPr="00310D26">
              <w:rPr>
                <w:rFonts w:cs="Times New Roman"/>
                <w:szCs w:val="20"/>
              </w:rPr>
              <w:t>tezinden</w:t>
            </w:r>
            <w:proofErr w:type="spellEnd"/>
            <w:r w:rsidRPr="00310D26">
              <w:rPr>
                <w:rFonts w:cs="Times New Roman"/>
                <w:szCs w:val="20"/>
              </w:rPr>
              <w:t xml:space="preserve"> </w:t>
            </w:r>
            <w:proofErr w:type="spellStart"/>
            <w:r w:rsidRPr="00310D26">
              <w:rPr>
                <w:rFonts w:cs="Times New Roman"/>
                <w:szCs w:val="20"/>
              </w:rPr>
              <w:t>üretildiğini</w:t>
            </w:r>
            <w:proofErr w:type="spellEnd"/>
            <w:r w:rsidRPr="00310D26">
              <w:rPr>
                <w:rFonts w:cs="Times New Roman"/>
                <w:szCs w:val="20"/>
              </w:rPr>
              <w:t xml:space="preserve"> </w:t>
            </w:r>
            <w:proofErr w:type="spellStart"/>
            <w:r w:rsidRPr="00310D26">
              <w:rPr>
                <w:rFonts w:cs="Times New Roman"/>
                <w:szCs w:val="20"/>
              </w:rPr>
              <w:t>gösteren</w:t>
            </w:r>
            <w:proofErr w:type="spellEnd"/>
            <w:r w:rsidRPr="00310D26">
              <w:rPr>
                <w:rFonts w:cs="Times New Roman"/>
                <w:szCs w:val="20"/>
              </w:rPr>
              <w:t xml:space="preserve"> </w:t>
            </w:r>
            <w:proofErr w:type="spellStart"/>
            <w:r w:rsidRPr="00310D26">
              <w:rPr>
                <w:rFonts w:cs="Times New Roman"/>
                <w:szCs w:val="20"/>
              </w:rPr>
              <w:t>belgeler</w:t>
            </w:r>
            <w:proofErr w:type="spellEnd"/>
            <w:r w:rsidRPr="00310D26">
              <w:rPr>
                <w:rFonts w:cs="Times New Roman"/>
                <w:szCs w:val="20"/>
              </w:rPr>
              <w:t xml:space="preserve"> </w:t>
            </w:r>
            <w:proofErr w:type="spellStart"/>
            <w:r w:rsidRPr="00310D26">
              <w:rPr>
                <w:rFonts w:cs="Times New Roman"/>
                <w:szCs w:val="20"/>
              </w:rPr>
              <w:t>sunulmalıdır</w:t>
            </w:r>
            <w:proofErr w:type="spellEnd"/>
            <w:r w:rsidRPr="00310D26">
              <w:rPr>
                <w:rFonts w:cs="Times New Roman"/>
                <w:szCs w:val="20"/>
              </w:rPr>
              <w:t>.</w:t>
            </w:r>
          </w:p>
        </w:tc>
      </w:tr>
      <w:tr w:rsidR="00F84906" w:rsidRPr="00310D26" w14:paraId="242DCE08" w14:textId="77777777" w:rsidTr="00F2221C">
        <w:trPr>
          <w:trHeight w:val="906"/>
          <w:jc w:val="center"/>
        </w:trPr>
        <w:tc>
          <w:tcPr>
            <w:tcW w:w="2547" w:type="dxa"/>
            <w:vAlign w:val="center"/>
          </w:tcPr>
          <w:p w14:paraId="3B8719E3" w14:textId="5BDE7588" w:rsidR="00F84906" w:rsidRPr="00310D26" w:rsidRDefault="00F84906" w:rsidP="00F84906">
            <w:pPr>
              <w:jc w:val="center"/>
              <w:rPr>
                <w:rFonts w:cs="Times New Roman"/>
                <w:b/>
                <w:color w:val="000000" w:themeColor="text1"/>
                <w:szCs w:val="20"/>
              </w:rPr>
            </w:pPr>
            <w:r w:rsidRPr="00310D26">
              <w:rPr>
                <w:rFonts w:cs="Times New Roman"/>
                <w:b/>
                <w:color w:val="000000" w:themeColor="text1"/>
                <w:szCs w:val="20"/>
              </w:rPr>
              <w:t>AKADEMİK FAALİYET TÜRÜ</w:t>
            </w:r>
          </w:p>
        </w:tc>
        <w:tc>
          <w:tcPr>
            <w:tcW w:w="5670" w:type="dxa"/>
            <w:gridSpan w:val="2"/>
            <w:vAlign w:val="center"/>
          </w:tcPr>
          <w:p w14:paraId="48F8E30B" w14:textId="00931D55" w:rsidR="00F84906" w:rsidRPr="00310D26" w:rsidRDefault="00F84906" w:rsidP="00F84906">
            <w:pPr>
              <w:rPr>
                <w:rFonts w:cs="Times New Roman"/>
                <w:b/>
                <w:color w:val="000000" w:themeColor="text1"/>
                <w:szCs w:val="20"/>
              </w:rPr>
            </w:pPr>
            <w:r w:rsidRPr="00310D26">
              <w:rPr>
                <w:rFonts w:cs="Times New Roman"/>
                <w:b/>
                <w:color w:val="000000" w:themeColor="text1"/>
                <w:szCs w:val="20"/>
              </w:rPr>
              <w:t>FAAL</w:t>
            </w:r>
            <w:r w:rsidR="00337D39">
              <w:rPr>
                <w:rFonts w:cs="Times New Roman"/>
                <w:b/>
                <w:color w:val="000000" w:themeColor="text1"/>
                <w:szCs w:val="20"/>
              </w:rPr>
              <w:t>İ</w:t>
            </w:r>
            <w:r w:rsidRPr="00310D26">
              <w:rPr>
                <w:rFonts w:cs="Times New Roman"/>
                <w:b/>
                <w:color w:val="000000" w:themeColor="text1"/>
                <w:szCs w:val="20"/>
              </w:rPr>
              <w:t>YET</w:t>
            </w:r>
          </w:p>
        </w:tc>
        <w:tc>
          <w:tcPr>
            <w:tcW w:w="1417" w:type="dxa"/>
            <w:gridSpan w:val="2"/>
            <w:vAlign w:val="center"/>
          </w:tcPr>
          <w:p w14:paraId="0F2B0513" w14:textId="0ED004BC" w:rsidR="00F84906" w:rsidRPr="00310D26" w:rsidRDefault="00F84906" w:rsidP="00F2221C">
            <w:pPr>
              <w:jc w:val="center"/>
              <w:rPr>
                <w:rFonts w:cs="Times New Roman"/>
                <w:b/>
                <w:color w:val="000000" w:themeColor="text1"/>
                <w:szCs w:val="20"/>
              </w:rPr>
            </w:pPr>
            <w:r w:rsidRPr="00310D26">
              <w:rPr>
                <w:rFonts w:cs="Times New Roman"/>
                <w:b/>
                <w:color w:val="000000" w:themeColor="text1"/>
                <w:szCs w:val="20"/>
              </w:rPr>
              <w:t>PUAN</w:t>
            </w:r>
          </w:p>
        </w:tc>
        <w:tc>
          <w:tcPr>
            <w:tcW w:w="1418" w:type="dxa"/>
            <w:vAlign w:val="center"/>
          </w:tcPr>
          <w:p w14:paraId="3D133039" w14:textId="5D524D07" w:rsidR="00F84906" w:rsidRPr="00310D26" w:rsidRDefault="00F84906" w:rsidP="00F84906">
            <w:pPr>
              <w:rPr>
                <w:rFonts w:cs="Times New Roman"/>
                <w:b/>
                <w:color w:val="000000" w:themeColor="text1"/>
                <w:szCs w:val="20"/>
              </w:rPr>
            </w:pPr>
            <w:r>
              <w:rPr>
                <w:rFonts w:cs="Times New Roman"/>
                <w:b/>
                <w:color w:val="000000" w:themeColor="text1"/>
                <w:szCs w:val="20"/>
              </w:rPr>
              <w:t>BELGE NO</w:t>
            </w:r>
          </w:p>
        </w:tc>
      </w:tr>
      <w:tr w:rsidR="0075743E" w:rsidRPr="00310D26" w14:paraId="158052BE" w14:textId="77777777" w:rsidTr="00F2221C">
        <w:trPr>
          <w:trHeight w:val="785"/>
          <w:jc w:val="center"/>
        </w:trPr>
        <w:tc>
          <w:tcPr>
            <w:tcW w:w="8217" w:type="dxa"/>
            <w:gridSpan w:val="3"/>
            <w:vAlign w:val="center"/>
          </w:tcPr>
          <w:p w14:paraId="67B2DAA4" w14:textId="175E0D80" w:rsidR="0075743E" w:rsidRPr="00310D26" w:rsidRDefault="0075743E" w:rsidP="00F84906">
            <w:pPr>
              <w:rPr>
                <w:rFonts w:cs="Times New Roman"/>
                <w:color w:val="000000" w:themeColor="text1"/>
                <w:szCs w:val="20"/>
              </w:rPr>
            </w:pPr>
            <w:r w:rsidRPr="00564BC5">
              <w:rPr>
                <w:rFonts w:cs="Times New Roman"/>
                <w:b/>
                <w:color w:val="000000" w:themeColor="text1"/>
                <w:sz w:val="32"/>
                <w:szCs w:val="32"/>
              </w:rPr>
              <w:t>FAYDALI MODEL</w:t>
            </w:r>
            <w:r w:rsidRPr="00310D26">
              <w:rPr>
                <w:rFonts w:cs="Times New Roman"/>
                <w:color w:val="000000" w:themeColor="text1"/>
                <w:szCs w:val="20"/>
              </w:rPr>
              <w:t xml:space="preserve"> (Tez </w:t>
            </w:r>
            <w:proofErr w:type="spellStart"/>
            <w:r w:rsidRPr="00310D26">
              <w:rPr>
                <w:rFonts w:cs="Times New Roman"/>
                <w:color w:val="000000" w:themeColor="text1"/>
                <w:szCs w:val="20"/>
              </w:rPr>
              <w:t>kapsamında</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alınmış</w:t>
            </w:r>
            <w:proofErr w:type="spellEnd"/>
            <w:r w:rsidRPr="00310D26">
              <w:rPr>
                <w:rFonts w:cs="Times New Roman"/>
                <w:color w:val="000000" w:themeColor="text1"/>
                <w:szCs w:val="20"/>
              </w:rPr>
              <w:t>)</w:t>
            </w:r>
          </w:p>
        </w:tc>
        <w:tc>
          <w:tcPr>
            <w:tcW w:w="1417" w:type="dxa"/>
            <w:gridSpan w:val="2"/>
            <w:vAlign w:val="center"/>
          </w:tcPr>
          <w:p w14:paraId="537AB572" w14:textId="6D943AFE" w:rsidR="0075743E" w:rsidRPr="00310D26" w:rsidRDefault="0075743E" w:rsidP="0075743E">
            <w:pPr>
              <w:jc w:val="center"/>
              <w:rPr>
                <w:rFonts w:cs="Times New Roman"/>
                <w:color w:val="000000" w:themeColor="text1"/>
                <w:szCs w:val="20"/>
              </w:rPr>
            </w:pPr>
          </w:p>
        </w:tc>
        <w:tc>
          <w:tcPr>
            <w:tcW w:w="1418" w:type="dxa"/>
            <w:vAlign w:val="center"/>
          </w:tcPr>
          <w:p w14:paraId="258FB786" w14:textId="3961FE9C" w:rsidR="0075743E" w:rsidRPr="00310D26" w:rsidRDefault="0075743E" w:rsidP="0075743E">
            <w:pPr>
              <w:rPr>
                <w:rFonts w:cs="Times New Roman"/>
                <w:color w:val="000000" w:themeColor="text1"/>
                <w:szCs w:val="20"/>
              </w:rPr>
            </w:pPr>
          </w:p>
        </w:tc>
      </w:tr>
      <w:tr w:rsidR="0075743E" w:rsidRPr="00310D26" w14:paraId="5E1EF5A1" w14:textId="77777777" w:rsidTr="00F2221C">
        <w:trPr>
          <w:trHeight w:val="895"/>
          <w:jc w:val="center"/>
        </w:trPr>
        <w:tc>
          <w:tcPr>
            <w:tcW w:w="11052" w:type="dxa"/>
            <w:gridSpan w:val="6"/>
            <w:vAlign w:val="center"/>
          </w:tcPr>
          <w:p w14:paraId="76F30C4D" w14:textId="77777777" w:rsidR="0075743E" w:rsidRPr="00310D26" w:rsidRDefault="0075743E" w:rsidP="0075743E">
            <w:pPr>
              <w:rPr>
                <w:rFonts w:cs="Times New Roman"/>
                <w:color w:val="000000" w:themeColor="text1"/>
                <w:szCs w:val="20"/>
              </w:rPr>
            </w:pPr>
            <w:proofErr w:type="spellStart"/>
            <w:r w:rsidRPr="00310D26">
              <w:rPr>
                <w:rFonts w:cs="Times New Roman"/>
                <w:b/>
                <w:color w:val="000000" w:themeColor="text1"/>
                <w:szCs w:val="20"/>
              </w:rPr>
              <w:t>Sunulacak</w:t>
            </w:r>
            <w:proofErr w:type="spellEnd"/>
            <w:r w:rsidRPr="00310D26">
              <w:rPr>
                <w:rFonts w:cs="Times New Roman"/>
                <w:b/>
                <w:color w:val="000000" w:themeColor="text1"/>
                <w:szCs w:val="20"/>
              </w:rPr>
              <w:t xml:space="preserve"> </w:t>
            </w:r>
            <w:proofErr w:type="spellStart"/>
            <w:r w:rsidRPr="00310D26">
              <w:rPr>
                <w:rFonts w:cs="Times New Roman"/>
                <w:b/>
                <w:color w:val="000000" w:themeColor="text1"/>
                <w:szCs w:val="20"/>
              </w:rPr>
              <w:t>Belgeler</w:t>
            </w:r>
            <w:proofErr w:type="spellEnd"/>
            <w:r w:rsidRPr="00310D26">
              <w:rPr>
                <w:rFonts w:cs="Times New Roman"/>
                <w:b/>
                <w:color w:val="000000" w:themeColor="text1"/>
                <w:szCs w:val="20"/>
              </w:rPr>
              <w:t>;</w:t>
            </w:r>
            <w:r w:rsidRPr="00310D26">
              <w:rPr>
                <w:rFonts w:cs="Times New Roman"/>
                <w:color w:val="000000" w:themeColor="text1"/>
                <w:szCs w:val="20"/>
              </w:rPr>
              <w:t xml:space="preserve"> </w:t>
            </w:r>
            <w:proofErr w:type="spellStart"/>
            <w:r w:rsidRPr="00310D26">
              <w:rPr>
                <w:rFonts w:cs="Times New Roman"/>
                <w:color w:val="000000" w:themeColor="text1"/>
                <w:szCs w:val="20"/>
              </w:rPr>
              <w:t>Faydalı</w:t>
            </w:r>
            <w:proofErr w:type="spellEnd"/>
            <w:r w:rsidRPr="00310D26">
              <w:rPr>
                <w:rFonts w:cs="Times New Roman"/>
                <w:color w:val="000000" w:themeColor="text1"/>
                <w:szCs w:val="20"/>
              </w:rPr>
              <w:t xml:space="preserve"> Model Kodu, </w:t>
            </w:r>
            <w:proofErr w:type="spellStart"/>
            <w:r w:rsidRPr="00310D26">
              <w:rPr>
                <w:rFonts w:cs="Times New Roman"/>
                <w:color w:val="000000" w:themeColor="text1"/>
                <w:szCs w:val="20"/>
              </w:rPr>
              <w:t>Faydalı</w:t>
            </w:r>
            <w:proofErr w:type="spellEnd"/>
            <w:r w:rsidRPr="00310D26">
              <w:rPr>
                <w:rFonts w:cs="Times New Roman"/>
                <w:color w:val="000000" w:themeColor="text1"/>
                <w:szCs w:val="20"/>
              </w:rPr>
              <w:t xml:space="preserve"> Model </w:t>
            </w:r>
            <w:proofErr w:type="spellStart"/>
            <w:r w:rsidRPr="00310D26">
              <w:rPr>
                <w:rFonts w:cs="Times New Roman"/>
                <w:color w:val="000000" w:themeColor="text1"/>
                <w:szCs w:val="20"/>
              </w:rPr>
              <w:t>Başlığı</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Yürütücüsü</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Araştırmacılar</w:t>
            </w:r>
            <w:proofErr w:type="spellEnd"/>
            <w:r w:rsidRPr="00310D26">
              <w:rPr>
                <w:rFonts w:cs="Times New Roman"/>
                <w:color w:val="000000" w:themeColor="text1"/>
                <w:szCs w:val="20"/>
              </w:rPr>
              <w:t>.</w:t>
            </w:r>
          </w:p>
          <w:p w14:paraId="652BD889" w14:textId="77777777" w:rsidR="0075743E" w:rsidRPr="00310D26" w:rsidRDefault="0075743E" w:rsidP="0075743E">
            <w:pPr>
              <w:rPr>
                <w:rFonts w:cs="Times New Roman"/>
                <w:color w:val="000000" w:themeColor="text1"/>
                <w:szCs w:val="20"/>
              </w:rPr>
            </w:pPr>
            <w:r w:rsidRPr="00310D26">
              <w:rPr>
                <w:rFonts w:cs="Times New Roman"/>
                <w:b/>
                <w:szCs w:val="20"/>
              </w:rPr>
              <w:t xml:space="preserve">Not: </w:t>
            </w:r>
            <w:proofErr w:type="spellStart"/>
            <w:r w:rsidRPr="00310D26">
              <w:rPr>
                <w:rFonts w:cs="Times New Roman"/>
                <w:szCs w:val="20"/>
              </w:rPr>
              <w:t>Faydalı</w:t>
            </w:r>
            <w:proofErr w:type="spellEnd"/>
            <w:r w:rsidRPr="00310D26">
              <w:rPr>
                <w:rFonts w:cs="Times New Roman"/>
                <w:szCs w:val="20"/>
              </w:rPr>
              <w:t xml:space="preserve"> model </w:t>
            </w:r>
            <w:proofErr w:type="spellStart"/>
            <w:r w:rsidRPr="00310D26">
              <w:rPr>
                <w:rFonts w:cs="Times New Roman"/>
                <w:szCs w:val="20"/>
              </w:rPr>
              <w:t>kodu</w:t>
            </w:r>
            <w:proofErr w:type="spellEnd"/>
            <w:r w:rsidRPr="00310D26">
              <w:rPr>
                <w:rFonts w:cs="Times New Roman"/>
                <w:szCs w:val="20"/>
              </w:rPr>
              <w:t xml:space="preserve">, </w:t>
            </w:r>
            <w:proofErr w:type="spellStart"/>
            <w:r w:rsidRPr="00310D26">
              <w:rPr>
                <w:rFonts w:cs="Times New Roman"/>
                <w:szCs w:val="20"/>
              </w:rPr>
              <w:t>başlığı</w:t>
            </w:r>
            <w:proofErr w:type="spellEnd"/>
            <w:r w:rsidRPr="00310D26">
              <w:rPr>
                <w:rFonts w:cs="Times New Roman"/>
                <w:szCs w:val="20"/>
              </w:rPr>
              <w:t xml:space="preserve">, </w:t>
            </w:r>
            <w:proofErr w:type="spellStart"/>
            <w:r w:rsidRPr="00310D26">
              <w:rPr>
                <w:rFonts w:cs="Times New Roman"/>
                <w:szCs w:val="20"/>
              </w:rPr>
              <w:t>yürütücüsü</w:t>
            </w:r>
            <w:proofErr w:type="spellEnd"/>
            <w:r w:rsidRPr="00310D26">
              <w:rPr>
                <w:rFonts w:cs="Times New Roman"/>
                <w:szCs w:val="20"/>
              </w:rPr>
              <w:t xml:space="preserve"> </w:t>
            </w:r>
            <w:proofErr w:type="spellStart"/>
            <w:r w:rsidRPr="00310D26">
              <w:rPr>
                <w:rFonts w:cs="Times New Roman"/>
                <w:szCs w:val="20"/>
              </w:rPr>
              <w:t>ve</w:t>
            </w:r>
            <w:proofErr w:type="spellEnd"/>
            <w:r w:rsidRPr="00310D26">
              <w:rPr>
                <w:rFonts w:cs="Times New Roman"/>
                <w:szCs w:val="20"/>
              </w:rPr>
              <w:t xml:space="preserve"> </w:t>
            </w:r>
            <w:proofErr w:type="spellStart"/>
            <w:r w:rsidRPr="00310D26">
              <w:rPr>
                <w:rFonts w:cs="Times New Roman"/>
                <w:szCs w:val="20"/>
              </w:rPr>
              <w:t>araştırmacıları</w:t>
            </w:r>
            <w:proofErr w:type="spellEnd"/>
            <w:r w:rsidRPr="00310D26">
              <w:rPr>
                <w:rFonts w:cs="Times New Roman"/>
                <w:szCs w:val="20"/>
              </w:rPr>
              <w:t xml:space="preserve"> </w:t>
            </w:r>
            <w:proofErr w:type="spellStart"/>
            <w:r w:rsidRPr="00310D26">
              <w:rPr>
                <w:rFonts w:cs="Times New Roman"/>
                <w:szCs w:val="20"/>
              </w:rPr>
              <w:t>eksiksiz</w:t>
            </w:r>
            <w:proofErr w:type="spellEnd"/>
            <w:r w:rsidRPr="00310D26">
              <w:rPr>
                <w:rFonts w:cs="Times New Roman"/>
                <w:szCs w:val="20"/>
              </w:rPr>
              <w:t xml:space="preserve"> </w:t>
            </w:r>
            <w:proofErr w:type="spellStart"/>
            <w:r w:rsidRPr="00310D26">
              <w:rPr>
                <w:rFonts w:cs="Times New Roman"/>
                <w:szCs w:val="20"/>
              </w:rPr>
              <w:t>belirtilmeli</w:t>
            </w:r>
            <w:proofErr w:type="spellEnd"/>
            <w:r w:rsidRPr="00310D26">
              <w:rPr>
                <w:rFonts w:cs="Times New Roman"/>
                <w:szCs w:val="20"/>
              </w:rPr>
              <w:t xml:space="preserve"> </w:t>
            </w:r>
            <w:proofErr w:type="spellStart"/>
            <w:r w:rsidRPr="00310D26">
              <w:rPr>
                <w:rFonts w:cs="Times New Roman"/>
                <w:szCs w:val="20"/>
              </w:rPr>
              <w:t>ve</w:t>
            </w:r>
            <w:proofErr w:type="spellEnd"/>
            <w:r w:rsidRPr="00310D26">
              <w:rPr>
                <w:rFonts w:cs="Times New Roman"/>
                <w:szCs w:val="20"/>
              </w:rPr>
              <w:t xml:space="preserve"> </w:t>
            </w:r>
            <w:proofErr w:type="spellStart"/>
            <w:r w:rsidRPr="00310D26">
              <w:rPr>
                <w:rFonts w:cs="Times New Roman"/>
                <w:szCs w:val="20"/>
              </w:rPr>
              <w:t>faydalı</w:t>
            </w:r>
            <w:proofErr w:type="spellEnd"/>
            <w:r w:rsidRPr="00310D26">
              <w:rPr>
                <w:rFonts w:cs="Times New Roman"/>
                <w:szCs w:val="20"/>
              </w:rPr>
              <w:t xml:space="preserve"> </w:t>
            </w:r>
            <w:proofErr w:type="spellStart"/>
            <w:r w:rsidRPr="00310D26">
              <w:rPr>
                <w:rFonts w:cs="Times New Roman"/>
                <w:szCs w:val="20"/>
              </w:rPr>
              <w:t>modelin</w:t>
            </w:r>
            <w:proofErr w:type="spellEnd"/>
            <w:r w:rsidRPr="00310D26">
              <w:rPr>
                <w:rFonts w:cs="Times New Roman"/>
                <w:szCs w:val="20"/>
              </w:rPr>
              <w:t xml:space="preserve"> </w:t>
            </w:r>
            <w:proofErr w:type="spellStart"/>
            <w:r w:rsidRPr="00310D26">
              <w:rPr>
                <w:rFonts w:cs="Times New Roman"/>
                <w:szCs w:val="20"/>
              </w:rPr>
              <w:t>tez</w:t>
            </w:r>
            <w:proofErr w:type="spellEnd"/>
            <w:r w:rsidRPr="00310D26">
              <w:rPr>
                <w:rFonts w:cs="Times New Roman"/>
                <w:szCs w:val="20"/>
              </w:rPr>
              <w:t xml:space="preserve"> </w:t>
            </w:r>
            <w:proofErr w:type="spellStart"/>
            <w:r w:rsidRPr="00310D26">
              <w:rPr>
                <w:rFonts w:cs="Times New Roman"/>
                <w:szCs w:val="20"/>
              </w:rPr>
              <w:t>kapsamında</w:t>
            </w:r>
            <w:proofErr w:type="spellEnd"/>
            <w:r w:rsidRPr="00310D26">
              <w:rPr>
                <w:rFonts w:cs="Times New Roman"/>
                <w:szCs w:val="20"/>
              </w:rPr>
              <w:t xml:space="preserve"> </w:t>
            </w:r>
            <w:proofErr w:type="spellStart"/>
            <w:r w:rsidRPr="00310D26">
              <w:rPr>
                <w:rFonts w:cs="Times New Roman"/>
                <w:szCs w:val="20"/>
              </w:rPr>
              <w:t>üretildiğini</w:t>
            </w:r>
            <w:proofErr w:type="spellEnd"/>
            <w:r w:rsidRPr="00310D26">
              <w:rPr>
                <w:rFonts w:cs="Times New Roman"/>
                <w:szCs w:val="20"/>
              </w:rPr>
              <w:t xml:space="preserve"> </w:t>
            </w:r>
            <w:proofErr w:type="spellStart"/>
            <w:r w:rsidRPr="00310D26">
              <w:rPr>
                <w:rFonts w:cs="Times New Roman"/>
                <w:szCs w:val="20"/>
              </w:rPr>
              <w:t>gösteren</w:t>
            </w:r>
            <w:proofErr w:type="spellEnd"/>
            <w:r w:rsidRPr="00310D26">
              <w:rPr>
                <w:rFonts w:cs="Times New Roman"/>
                <w:szCs w:val="20"/>
              </w:rPr>
              <w:t xml:space="preserve"> </w:t>
            </w:r>
            <w:proofErr w:type="spellStart"/>
            <w:r w:rsidRPr="00310D26">
              <w:rPr>
                <w:rFonts w:cs="Times New Roman"/>
                <w:szCs w:val="20"/>
              </w:rPr>
              <w:t>belge</w:t>
            </w:r>
            <w:proofErr w:type="spellEnd"/>
            <w:r w:rsidRPr="00310D26">
              <w:rPr>
                <w:rFonts w:cs="Times New Roman"/>
                <w:szCs w:val="20"/>
              </w:rPr>
              <w:t xml:space="preserve"> </w:t>
            </w:r>
            <w:proofErr w:type="spellStart"/>
            <w:r w:rsidRPr="00310D26">
              <w:rPr>
                <w:rFonts w:cs="Times New Roman"/>
                <w:szCs w:val="20"/>
              </w:rPr>
              <w:t>sunulmalıdır</w:t>
            </w:r>
            <w:proofErr w:type="spellEnd"/>
            <w:r w:rsidRPr="00310D26">
              <w:rPr>
                <w:rFonts w:cs="Times New Roman"/>
                <w:szCs w:val="20"/>
              </w:rPr>
              <w:t>.</w:t>
            </w:r>
          </w:p>
        </w:tc>
      </w:tr>
      <w:tr w:rsidR="0075743E" w:rsidRPr="00310D26" w14:paraId="0A85CC86" w14:textId="77777777" w:rsidTr="00F2221C">
        <w:trPr>
          <w:jc w:val="center"/>
        </w:trPr>
        <w:tc>
          <w:tcPr>
            <w:tcW w:w="2547" w:type="dxa"/>
            <w:vAlign w:val="center"/>
          </w:tcPr>
          <w:p w14:paraId="43DA877B" w14:textId="3B41B95A" w:rsidR="0075743E" w:rsidRPr="00310D26" w:rsidRDefault="0075743E" w:rsidP="0075743E">
            <w:pPr>
              <w:jc w:val="center"/>
              <w:rPr>
                <w:rFonts w:cs="Times New Roman"/>
                <w:color w:val="000000" w:themeColor="text1"/>
                <w:szCs w:val="20"/>
              </w:rPr>
            </w:pPr>
            <w:r w:rsidRPr="00310D26">
              <w:rPr>
                <w:rFonts w:eastAsiaTheme="majorEastAsia" w:cs="Times New Roman"/>
                <w:b/>
                <w:bCs/>
                <w:color w:val="000000" w:themeColor="text1"/>
                <w:szCs w:val="20"/>
              </w:rPr>
              <w:br w:type="page"/>
            </w:r>
            <w:r w:rsidRPr="00310D26">
              <w:rPr>
                <w:rFonts w:cs="Times New Roman"/>
                <w:b/>
                <w:color w:val="000000" w:themeColor="text1"/>
                <w:szCs w:val="20"/>
              </w:rPr>
              <w:t>AKADEMİK FAALİYET TÜRÜ</w:t>
            </w:r>
          </w:p>
        </w:tc>
        <w:tc>
          <w:tcPr>
            <w:tcW w:w="5670" w:type="dxa"/>
            <w:gridSpan w:val="2"/>
            <w:vAlign w:val="center"/>
          </w:tcPr>
          <w:p w14:paraId="318C5F10" w14:textId="77777777" w:rsidR="0075743E" w:rsidRPr="00310D26" w:rsidRDefault="0075743E" w:rsidP="0075743E">
            <w:pPr>
              <w:jc w:val="center"/>
              <w:rPr>
                <w:rFonts w:cs="Times New Roman"/>
                <w:color w:val="000000" w:themeColor="text1"/>
                <w:szCs w:val="20"/>
              </w:rPr>
            </w:pPr>
            <w:r w:rsidRPr="00310D26">
              <w:rPr>
                <w:rFonts w:cs="Times New Roman"/>
                <w:b/>
                <w:color w:val="000000" w:themeColor="text1"/>
                <w:szCs w:val="20"/>
              </w:rPr>
              <w:t>FAALIYET</w:t>
            </w:r>
          </w:p>
        </w:tc>
        <w:tc>
          <w:tcPr>
            <w:tcW w:w="1417" w:type="dxa"/>
            <w:gridSpan w:val="2"/>
            <w:vAlign w:val="center"/>
          </w:tcPr>
          <w:p w14:paraId="7127B96F" w14:textId="77777777" w:rsidR="0075743E" w:rsidRPr="00310D26" w:rsidRDefault="0075743E" w:rsidP="0075743E">
            <w:pPr>
              <w:jc w:val="center"/>
              <w:rPr>
                <w:rFonts w:cs="Times New Roman"/>
                <w:b/>
                <w:color w:val="000000" w:themeColor="text1"/>
                <w:szCs w:val="20"/>
              </w:rPr>
            </w:pPr>
            <w:r w:rsidRPr="00310D26">
              <w:rPr>
                <w:rFonts w:cs="Times New Roman"/>
                <w:b/>
                <w:color w:val="000000" w:themeColor="text1"/>
                <w:szCs w:val="20"/>
              </w:rPr>
              <w:t>PUAN</w:t>
            </w:r>
          </w:p>
        </w:tc>
        <w:tc>
          <w:tcPr>
            <w:tcW w:w="1418" w:type="dxa"/>
            <w:vAlign w:val="center"/>
          </w:tcPr>
          <w:p w14:paraId="1C01C240" w14:textId="25B9C261" w:rsidR="0075743E" w:rsidRPr="00310D26" w:rsidRDefault="00F2221C" w:rsidP="0075743E">
            <w:pPr>
              <w:jc w:val="center"/>
              <w:rPr>
                <w:rFonts w:cs="Times New Roman"/>
                <w:b/>
                <w:color w:val="000000" w:themeColor="text1"/>
                <w:szCs w:val="20"/>
              </w:rPr>
            </w:pPr>
            <w:r>
              <w:rPr>
                <w:rFonts w:cs="Times New Roman"/>
                <w:b/>
                <w:color w:val="000000" w:themeColor="text1"/>
                <w:szCs w:val="20"/>
              </w:rPr>
              <w:t>BELGE NO</w:t>
            </w:r>
          </w:p>
        </w:tc>
      </w:tr>
      <w:tr w:rsidR="0075743E" w:rsidRPr="00310D26" w14:paraId="3575793B" w14:textId="77777777" w:rsidTr="00F2221C">
        <w:trPr>
          <w:trHeight w:hRule="exact" w:val="567"/>
          <w:jc w:val="center"/>
        </w:trPr>
        <w:tc>
          <w:tcPr>
            <w:tcW w:w="2547" w:type="dxa"/>
            <w:vMerge w:val="restart"/>
            <w:vAlign w:val="center"/>
          </w:tcPr>
          <w:p w14:paraId="4A03D7CB" w14:textId="5442428D" w:rsidR="0075743E" w:rsidRPr="00564BC5" w:rsidRDefault="0075743E" w:rsidP="0075743E">
            <w:pPr>
              <w:autoSpaceDE w:val="0"/>
              <w:autoSpaceDN w:val="0"/>
              <w:adjustRightInd w:val="0"/>
              <w:rPr>
                <w:rFonts w:eastAsiaTheme="minorEastAsia" w:cs="Times New Roman"/>
                <w:b/>
                <w:sz w:val="32"/>
                <w:szCs w:val="32"/>
                <w:lang w:val="tr-TR"/>
              </w:rPr>
            </w:pPr>
            <w:r w:rsidRPr="00564BC5">
              <w:rPr>
                <w:rFonts w:eastAsiaTheme="minorEastAsia" w:cs="Times New Roman"/>
                <w:b/>
                <w:sz w:val="32"/>
                <w:szCs w:val="32"/>
                <w:lang w:val="tr-TR"/>
              </w:rPr>
              <w:t>TEBLİĞ</w:t>
            </w:r>
          </w:p>
          <w:p w14:paraId="52AE3561" w14:textId="77777777" w:rsidR="00564BC5" w:rsidRPr="00310D26" w:rsidRDefault="00564BC5" w:rsidP="0075743E">
            <w:pPr>
              <w:autoSpaceDE w:val="0"/>
              <w:autoSpaceDN w:val="0"/>
              <w:adjustRightInd w:val="0"/>
              <w:rPr>
                <w:rFonts w:eastAsiaTheme="minorEastAsia" w:cs="Times New Roman"/>
                <w:b/>
                <w:szCs w:val="20"/>
                <w:lang w:val="tr-TR"/>
              </w:rPr>
            </w:pPr>
          </w:p>
          <w:p w14:paraId="40C9F852" w14:textId="78206B9C" w:rsidR="0075743E" w:rsidRPr="00310D26" w:rsidRDefault="00E777C0" w:rsidP="0075743E">
            <w:pPr>
              <w:autoSpaceDE w:val="0"/>
              <w:autoSpaceDN w:val="0"/>
              <w:adjustRightInd w:val="0"/>
              <w:rPr>
                <w:rFonts w:eastAsiaTheme="minorEastAsia" w:cs="Times New Roman"/>
                <w:szCs w:val="20"/>
                <w:lang w:val="tr-TR"/>
              </w:rPr>
            </w:pPr>
            <w:r>
              <w:rPr>
                <w:rFonts w:eastAsiaTheme="minorEastAsia" w:cs="Times New Roman"/>
                <w:szCs w:val="20"/>
                <w:lang w:val="tr-TR"/>
              </w:rPr>
              <w:t>-</w:t>
            </w:r>
            <w:r w:rsidR="0075743E" w:rsidRPr="00310D26">
              <w:rPr>
                <w:rFonts w:eastAsiaTheme="minorEastAsia" w:cs="Times New Roman"/>
                <w:szCs w:val="20"/>
                <w:lang w:val="tr-TR"/>
              </w:rPr>
              <w:t>Tebliğlerin</w:t>
            </w:r>
            <w:r w:rsidR="00F2221C">
              <w:rPr>
                <w:rFonts w:eastAsiaTheme="minorEastAsia" w:cs="Times New Roman"/>
                <w:szCs w:val="20"/>
                <w:lang w:val="tr-TR"/>
              </w:rPr>
              <w:t xml:space="preserve"> </w:t>
            </w:r>
            <w:r w:rsidR="0075743E" w:rsidRPr="00310D26">
              <w:rPr>
                <w:rFonts w:eastAsiaTheme="minorEastAsia" w:cs="Times New Roman"/>
                <w:szCs w:val="20"/>
                <w:lang w:val="tr-TR"/>
              </w:rPr>
              <w:t>doktora tez</w:t>
            </w:r>
          </w:p>
          <w:p w14:paraId="2BF3067C" w14:textId="702FC78A" w:rsidR="0075743E" w:rsidRDefault="0075743E" w:rsidP="00564BC5">
            <w:pPr>
              <w:autoSpaceDE w:val="0"/>
              <w:autoSpaceDN w:val="0"/>
              <w:adjustRightInd w:val="0"/>
              <w:rPr>
                <w:rFonts w:eastAsiaTheme="minorEastAsia" w:cs="Times New Roman"/>
                <w:szCs w:val="20"/>
                <w:lang w:val="tr-TR"/>
              </w:rPr>
            </w:pPr>
            <w:r w:rsidRPr="00310D26">
              <w:rPr>
                <w:rFonts w:eastAsiaTheme="minorEastAsia" w:cs="Times New Roman"/>
                <w:szCs w:val="20"/>
                <w:lang w:val="tr-TR"/>
              </w:rPr>
              <w:t>danışmanı</w:t>
            </w:r>
            <w:r w:rsidR="00564BC5">
              <w:rPr>
                <w:rFonts w:eastAsiaTheme="minorEastAsia" w:cs="Times New Roman"/>
                <w:szCs w:val="20"/>
                <w:lang w:val="tr-TR"/>
              </w:rPr>
              <w:t xml:space="preserve"> ile birlikte </w:t>
            </w:r>
            <w:r w:rsidR="00F2221C">
              <w:rPr>
                <w:rFonts w:eastAsiaTheme="minorEastAsia" w:cs="Times New Roman"/>
                <w:szCs w:val="20"/>
                <w:lang w:val="tr-TR"/>
              </w:rPr>
              <w:t>y</w:t>
            </w:r>
            <w:r w:rsidR="00564BC5">
              <w:rPr>
                <w:rFonts w:eastAsiaTheme="minorEastAsia" w:cs="Times New Roman"/>
                <w:szCs w:val="20"/>
                <w:lang w:val="tr-TR"/>
              </w:rPr>
              <w:t>apılması gerekmektedir</w:t>
            </w:r>
            <w:r w:rsidR="00E777C0">
              <w:rPr>
                <w:rFonts w:eastAsiaTheme="minorEastAsia" w:cs="Times New Roman"/>
                <w:szCs w:val="20"/>
                <w:lang w:val="tr-TR"/>
              </w:rPr>
              <w:t>.</w:t>
            </w:r>
          </w:p>
          <w:p w14:paraId="58352B36" w14:textId="77777777" w:rsidR="00564BC5" w:rsidRDefault="00564BC5" w:rsidP="00564BC5">
            <w:pPr>
              <w:autoSpaceDE w:val="0"/>
              <w:autoSpaceDN w:val="0"/>
              <w:adjustRightInd w:val="0"/>
              <w:rPr>
                <w:rFonts w:eastAsiaTheme="minorEastAsia" w:cs="Times New Roman"/>
                <w:szCs w:val="20"/>
                <w:lang w:val="tr-TR"/>
              </w:rPr>
            </w:pPr>
          </w:p>
          <w:p w14:paraId="23FCF6AB" w14:textId="30616118" w:rsidR="00564BC5" w:rsidRPr="00310D26" w:rsidRDefault="00337D39" w:rsidP="00564BC5">
            <w:pPr>
              <w:autoSpaceDE w:val="0"/>
              <w:autoSpaceDN w:val="0"/>
              <w:adjustRightInd w:val="0"/>
              <w:rPr>
                <w:rFonts w:cs="Times New Roman"/>
                <w:color w:val="000000" w:themeColor="text1"/>
                <w:szCs w:val="20"/>
              </w:rPr>
            </w:pPr>
            <w:r>
              <w:rPr>
                <w:rFonts w:eastAsiaTheme="minorEastAsia" w:cs="Times New Roman"/>
                <w:b/>
                <w:szCs w:val="20"/>
                <w:lang w:val="tr-TR"/>
              </w:rPr>
              <w:t>-</w:t>
            </w:r>
            <w:r w:rsidR="00564BC5" w:rsidRPr="00337D39">
              <w:rPr>
                <w:rFonts w:eastAsiaTheme="minorEastAsia" w:cs="Times New Roman"/>
                <w:szCs w:val="20"/>
                <w:lang w:val="tr-TR"/>
              </w:rPr>
              <w:t xml:space="preserve">Bu alanda </w:t>
            </w:r>
            <w:r w:rsidR="00564BC5" w:rsidRPr="00337D39">
              <w:rPr>
                <w:rFonts w:eastAsiaTheme="minorEastAsia" w:cs="Times New Roman"/>
                <w:b/>
                <w:bCs/>
                <w:szCs w:val="20"/>
                <w:lang w:val="tr-TR"/>
              </w:rPr>
              <w:t>en fazla 18 puan</w:t>
            </w:r>
            <w:r w:rsidR="00564BC5" w:rsidRPr="00337D39">
              <w:rPr>
                <w:rFonts w:eastAsiaTheme="minorEastAsia" w:cs="Times New Roman"/>
                <w:szCs w:val="20"/>
                <w:lang w:val="tr-TR"/>
              </w:rPr>
              <w:t xml:space="preserve"> alınabilir.</w:t>
            </w:r>
          </w:p>
        </w:tc>
        <w:tc>
          <w:tcPr>
            <w:tcW w:w="5670" w:type="dxa"/>
            <w:gridSpan w:val="2"/>
            <w:vAlign w:val="center"/>
          </w:tcPr>
          <w:p w14:paraId="3A8FC860" w14:textId="77777777" w:rsidR="0075743E" w:rsidRPr="00310D26" w:rsidRDefault="0075743E" w:rsidP="0075743E">
            <w:pPr>
              <w:autoSpaceDE w:val="0"/>
              <w:autoSpaceDN w:val="0"/>
              <w:adjustRightInd w:val="0"/>
              <w:rPr>
                <w:rFonts w:cs="Times New Roman"/>
                <w:color w:val="000000" w:themeColor="text1"/>
                <w:szCs w:val="20"/>
              </w:rPr>
            </w:pPr>
            <w:r w:rsidRPr="00310D26">
              <w:rPr>
                <w:rFonts w:eastAsiaTheme="minorEastAsia" w:cs="Times New Roman"/>
                <w:szCs w:val="20"/>
                <w:lang w:val="tr-TR"/>
              </w:rPr>
              <w:t>Uluslararası bilimsel toplantılarda sunulan, tam metni matbu veya elektronik olarak bildiri kitapçığında yayımlanmış sözel bildiriler.</w:t>
            </w:r>
          </w:p>
        </w:tc>
        <w:tc>
          <w:tcPr>
            <w:tcW w:w="1417" w:type="dxa"/>
            <w:gridSpan w:val="2"/>
            <w:vAlign w:val="center"/>
          </w:tcPr>
          <w:p w14:paraId="3906E4F1" w14:textId="194C4323" w:rsidR="0075743E" w:rsidRPr="00310D26" w:rsidRDefault="0075743E" w:rsidP="0075743E">
            <w:pPr>
              <w:jc w:val="center"/>
              <w:rPr>
                <w:rFonts w:cs="Times New Roman"/>
                <w:color w:val="000000" w:themeColor="text1"/>
                <w:szCs w:val="20"/>
              </w:rPr>
            </w:pPr>
          </w:p>
        </w:tc>
        <w:tc>
          <w:tcPr>
            <w:tcW w:w="1418" w:type="dxa"/>
            <w:vAlign w:val="center"/>
          </w:tcPr>
          <w:p w14:paraId="5889B1C3" w14:textId="29276E83" w:rsidR="0075743E" w:rsidRPr="00310D26" w:rsidRDefault="0075743E" w:rsidP="00564BC5">
            <w:pPr>
              <w:rPr>
                <w:rFonts w:cs="Times New Roman"/>
                <w:color w:val="000000" w:themeColor="text1"/>
                <w:szCs w:val="20"/>
              </w:rPr>
            </w:pPr>
          </w:p>
        </w:tc>
      </w:tr>
      <w:tr w:rsidR="0075743E" w:rsidRPr="00310D26" w14:paraId="33C47030" w14:textId="77777777" w:rsidTr="00F2221C">
        <w:trPr>
          <w:trHeight w:hRule="exact" w:val="567"/>
          <w:jc w:val="center"/>
        </w:trPr>
        <w:tc>
          <w:tcPr>
            <w:tcW w:w="2547" w:type="dxa"/>
            <w:vMerge/>
            <w:vAlign w:val="center"/>
          </w:tcPr>
          <w:p w14:paraId="76B89BC8" w14:textId="77777777" w:rsidR="0075743E" w:rsidRPr="00310D26" w:rsidRDefault="0075743E" w:rsidP="0075743E">
            <w:pPr>
              <w:rPr>
                <w:rFonts w:cs="Times New Roman"/>
                <w:color w:val="000000" w:themeColor="text1"/>
                <w:szCs w:val="20"/>
              </w:rPr>
            </w:pPr>
          </w:p>
        </w:tc>
        <w:tc>
          <w:tcPr>
            <w:tcW w:w="5670" w:type="dxa"/>
            <w:gridSpan w:val="2"/>
            <w:vAlign w:val="center"/>
          </w:tcPr>
          <w:p w14:paraId="233D2F36" w14:textId="77777777" w:rsidR="0075743E" w:rsidRPr="00310D26" w:rsidRDefault="0075743E" w:rsidP="0075743E">
            <w:pPr>
              <w:autoSpaceDE w:val="0"/>
              <w:autoSpaceDN w:val="0"/>
              <w:adjustRightInd w:val="0"/>
              <w:rPr>
                <w:rFonts w:eastAsiaTheme="minorEastAsia" w:cs="Times New Roman"/>
                <w:szCs w:val="20"/>
                <w:lang w:val="tr-TR"/>
              </w:rPr>
            </w:pPr>
            <w:r w:rsidRPr="00310D26">
              <w:rPr>
                <w:rFonts w:eastAsiaTheme="minorEastAsia" w:cs="Times New Roman"/>
                <w:szCs w:val="20"/>
                <w:lang w:val="tr-TR"/>
              </w:rPr>
              <w:t>Uluslararası bilimsel toplantılarda sunulan, özet metni matbu veya elektronik olarak bildiri kitapçığında yayımlanmış sözel bildiriler.</w:t>
            </w:r>
          </w:p>
        </w:tc>
        <w:tc>
          <w:tcPr>
            <w:tcW w:w="1417" w:type="dxa"/>
            <w:gridSpan w:val="2"/>
            <w:vAlign w:val="center"/>
          </w:tcPr>
          <w:p w14:paraId="7D48DF23" w14:textId="1DB84CDD" w:rsidR="0075743E" w:rsidRPr="00310D26" w:rsidRDefault="0075743E" w:rsidP="0075743E">
            <w:pPr>
              <w:jc w:val="center"/>
              <w:rPr>
                <w:rFonts w:cs="Times New Roman"/>
                <w:color w:val="000000" w:themeColor="text1"/>
                <w:szCs w:val="20"/>
              </w:rPr>
            </w:pPr>
          </w:p>
        </w:tc>
        <w:tc>
          <w:tcPr>
            <w:tcW w:w="1418" w:type="dxa"/>
            <w:vAlign w:val="center"/>
          </w:tcPr>
          <w:p w14:paraId="6FA54E94" w14:textId="68C75421" w:rsidR="0075743E" w:rsidRPr="00310D26" w:rsidRDefault="0075743E" w:rsidP="00564BC5">
            <w:pPr>
              <w:rPr>
                <w:rFonts w:cs="Times New Roman"/>
                <w:color w:val="000000" w:themeColor="text1"/>
                <w:szCs w:val="20"/>
              </w:rPr>
            </w:pPr>
          </w:p>
        </w:tc>
      </w:tr>
      <w:tr w:rsidR="0075743E" w:rsidRPr="00310D26" w14:paraId="22F019AB" w14:textId="77777777" w:rsidTr="00F2221C">
        <w:trPr>
          <w:trHeight w:hRule="exact" w:val="567"/>
          <w:jc w:val="center"/>
        </w:trPr>
        <w:tc>
          <w:tcPr>
            <w:tcW w:w="2547" w:type="dxa"/>
            <w:vMerge/>
            <w:vAlign w:val="center"/>
          </w:tcPr>
          <w:p w14:paraId="1210B4FC" w14:textId="77777777" w:rsidR="0075743E" w:rsidRPr="00310D26" w:rsidRDefault="0075743E" w:rsidP="0075743E">
            <w:pPr>
              <w:rPr>
                <w:rFonts w:cs="Times New Roman"/>
                <w:color w:val="000000" w:themeColor="text1"/>
                <w:szCs w:val="20"/>
              </w:rPr>
            </w:pPr>
          </w:p>
        </w:tc>
        <w:tc>
          <w:tcPr>
            <w:tcW w:w="5670" w:type="dxa"/>
            <w:gridSpan w:val="2"/>
            <w:vAlign w:val="center"/>
          </w:tcPr>
          <w:p w14:paraId="25FBEF55" w14:textId="77777777" w:rsidR="0075743E" w:rsidRPr="00310D26" w:rsidRDefault="0075743E" w:rsidP="0075743E">
            <w:pPr>
              <w:autoSpaceDE w:val="0"/>
              <w:autoSpaceDN w:val="0"/>
              <w:adjustRightInd w:val="0"/>
              <w:rPr>
                <w:rFonts w:cs="Times New Roman"/>
                <w:color w:val="000000" w:themeColor="text1"/>
                <w:szCs w:val="20"/>
              </w:rPr>
            </w:pPr>
            <w:r w:rsidRPr="00310D26">
              <w:rPr>
                <w:rFonts w:eastAsiaTheme="minorEastAsia" w:cs="Times New Roman"/>
                <w:szCs w:val="20"/>
                <w:lang w:val="tr-TR"/>
              </w:rPr>
              <w:t>Uluslararası bilimsel toplantılarda poster olarak sunulan çalışmalar.</w:t>
            </w:r>
          </w:p>
        </w:tc>
        <w:tc>
          <w:tcPr>
            <w:tcW w:w="1417" w:type="dxa"/>
            <w:gridSpan w:val="2"/>
            <w:vAlign w:val="center"/>
          </w:tcPr>
          <w:p w14:paraId="4D1943CE" w14:textId="42698823" w:rsidR="0075743E" w:rsidRPr="00310D26" w:rsidRDefault="0075743E" w:rsidP="0075743E">
            <w:pPr>
              <w:jc w:val="center"/>
              <w:rPr>
                <w:rFonts w:cs="Times New Roman"/>
                <w:color w:val="000000" w:themeColor="text1"/>
                <w:szCs w:val="20"/>
              </w:rPr>
            </w:pPr>
          </w:p>
        </w:tc>
        <w:tc>
          <w:tcPr>
            <w:tcW w:w="1418" w:type="dxa"/>
            <w:vAlign w:val="center"/>
          </w:tcPr>
          <w:p w14:paraId="5D4B0AF4" w14:textId="41F36D33" w:rsidR="0075743E" w:rsidRPr="00310D26" w:rsidRDefault="0075743E" w:rsidP="00564BC5">
            <w:pPr>
              <w:rPr>
                <w:rFonts w:cs="Times New Roman"/>
                <w:color w:val="000000" w:themeColor="text1"/>
                <w:szCs w:val="20"/>
              </w:rPr>
            </w:pPr>
          </w:p>
        </w:tc>
      </w:tr>
      <w:tr w:rsidR="0075743E" w:rsidRPr="00310D26" w14:paraId="69F0404C" w14:textId="77777777" w:rsidTr="00F2221C">
        <w:trPr>
          <w:trHeight w:hRule="exact" w:val="567"/>
          <w:jc w:val="center"/>
        </w:trPr>
        <w:tc>
          <w:tcPr>
            <w:tcW w:w="2547" w:type="dxa"/>
            <w:vMerge/>
            <w:vAlign w:val="center"/>
          </w:tcPr>
          <w:p w14:paraId="70158597" w14:textId="77777777" w:rsidR="0075743E" w:rsidRPr="00310D26" w:rsidRDefault="0075743E" w:rsidP="0075743E">
            <w:pPr>
              <w:rPr>
                <w:rFonts w:cs="Times New Roman"/>
                <w:color w:val="000000" w:themeColor="text1"/>
                <w:szCs w:val="20"/>
              </w:rPr>
            </w:pPr>
          </w:p>
        </w:tc>
        <w:tc>
          <w:tcPr>
            <w:tcW w:w="5670" w:type="dxa"/>
            <w:gridSpan w:val="2"/>
            <w:vAlign w:val="center"/>
          </w:tcPr>
          <w:p w14:paraId="04B2F535" w14:textId="77777777" w:rsidR="0075743E" w:rsidRPr="00310D26" w:rsidRDefault="0075743E" w:rsidP="0075743E">
            <w:pPr>
              <w:autoSpaceDE w:val="0"/>
              <w:autoSpaceDN w:val="0"/>
              <w:adjustRightInd w:val="0"/>
              <w:rPr>
                <w:rFonts w:cs="Times New Roman"/>
                <w:color w:val="000000" w:themeColor="text1"/>
                <w:szCs w:val="20"/>
              </w:rPr>
            </w:pPr>
            <w:r w:rsidRPr="00310D26">
              <w:rPr>
                <w:rFonts w:eastAsiaTheme="minorEastAsia" w:cs="Times New Roman"/>
                <w:szCs w:val="20"/>
                <w:lang w:val="tr-TR"/>
              </w:rPr>
              <w:t>Ulusal bilimsel toplantılarda sunulan tam metni matbu veya elektronik olarak bildiri kitapçığında yayımlanmış sözel bildiriler.</w:t>
            </w:r>
          </w:p>
        </w:tc>
        <w:tc>
          <w:tcPr>
            <w:tcW w:w="1417" w:type="dxa"/>
            <w:gridSpan w:val="2"/>
            <w:vAlign w:val="center"/>
          </w:tcPr>
          <w:p w14:paraId="6075B5C3" w14:textId="659875FD" w:rsidR="0075743E" w:rsidRPr="00310D26" w:rsidRDefault="0075743E" w:rsidP="0075743E">
            <w:pPr>
              <w:jc w:val="center"/>
              <w:rPr>
                <w:rFonts w:cs="Times New Roman"/>
                <w:color w:val="000000" w:themeColor="text1"/>
                <w:szCs w:val="20"/>
              </w:rPr>
            </w:pPr>
          </w:p>
        </w:tc>
        <w:tc>
          <w:tcPr>
            <w:tcW w:w="1418" w:type="dxa"/>
            <w:vAlign w:val="center"/>
          </w:tcPr>
          <w:p w14:paraId="1ECAECEF" w14:textId="32B116FE" w:rsidR="0075743E" w:rsidRPr="00310D26" w:rsidRDefault="0075743E" w:rsidP="00564BC5">
            <w:pPr>
              <w:rPr>
                <w:rFonts w:cs="Times New Roman"/>
                <w:color w:val="000000" w:themeColor="text1"/>
                <w:szCs w:val="20"/>
              </w:rPr>
            </w:pPr>
          </w:p>
        </w:tc>
      </w:tr>
      <w:tr w:rsidR="0075743E" w:rsidRPr="00310D26" w14:paraId="2156084B" w14:textId="77777777" w:rsidTr="00F2221C">
        <w:trPr>
          <w:trHeight w:hRule="exact" w:val="567"/>
          <w:jc w:val="center"/>
        </w:trPr>
        <w:tc>
          <w:tcPr>
            <w:tcW w:w="2547" w:type="dxa"/>
            <w:vMerge/>
            <w:vAlign w:val="center"/>
          </w:tcPr>
          <w:p w14:paraId="40DF9BA5" w14:textId="77777777" w:rsidR="0075743E" w:rsidRPr="00310D26" w:rsidRDefault="0075743E" w:rsidP="0075743E">
            <w:pPr>
              <w:rPr>
                <w:rFonts w:cs="Times New Roman"/>
                <w:color w:val="000000" w:themeColor="text1"/>
                <w:szCs w:val="20"/>
              </w:rPr>
            </w:pPr>
          </w:p>
        </w:tc>
        <w:tc>
          <w:tcPr>
            <w:tcW w:w="5670" w:type="dxa"/>
            <w:gridSpan w:val="2"/>
            <w:vAlign w:val="center"/>
          </w:tcPr>
          <w:p w14:paraId="5D62E254" w14:textId="77777777" w:rsidR="0075743E" w:rsidRPr="00310D26" w:rsidRDefault="0075743E" w:rsidP="0075743E">
            <w:pPr>
              <w:autoSpaceDE w:val="0"/>
              <w:autoSpaceDN w:val="0"/>
              <w:adjustRightInd w:val="0"/>
              <w:rPr>
                <w:rFonts w:cs="Times New Roman"/>
                <w:color w:val="000000" w:themeColor="text1"/>
                <w:szCs w:val="20"/>
              </w:rPr>
            </w:pPr>
            <w:r w:rsidRPr="00310D26">
              <w:rPr>
                <w:rFonts w:eastAsiaTheme="minorEastAsia" w:cs="Times New Roman"/>
                <w:szCs w:val="20"/>
                <w:lang w:val="tr-TR"/>
              </w:rPr>
              <w:t>Ulusal bilimsel toplantılarda sunulan özet metni matbu veya elektronik olarak bildiri kitapçığında yayımlanmış sözel bildiriler.</w:t>
            </w:r>
          </w:p>
        </w:tc>
        <w:tc>
          <w:tcPr>
            <w:tcW w:w="1417" w:type="dxa"/>
            <w:gridSpan w:val="2"/>
            <w:vAlign w:val="center"/>
          </w:tcPr>
          <w:p w14:paraId="3591A51B" w14:textId="24F34B7F" w:rsidR="0075743E" w:rsidRPr="00310D26" w:rsidRDefault="0075743E" w:rsidP="0075743E">
            <w:pPr>
              <w:jc w:val="center"/>
              <w:rPr>
                <w:rFonts w:cs="Times New Roman"/>
                <w:color w:val="000000" w:themeColor="text1"/>
                <w:szCs w:val="20"/>
              </w:rPr>
            </w:pPr>
          </w:p>
        </w:tc>
        <w:tc>
          <w:tcPr>
            <w:tcW w:w="1418" w:type="dxa"/>
            <w:vAlign w:val="center"/>
          </w:tcPr>
          <w:p w14:paraId="2F77C890" w14:textId="4ECBE377" w:rsidR="0075743E" w:rsidRPr="00310D26" w:rsidRDefault="0075743E" w:rsidP="00564BC5">
            <w:pPr>
              <w:rPr>
                <w:rFonts w:cs="Times New Roman"/>
                <w:color w:val="000000" w:themeColor="text1"/>
                <w:szCs w:val="20"/>
              </w:rPr>
            </w:pPr>
          </w:p>
        </w:tc>
      </w:tr>
      <w:tr w:rsidR="0075743E" w:rsidRPr="00310D26" w14:paraId="15EEC16C" w14:textId="77777777" w:rsidTr="00F2221C">
        <w:trPr>
          <w:trHeight w:hRule="exact" w:val="567"/>
          <w:jc w:val="center"/>
        </w:trPr>
        <w:tc>
          <w:tcPr>
            <w:tcW w:w="2547" w:type="dxa"/>
            <w:vMerge/>
            <w:vAlign w:val="center"/>
          </w:tcPr>
          <w:p w14:paraId="7C88DFC3" w14:textId="77777777" w:rsidR="0075743E" w:rsidRPr="00310D26" w:rsidRDefault="0075743E" w:rsidP="0075743E">
            <w:pPr>
              <w:rPr>
                <w:rFonts w:cs="Times New Roman"/>
                <w:color w:val="000000" w:themeColor="text1"/>
                <w:szCs w:val="20"/>
              </w:rPr>
            </w:pPr>
          </w:p>
        </w:tc>
        <w:tc>
          <w:tcPr>
            <w:tcW w:w="5670" w:type="dxa"/>
            <w:gridSpan w:val="2"/>
            <w:vAlign w:val="center"/>
          </w:tcPr>
          <w:p w14:paraId="29FD36B9" w14:textId="77777777" w:rsidR="0075743E" w:rsidRPr="00310D26" w:rsidRDefault="0075743E" w:rsidP="0075743E">
            <w:pPr>
              <w:autoSpaceDE w:val="0"/>
              <w:autoSpaceDN w:val="0"/>
              <w:adjustRightInd w:val="0"/>
              <w:rPr>
                <w:rFonts w:cs="Times New Roman"/>
                <w:color w:val="000000" w:themeColor="text1"/>
                <w:szCs w:val="20"/>
              </w:rPr>
            </w:pPr>
            <w:r w:rsidRPr="00310D26">
              <w:rPr>
                <w:rFonts w:eastAsiaTheme="minorEastAsia" w:cs="Times New Roman"/>
                <w:szCs w:val="20"/>
                <w:lang w:val="tr-TR"/>
              </w:rPr>
              <w:t>Ulusal bilimsel toplantılarda poster olarak sunulan çalışmalar</w:t>
            </w:r>
          </w:p>
        </w:tc>
        <w:tc>
          <w:tcPr>
            <w:tcW w:w="1417" w:type="dxa"/>
            <w:gridSpan w:val="2"/>
            <w:vAlign w:val="center"/>
          </w:tcPr>
          <w:p w14:paraId="72292CD9" w14:textId="24A3FFC9" w:rsidR="0075743E" w:rsidRPr="00310D26" w:rsidRDefault="0075743E" w:rsidP="0075743E">
            <w:pPr>
              <w:jc w:val="center"/>
              <w:rPr>
                <w:rFonts w:cs="Times New Roman"/>
                <w:color w:val="000000" w:themeColor="text1"/>
                <w:szCs w:val="20"/>
              </w:rPr>
            </w:pPr>
          </w:p>
        </w:tc>
        <w:tc>
          <w:tcPr>
            <w:tcW w:w="1418" w:type="dxa"/>
            <w:vAlign w:val="center"/>
          </w:tcPr>
          <w:p w14:paraId="30AA7246" w14:textId="47E08F6C" w:rsidR="0075743E" w:rsidRPr="00310D26" w:rsidRDefault="0075743E" w:rsidP="00564BC5">
            <w:pPr>
              <w:rPr>
                <w:rFonts w:cs="Times New Roman"/>
                <w:color w:val="000000" w:themeColor="text1"/>
                <w:szCs w:val="20"/>
              </w:rPr>
            </w:pPr>
          </w:p>
        </w:tc>
      </w:tr>
      <w:tr w:rsidR="0075743E" w:rsidRPr="00310D26" w14:paraId="594C8A5A" w14:textId="77777777" w:rsidTr="00F2221C">
        <w:trPr>
          <w:trHeight w:val="1448"/>
          <w:jc w:val="center"/>
        </w:trPr>
        <w:tc>
          <w:tcPr>
            <w:tcW w:w="11052" w:type="dxa"/>
            <w:gridSpan w:val="6"/>
            <w:vAlign w:val="center"/>
          </w:tcPr>
          <w:p w14:paraId="037F057C" w14:textId="77777777" w:rsidR="0075743E" w:rsidRPr="00310D26" w:rsidRDefault="0075743E" w:rsidP="0075743E">
            <w:pPr>
              <w:rPr>
                <w:rFonts w:cs="Times New Roman"/>
                <w:color w:val="000000" w:themeColor="text1"/>
                <w:szCs w:val="20"/>
              </w:rPr>
            </w:pPr>
            <w:proofErr w:type="spellStart"/>
            <w:r w:rsidRPr="00310D26">
              <w:rPr>
                <w:rFonts w:cs="Times New Roman"/>
                <w:b/>
                <w:color w:val="000000" w:themeColor="text1"/>
                <w:szCs w:val="20"/>
              </w:rPr>
              <w:t>Sunulacak</w:t>
            </w:r>
            <w:proofErr w:type="spellEnd"/>
            <w:r w:rsidRPr="00310D26">
              <w:rPr>
                <w:rFonts w:cs="Times New Roman"/>
                <w:b/>
                <w:color w:val="000000" w:themeColor="text1"/>
                <w:szCs w:val="20"/>
              </w:rPr>
              <w:t xml:space="preserve"> </w:t>
            </w:r>
            <w:proofErr w:type="spellStart"/>
            <w:r w:rsidRPr="00310D26">
              <w:rPr>
                <w:rFonts w:cs="Times New Roman"/>
                <w:b/>
                <w:color w:val="000000" w:themeColor="text1"/>
                <w:szCs w:val="20"/>
              </w:rPr>
              <w:t>Belgeler</w:t>
            </w:r>
            <w:proofErr w:type="spellEnd"/>
            <w:r w:rsidRPr="00310D26">
              <w:rPr>
                <w:rFonts w:cs="Times New Roman"/>
                <w:b/>
                <w:color w:val="000000" w:themeColor="text1"/>
                <w:szCs w:val="20"/>
              </w:rPr>
              <w:t>;</w:t>
            </w:r>
            <w:r w:rsidRPr="00310D26">
              <w:rPr>
                <w:rFonts w:cs="Times New Roman"/>
                <w:color w:val="000000" w:themeColor="text1"/>
                <w:szCs w:val="20"/>
              </w:rPr>
              <w:t xml:space="preserve"> </w:t>
            </w:r>
            <w:proofErr w:type="spellStart"/>
            <w:r w:rsidRPr="00310D26">
              <w:rPr>
                <w:rFonts w:cs="Times New Roman"/>
                <w:color w:val="000000" w:themeColor="text1"/>
                <w:szCs w:val="20"/>
              </w:rPr>
              <w:t>Bildiri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türü</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Ulusal</w:t>
            </w:r>
            <w:proofErr w:type="spellEnd"/>
            <w:r w:rsidRPr="00310D26">
              <w:rPr>
                <w:rFonts w:cs="Times New Roman"/>
                <w:color w:val="000000" w:themeColor="text1"/>
                <w:szCs w:val="20"/>
              </w:rPr>
              <w:t>/</w:t>
            </w:r>
            <w:proofErr w:type="spellStart"/>
            <w:r w:rsidRPr="00310D26">
              <w:rPr>
                <w:rFonts w:cs="Times New Roman"/>
                <w:color w:val="000000" w:themeColor="text1"/>
                <w:szCs w:val="20"/>
              </w:rPr>
              <w:t>Uluslararası</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ve</w:t>
            </w:r>
            <w:proofErr w:type="spellEnd"/>
            <w:r w:rsidRPr="00310D26">
              <w:rPr>
                <w:rFonts w:cs="Times New Roman"/>
                <w:color w:val="000000" w:themeColor="text1"/>
                <w:szCs w:val="20"/>
              </w:rPr>
              <w:t xml:space="preserve"> tam </w:t>
            </w:r>
            <w:proofErr w:type="spellStart"/>
            <w:r w:rsidRPr="00310D26">
              <w:rPr>
                <w:rFonts w:cs="Times New Roman"/>
                <w:color w:val="000000" w:themeColor="text1"/>
                <w:szCs w:val="20"/>
              </w:rPr>
              <w:t>metin</w:t>
            </w:r>
            <w:proofErr w:type="spellEnd"/>
            <w:r w:rsidRPr="00310D26">
              <w:rPr>
                <w:rFonts w:cs="Times New Roman"/>
                <w:color w:val="000000" w:themeColor="text1"/>
                <w:szCs w:val="20"/>
              </w:rPr>
              <w:t>/</w:t>
            </w:r>
            <w:proofErr w:type="spellStart"/>
            <w:r w:rsidRPr="00310D26">
              <w:rPr>
                <w:rFonts w:cs="Times New Roman"/>
                <w:color w:val="000000" w:themeColor="text1"/>
                <w:szCs w:val="20"/>
              </w:rPr>
              <w:t>özet</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Etkinlik</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Adı</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Tarihi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ve</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Yeri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Bildiri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Künyesi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Bildiri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adı</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yazarlar</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Bildirinin</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basıldığı</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kitapçık</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sayfa</w:t>
            </w:r>
            <w:proofErr w:type="spellEnd"/>
            <w:r w:rsidRPr="00310D26">
              <w:rPr>
                <w:rFonts w:cs="Times New Roman"/>
                <w:color w:val="000000" w:themeColor="text1"/>
                <w:szCs w:val="20"/>
              </w:rPr>
              <w:t xml:space="preserve"> no </w:t>
            </w:r>
            <w:proofErr w:type="spellStart"/>
            <w:r w:rsidRPr="00310D26">
              <w:rPr>
                <w:rFonts w:cs="Times New Roman"/>
                <w:color w:val="000000" w:themeColor="text1"/>
                <w:szCs w:val="20"/>
              </w:rPr>
              <w:t>ve</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linki</w:t>
            </w:r>
            <w:proofErr w:type="spellEnd"/>
            <w:r w:rsidRPr="00310D26">
              <w:rPr>
                <w:rFonts w:cs="Times New Roman"/>
                <w:color w:val="000000" w:themeColor="text1"/>
                <w:szCs w:val="20"/>
              </w:rPr>
              <w:t>).</w:t>
            </w:r>
          </w:p>
          <w:p w14:paraId="3B0210D5" w14:textId="77777777" w:rsidR="0075743E" w:rsidRPr="00310D26" w:rsidRDefault="0075743E" w:rsidP="0075743E">
            <w:pPr>
              <w:rPr>
                <w:rFonts w:cs="Times New Roman"/>
                <w:color w:val="000000" w:themeColor="text1"/>
                <w:szCs w:val="20"/>
              </w:rPr>
            </w:pPr>
            <w:r w:rsidRPr="00310D26">
              <w:rPr>
                <w:rFonts w:cs="Times New Roman"/>
                <w:b/>
                <w:szCs w:val="20"/>
              </w:rPr>
              <w:t>Not:</w:t>
            </w:r>
            <w:r w:rsidRPr="00310D26">
              <w:rPr>
                <w:rFonts w:cs="Times New Roman"/>
                <w:szCs w:val="20"/>
              </w:rPr>
              <w:t xml:space="preserve"> </w:t>
            </w:r>
            <w:proofErr w:type="spellStart"/>
            <w:r w:rsidRPr="00310D26">
              <w:rPr>
                <w:rFonts w:cs="Times New Roman"/>
                <w:szCs w:val="20"/>
              </w:rPr>
              <w:t>Bildiri</w:t>
            </w:r>
            <w:proofErr w:type="spellEnd"/>
            <w:r w:rsidRPr="00310D26">
              <w:rPr>
                <w:rFonts w:cs="Times New Roman"/>
                <w:szCs w:val="20"/>
              </w:rPr>
              <w:t xml:space="preserve"> </w:t>
            </w:r>
            <w:proofErr w:type="spellStart"/>
            <w:r w:rsidRPr="00310D26">
              <w:rPr>
                <w:rFonts w:cs="Times New Roman"/>
                <w:szCs w:val="20"/>
              </w:rPr>
              <w:t>türü</w:t>
            </w:r>
            <w:proofErr w:type="spellEnd"/>
            <w:r w:rsidRPr="00310D26">
              <w:rPr>
                <w:rFonts w:cs="Times New Roman"/>
                <w:szCs w:val="20"/>
              </w:rPr>
              <w:t xml:space="preserve">, </w:t>
            </w:r>
            <w:proofErr w:type="spellStart"/>
            <w:r w:rsidRPr="00310D26">
              <w:rPr>
                <w:rFonts w:cs="Times New Roman"/>
                <w:szCs w:val="20"/>
              </w:rPr>
              <w:t>etkinlik</w:t>
            </w:r>
            <w:proofErr w:type="spellEnd"/>
            <w:r w:rsidRPr="00310D26">
              <w:rPr>
                <w:rFonts w:cs="Times New Roman"/>
                <w:szCs w:val="20"/>
              </w:rPr>
              <w:t xml:space="preserve"> </w:t>
            </w:r>
            <w:proofErr w:type="spellStart"/>
            <w:r w:rsidRPr="00310D26">
              <w:rPr>
                <w:rFonts w:cs="Times New Roman"/>
                <w:szCs w:val="20"/>
              </w:rPr>
              <w:t>adı</w:t>
            </w:r>
            <w:proofErr w:type="spellEnd"/>
            <w:r w:rsidRPr="00310D26">
              <w:rPr>
                <w:rFonts w:cs="Times New Roman"/>
                <w:szCs w:val="20"/>
              </w:rPr>
              <w:t xml:space="preserve">, </w:t>
            </w:r>
            <w:proofErr w:type="spellStart"/>
            <w:r w:rsidRPr="00310D26">
              <w:rPr>
                <w:rFonts w:cs="Times New Roman"/>
                <w:szCs w:val="20"/>
              </w:rPr>
              <w:t>tarihi</w:t>
            </w:r>
            <w:proofErr w:type="spellEnd"/>
            <w:r w:rsidRPr="00310D26">
              <w:rPr>
                <w:rFonts w:cs="Times New Roman"/>
                <w:szCs w:val="20"/>
              </w:rPr>
              <w:t xml:space="preserve">, </w:t>
            </w:r>
            <w:proofErr w:type="spellStart"/>
            <w:r w:rsidRPr="00310D26">
              <w:rPr>
                <w:rFonts w:cs="Times New Roman"/>
                <w:szCs w:val="20"/>
              </w:rPr>
              <w:t>yeri</w:t>
            </w:r>
            <w:proofErr w:type="spellEnd"/>
            <w:r w:rsidRPr="00310D26">
              <w:rPr>
                <w:rFonts w:cs="Times New Roman"/>
                <w:szCs w:val="20"/>
              </w:rPr>
              <w:t xml:space="preserve">, </w:t>
            </w:r>
            <w:proofErr w:type="spellStart"/>
            <w:r w:rsidRPr="00310D26">
              <w:rPr>
                <w:rFonts w:cs="Times New Roman"/>
                <w:szCs w:val="20"/>
              </w:rPr>
              <w:t>bildiri</w:t>
            </w:r>
            <w:proofErr w:type="spellEnd"/>
            <w:r w:rsidRPr="00310D26">
              <w:rPr>
                <w:rFonts w:cs="Times New Roman"/>
                <w:szCs w:val="20"/>
              </w:rPr>
              <w:t xml:space="preserve"> </w:t>
            </w:r>
            <w:proofErr w:type="spellStart"/>
            <w:r w:rsidRPr="00310D26">
              <w:rPr>
                <w:rFonts w:cs="Times New Roman"/>
                <w:szCs w:val="20"/>
              </w:rPr>
              <w:t>adı</w:t>
            </w:r>
            <w:proofErr w:type="spellEnd"/>
            <w:r w:rsidRPr="00310D26">
              <w:rPr>
                <w:rFonts w:cs="Times New Roman"/>
                <w:szCs w:val="20"/>
              </w:rPr>
              <w:t xml:space="preserve">, </w:t>
            </w:r>
            <w:proofErr w:type="spellStart"/>
            <w:r w:rsidRPr="00310D26">
              <w:rPr>
                <w:rFonts w:cs="Times New Roman"/>
                <w:szCs w:val="20"/>
              </w:rPr>
              <w:t>yazarlar</w:t>
            </w:r>
            <w:proofErr w:type="spellEnd"/>
            <w:r w:rsidRPr="00310D26">
              <w:rPr>
                <w:rFonts w:cs="Times New Roman"/>
                <w:szCs w:val="20"/>
              </w:rPr>
              <w:t xml:space="preserve">, </w:t>
            </w:r>
            <w:proofErr w:type="spellStart"/>
            <w:r w:rsidRPr="00310D26">
              <w:rPr>
                <w:rFonts w:cs="Times New Roman"/>
                <w:szCs w:val="20"/>
              </w:rPr>
              <w:t>bildiri</w:t>
            </w:r>
            <w:proofErr w:type="spellEnd"/>
            <w:r w:rsidRPr="00310D26">
              <w:rPr>
                <w:rFonts w:cs="Times New Roman"/>
                <w:szCs w:val="20"/>
              </w:rPr>
              <w:t xml:space="preserve"> </w:t>
            </w:r>
            <w:proofErr w:type="spellStart"/>
            <w:r w:rsidRPr="00310D26">
              <w:rPr>
                <w:rFonts w:cs="Times New Roman"/>
                <w:szCs w:val="20"/>
              </w:rPr>
              <w:t>kitabı</w:t>
            </w:r>
            <w:proofErr w:type="spellEnd"/>
            <w:r w:rsidRPr="00310D26">
              <w:rPr>
                <w:rFonts w:cs="Times New Roman"/>
                <w:szCs w:val="20"/>
              </w:rPr>
              <w:t xml:space="preserve"> </w:t>
            </w:r>
            <w:proofErr w:type="spellStart"/>
            <w:r w:rsidRPr="00310D26">
              <w:rPr>
                <w:rFonts w:cs="Times New Roman"/>
                <w:szCs w:val="20"/>
              </w:rPr>
              <w:t>ve</w:t>
            </w:r>
            <w:proofErr w:type="spellEnd"/>
            <w:r w:rsidRPr="00310D26">
              <w:rPr>
                <w:rFonts w:cs="Times New Roman"/>
                <w:szCs w:val="20"/>
              </w:rPr>
              <w:t xml:space="preserve"> </w:t>
            </w:r>
            <w:proofErr w:type="spellStart"/>
            <w:r w:rsidRPr="00310D26">
              <w:rPr>
                <w:rFonts w:cs="Times New Roman"/>
                <w:szCs w:val="20"/>
              </w:rPr>
              <w:t>sayfa</w:t>
            </w:r>
            <w:proofErr w:type="spellEnd"/>
            <w:r w:rsidRPr="00310D26">
              <w:rPr>
                <w:rFonts w:cs="Times New Roman"/>
                <w:szCs w:val="20"/>
              </w:rPr>
              <w:t xml:space="preserve"> </w:t>
            </w:r>
            <w:proofErr w:type="spellStart"/>
            <w:r w:rsidRPr="00310D26">
              <w:rPr>
                <w:rFonts w:cs="Times New Roman"/>
                <w:szCs w:val="20"/>
              </w:rPr>
              <w:t>bilgileri</w:t>
            </w:r>
            <w:proofErr w:type="spellEnd"/>
            <w:r w:rsidRPr="00310D26">
              <w:rPr>
                <w:rFonts w:cs="Times New Roman"/>
                <w:szCs w:val="20"/>
              </w:rPr>
              <w:t xml:space="preserve"> </w:t>
            </w:r>
            <w:proofErr w:type="spellStart"/>
            <w:r w:rsidRPr="00310D26">
              <w:rPr>
                <w:rFonts w:cs="Times New Roman"/>
                <w:szCs w:val="20"/>
              </w:rPr>
              <w:t>eksiksiz</w:t>
            </w:r>
            <w:proofErr w:type="spellEnd"/>
            <w:r w:rsidRPr="00310D26">
              <w:rPr>
                <w:rFonts w:cs="Times New Roman"/>
                <w:szCs w:val="20"/>
              </w:rPr>
              <w:t xml:space="preserve"> </w:t>
            </w:r>
            <w:proofErr w:type="spellStart"/>
            <w:r w:rsidRPr="00310D26">
              <w:rPr>
                <w:rFonts w:cs="Times New Roman"/>
                <w:szCs w:val="20"/>
              </w:rPr>
              <w:t>verilmelidir</w:t>
            </w:r>
            <w:proofErr w:type="spellEnd"/>
            <w:r w:rsidRPr="00310D26">
              <w:rPr>
                <w:rFonts w:cs="Times New Roman"/>
                <w:szCs w:val="20"/>
              </w:rPr>
              <w:t xml:space="preserve">. </w:t>
            </w:r>
            <w:proofErr w:type="spellStart"/>
            <w:r w:rsidRPr="00310D26">
              <w:rPr>
                <w:rStyle w:val="Gl"/>
                <w:rFonts w:cs="Times New Roman"/>
                <w:szCs w:val="20"/>
              </w:rPr>
              <w:t>Katılım</w:t>
            </w:r>
            <w:proofErr w:type="spellEnd"/>
            <w:r w:rsidRPr="00310D26">
              <w:rPr>
                <w:rStyle w:val="Gl"/>
                <w:rFonts w:cs="Times New Roman"/>
                <w:szCs w:val="20"/>
              </w:rPr>
              <w:t xml:space="preserve"> </w:t>
            </w:r>
            <w:proofErr w:type="spellStart"/>
            <w:r w:rsidRPr="00310D26">
              <w:rPr>
                <w:rStyle w:val="Gl"/>
                <w:rFonts w:cs="Times New Roman"/>
                <w:szCs w:val="20"/>
              </w:rPr>
              <w:t>belgesi</w:t>
            </w:r>
            <w:proofErr w:type="spellEnd"/>
            <w:r w:rsidRPr="00310D26">
              <w:rPr>
                <w:rStyle w:val="Gl"/>
                <w:rFonts w:cs="Times New Roman"/>
                <w:szCs w:val="20"/>
              </w:rPr>
              <w:t xml:space="preserve"> </w:t>
            </w:r>
            <w:proofErr w:type="spellStart"/>
            <w:r w:rsidRPr="00310D26">
              <w:rPr>
                <w:rStyle w:val="Gl"/>
                <w:rFonts w:cs="Times New Roman"/>
                <w:szCs w:val="20"/>
              </w:rPr>
              <w:t>başvuru</w:t>
            </w:r>
            <w:proofErr w:type="spellEnd"/>
            <w:r w:rsidRPr="00310D26">
              <w:rPr>
                <w:rStyle w:val="Gl"/>
                <w:rFonts w:cs="Times New Roman"/>
                <w:szCs w:val="20"/>
              </w:rPr>
              <w:t xml:space="preserve"> </w:t>
            </w:r>
            <w:proofErr w:type="spellStart"/>
            <w:r w:rsidRPr="00310D26">
              <w:rPr>
                <w:rStyle w:val="Gl"/>
                <w:rFonts w:cs="Times New Roman"/>
                <w:szCs w:val="20"/>
              </w:rPr>
              <w:t>dosyasına</w:t>
            </w:r>
            <w:proofErr w:type="spellEnd"/>
            <w:r w:rsidRPr="00310D26">
              <w:rPr>
                <w:rStyle w:val="Gl"/>
                <w:rFonts w:cs="Times New Roman"/>
                <w:szCs w:val="20"/>
              </w:rPr>
              <w:t xml:space="preserve"> </w:t>
            </w:r>
            <w:proofErr w:type="spellStart"/>
            <w:r w:rsidRPr="00310D26">
              <w:rPr>
                <w:rStyle w:val="Gl"/>
                <w:rFonts w:cs="Times New Roman"/>
                <w:szCs w:val="20"/>
              </w:rPr>
              <w:t>mutlaka</w:t>
            </w:r>
            <w:proofErr w:type="spellEnd"/>
            <w:r w:rsidRPr="00310D26">
              <w:rPr>
                <w:rStyle w:val="Gl"/>
                <w:rFonts w:cs="Times New Roman"/>
                <w:szCs w:val="20"/>
              </w:rPr>
              <w:t xml:space="preserve"> </w:t>
            </w:r>
            <w:proofErr w:type="spellStart"/>
            <w:r w:rsidRPr="00310D26">
              <w:rPr>
                <w:rStyle w:val="Gl"/>
                <w:rFonts w:cs="Times New Roman"/>
                <w:szCs w:val="20"/>
              </w:rPr>
              <w:t>eklenmelidir</w:t>
            </w:r>
            <w:proofErr w:type="spellEnd"/>
            <w:r w:rsidRPr="00310D26">
              <w:rPr>
                <w:rStyle w:val="Gl"/>
                <w:rFonts w:cs="Times New Roman"/>
                <w:szCs w:val="20"/>
              </w:rPr>
              <w:t>.</w:t>
            </w:r>
          </w:p>
        </w:tc>
      </w:tr>
    </w:tbl>
    <w:p w14:paraId="740613B2" w14:textId="0ABBFAF1" w:rsidR="0075743E" w:rsidRDefault="0075743E">
      <w:pPr>
        <w:rPr>
          <w:rFonts w:eastAsiaTheme="majorEastAsia" w:cs="Times New Roman"/>
          <w:b/>
          <w:bCs/>
          <w:color w:val="000000" w:themeColor="text1"/>
          <w:szCs w:val="20"/>
        </w:rPr>
      </w:pPr>
    </w:p>
    <w:p w14:paraId="7AB07BB6" w14:textId="77777777" w:rsidR="00F2221C" w:rsidRPr="00310D26" w:rsidRDefault="00F2221C">
      <w:pPr>
        <w:rPr>
          <w:rFonts w:eastAsiaTheme="majorEastAsia" w:cs="Times New Roman"/>
          <w:b/>
          <w:bCs/>
          <w:color w:val="000000" w:themeColor="text1"/>
          <w:szCs w:val="20"/>
        </w:rPr>
      </w:pPr>
    </w:p>
    <w:tbl>
      <w:tblPr>
        <w:tblStyle w:val="TabloKlavuzu"/>
        <w:tblW w:w="10756" w:type="dxa"/>
        <w:jc w:val="center"/>
        <w:tblLayout w:type="fixed"/>
        <w:tblLook w:val="04A0" w:firstRow="1" w:lastRow="0" w:firstColumn="1" w:lastColumn="0" w:noHBand="0" w:noVBand="1"/>
      </w:tblPr>
      <w:tblGrid>
        <w:gridCol w:w="2405"/>
        <w:gridCol w:w="5812"/>
        <w:gridCol w:w="1276"/>
        <w:gridCol w:w="1263"/>
      </w:tblGrid>
      <w:tr w:rsidR="0075743E" w:rsidRPr="00310D26" w14:paraId="62B0115A" w14:textId="77777777" w:rsidTr="00F2221C">
        <w:trPr>
          <w:trHeight w:val="703"/>
          <w:jc w:val="center"/>
        </w:trPr>
        <w:tc>
          <w:tcPr>
            <w:tcW w:w="2405" w:type="dxa"/>
            <w:vAlign w:val="center"/>
          </w:tcPr>
          <w:p w14:paraId="282E784B" w14:textId="77777777" w:rsidR="0075743E" w:rsidRPr="00310D26" w:rsidRDefault="0075743E" w:rsidP="0075743E">
            <w:pPr>
              <w:jc w:val="center"/>
              <w:rPr>
                <w:rFonts w:cs="Times New Roman"/>
                <w:color w:val="000000" w:themeColor="text1"/>
                <w:szCs w:val="20"/>
              </w:rPr>
            </w:pPr>
            <w:r w:rsidRPr="00310D26">
              <w:rPr>
                <w:rFonts w:cs="Times New Roman"/>
                <w:b/>
                <w:color w:val="000000" w:themeColor="text1"/>
                <w:szCs w:val="20"/>
              </w:rPr>
              <w:lastRenderedPageBreak/>
              <w:t>AKADEMİK FAALİYET TÜRÜ</w:t>
            </w:r>
          </w:p>
        </w:tc>
        <w:tc>
          <w:tcPr>
            <w:tcW w:w="5812" w:type="dxa"/>
            <w:vAlign w:val="center"/>
          </w:tcPr>
          <w:p w14:paraId="19C9ACFD" w14:textId="77777777" w:rsidR="0075743E" w:rsidRPr="00310D26" w:rsidRDefault="0075743E" w:rsidP="0075743E">
            <w:pPr>
              <w:jc w:val="center"/>
              <w:rPr>
                <w:rFonts w:cs="Times New Roman"/>
                <w:color w:val="000000" w:themeColor="text1"/>
                <w:szCs w:val="20"/>
              </w:rPr>
            </w:pPr>
            <w:r w:rsidRPr="00310D26">
              <w:rPr>
                <w:rFonts w:cs="Times New Roman"/>
                <w:b/>
                <w:color w:val="000000" w:themeColor="text1"/>
                <w:szCs w:val="20"/>
              </w:rPr>
              <w:t>FAALIYET</w:t>
            </w:r>
          </w:p>
        </w:tc>
        <w:tc>
          <w:tcPr>
            <w:tcW w:w="1276" w:type="dxa"/>
            <w:vAlign w:val="center"/>
          </w:tcPr>
          <w:p w14:paraId="68FE3448" w14:textId="77777777" w:rsidR="0075743E" w:rsidRPr="00310D26" w:rsidRDefault="0075743E" w:rsidP="0075743E">
            <w:pPr>
              <w:jc w:val="center"/>
              <w:rPr>
                <w:rFonts w:cs="Times New Roman"/>
                <w:b/>
                <w:color w:val="000000" w:themeColor="text1"/>
                <w:szCs w:val="20"/>
              </w:rPr>
            </w:pPr>
            <w:r w:rsidRPr="00310D26">
              <w:rPr>
                <w:rFonts w:cs="Times New Roman"/>
                <w:b/>
                <w:color w:val="000000" w:themeColor="text1"/>
                <w:szCs w:val="20"/>
              </w:rPr>
              <w:t>PUAN</w:t>
            </w:r>
          </w:p>
        </w:tc>
        <w:tc>
          <w:tcPr>
            <w:tcW w:w="1263" w:type="dxa"/>
            <w:vAlign w:val="center"/>
          </w:tcPr>
          <w:p w14:paraId="7B28AE35" w14:textId="6262DA14" w:rsidR="0075743E" w:rsidRPr="00310D26" w:rsidRDefault="00F2221C" w:rsidP="0075743E">
            <w:pPr>
              <w:jc w:val="center"/>
              <w:rPr>
                <w:rFonts w:cs="Times New Roman"/>
                <w:b/>
                <w:color w:val="000000" w:themeColor="text1"/>
                <w:szCs w:val="20"/>
              </w:rPr>
            </w:pPr>
            <w:r>
              <w:rPr>
                <w:rFonts w:cs="Times New Roman"/>
                <w:b/>
                <w:color w:val="000000" w:themeColor="text1"/>
                <w:szCs w:val="20"/>
              </w:rPr>
              <w:t>BELGE NO</w:t>
            </w:r>
          </w:p>
        </w:tc>
      </w:tr>
      <w:tr w:rsidR="0075743E" w:rsidRPr="00310D26" w14:paraId="51EF6D1E" w14:textId="77777777" w:rsidTr="00F2221C">
        <w:trPr>
          <w:trHeight w:val="855"/>
          <w:jc w:val="center"/>
        </w:trPr>
        <w:tc>
          <w:tcPr>
            <w:tcW w:w="2405" w:type="dxa"/>
            <w:vMerge w:val="restart"/>
            <w:vAlign w:val="center"/>
          </w:tcPr>
          <w:p w14:paraId="17968B54" w14:textId="77777777" w:rsidR="0075743E" w:rsidRPr="00564BC5" w:rsidRDefault="0075743E" w:rsidP="0075743E">
            <w:pPr>
              <w:autoSpaceDE w:val="0"/>
              <w:autoSpaceDN w:val="0"/>
              <w:adjustRightInd w:val="0"/>
              <w:rPr>
                <w:rFonts w:eastAsiaTheme="minorEastAsia" w:cs="Times New Roman"/>
                <w:b/>
                <w:bCs/>
                <w:sz w:val="32"/>
                <w:szCs w:val="32"/>
                <w:lang w:val="tr-TR"/>
              </w:rPr>
            </w:pPr>
            <w:r w:rsidRPr="00564BC5">
              <w:rPr>
                <w:rFonts w:eastAsiaTheme="minorEastAsia" w:cs="Times New Roman"/>
                <w:b/>
                <w:bCs/>
                <w:sz w:val="32"/>
                <w:szCs w:val="32"/>
                <w:lang w:val="tr-TR"/>
              </w:rPr>
              <w:t>ÖDÜL</w:t>
            </w:r>
          </w:p>
          <w:p w14:paraId="53C1E2B0" w14:textId="77777777" w:rsidR="00564BC5" w:rsidRPr="00310D26" w:rsidRDefault="00564BC5" w:rsidP="0075743E">
            <w:pPr>
              <w:autoSpaceDE w:val="0"/>
              <w:autoSpaceDN w:val="0"/>
              <w:adjustRightInd w:val="0"/>
              <w:rPr>
                <w:rFonts w:eastAsiaTheme="minorEastAsia" w:cs="Times New Roman"/>
                <w:b/>
                <w:bCs/>
                <w:szCs w:val="20"/>
                <w:lang w:val="tr-TR"/>
              </w:rPr>
            </w:pPr>
          </w:p>
          <w:p w14:paraId="761D4E4C" w14:textId="77777777" w:rsidR="00564BC5" w:rsidRDefault="00564BC5" w:rsidP="0075743E">
            <w:pPr>
              <w:rPr>
                <w:rFonts w:eastAsiaTheme="minorEastAsia" w:cs="Times New Roman"/>
                <w:szCs w:val="20"/>
                <w:lang w:val="tr-TR"/>
              </w:rPr>
            </w:pPr>
          </w:p>
          <w:p w14:paraId="7A0D708E" w14:textId="44AACFCE" w:rsidR="00564BC5" w:rsidRPr="00337D39" w:rsidRDefault="00337D39" w:rsidP="0075743E">
            <w:pPr>
              <w:rPr>
                <w:rFonts w:cs="Times New Roman"/>
                <w:color w:val="000000" w:themeColor="text1"/>
                <w:szCs w:val="20"/>
              </w:rPr>
            </w:pPr>
            <w:r w:rsidRPr="00900528">
              <w:rPr>
                <w:rFonts w:eastAsiaTheme="minorEastAsia" w:cs="Times New Roman"/>
                <w:b/>
                <w:color w:val="000000" w:themeColor="text1"/>
                <w:szCs w:val="20"/>
                <w:lang w:val="tr-TR"/>
              </w:rPr>
              <w:t>-</w:t>
            </w:r>
            <w:r w:rsidR="00900528" w:rsidRPr="00900528">
              <w:rPr>
                <w:rFonts w:eastAsiaTheme="minorEastAsia" w:cs="Times New Roman"/>
                <w:color w:val="000000" w:themeColor="text1"/>
                <w:szCs w:val="20"/>
                <w:lang w:val="tr-TR"/>
              </w:rPr>
              <w:t xml:space="preserve">Aynı çalışma veya eser nedeniyle alınan farklı ödüller için en fazla bir </w:t>
            </w:r>
            <w:r w:rsidR="00B7270D">
              <w:rPr>
                <w:rFonts w:eastAsiaTheme="minorEastAsia" w:cs="Times New Roman"/>
                <w:color w:val="000000" w:themeColor="text1"/>
                <w:szCs w:val="20"/>
                <w:lang w:val="tr-TR"/>
              </w:rPr>
              <w:t xml:space="preserve">ödül </w:t>
            </w:r>
            <w:r w:rsidR="00B7270D" w:rsidRPr="00337D39">
              <w:rPr>
                <w:rFonts w:eastAsiaTheme="minorEastAsia" w:cs="Times New Roman"/>
                <w:szCs w:val="20"/>
                <w:lang w:val="tr-TR"/>
              </w:rPr>
              <w:t>değerlendirmeye alınır.</w:t>
            </w:r>
          </w:p>
        </w:tc>
        <w:tc>
          <w:tcPr>
            <w:tcW w:w="5812" w:type="dxa"/>
            <w:vAlign w:val="center"/>
          </w:tcPr>
          <w:p w14:paraId="70A3F816" w14:textId="77777777" w:rsidR="0075743E" w:rsidRPr="00310D26" w:rsidRDefault="0075743E" w:rsidP="0075743E">
            <w:pPr>
              <w:rPr>
                <w:rFonts w:cs="Times New Roman"/>
                <w:color w:val="000000" w:themeColor="text1"/>
                <w:szCs w:val="20"/>
              </w:rPr>
            </w:pPr>
            <w:r w:rsidRPr="00310D26">
              <w:rPr>
                <w:rFonts w:cs="Times New Roman"/>
                <w:color w:val="000000" w:themeColor="text1"/>
                <w:szCs w:val="20"/>
              </w:rPr>
              <w:t xml:space="preserve">YÖK </w:t>
            </w:r>
            <w:proofErr w:type="spellStart"/>
            <w:r w:rsidRPr="00310D26">
              <w:rPr>
                <w:rFonts w:cs="Times New Roman"/>
                <w:color w:val="000000" w:themeColor="text1"/>
                <w:szCs w:val="20"/>
              </w:rPr>
              <w:t>Yılın</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Doktora</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Tezi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Ödülü</w:t>
            </w:r>
            <w:proofErr w:type="spellEnd"/>
          </w:p>
        </w:tc>
        <w:tc>
          <w:tcPr>
            <w:tcW w:w="1276" w:type="dxa"/>
            <w:vAlign w:val="center"/>
          </w:tcPr>
          <w:p w14:paraId="5D71519C" w14:textId="1E4D241A" w:rsidR="0075743E" w:rsidRPr="00310D26" w:rsidRDefault="0075743E" w:rsidP="0075743E">
            <w:pPr>
              <w:jc w:val="center"/>
              <w:rPr>
                <w:rFonts w:cs="Times New Roman"/>
                <w:color w:val="000000" w:themeColor="text1"/>
                <w:szCs w:val="20"/>
              </w:rPr>
            </w:pPr>
          </w:p>
        </w:tc>
        <w:tc>
          <w:tcPr>
            <w:tcW w:w="1263" w:type="dxa"/>
            <w:vAlign w:val="center"/>
          </w:tcPr>
          <w:p w14:paraId="5F54C3FB" w14:textId="6896B083" w:rsidR="0075743E" w:rsidRPr="00310D26" w:rsidRDefault="0075743E" w:rsidP="0075743E">
            <w:pPr>
              <w:rPr>
                <w:rFonts w:cs="Times New Roman"/>
                <w:color w:val="000000" w:themeColor="text1"/>
                <w:szCs w:val="20"/>
              </w:rPr>
            </w:pPr>
          </w:p>
        </w:tc>
      </w:tr>
      <w:tr w:rsidR="0075743E" w:rsidRPr="00310D26" w14:paraId="6110EE9A" w14:textId="77777777" w:rsidTr="00F2221C">
        <w:trPr>
          <w:trHeight w:val="1690"/>
          <w:jc w:val="center"/>
        </w:trPr>
        <w:tc>
          <w:tcPr>
            <w:tcW w:w="2405" w:type="dxa"/>
            <w:vMerge/>
            <w:vAlign w:val="center"/>
          </w:tcPr>
          <w:p w14:paraId="6939F82E" w14:textId="77777777" w:rsidR="0075743E" w:rsidRPr="00310D26" w:rsidRDefault="0075743E" w:rsidP="0075743E">
            <w:pPr>
              <w:rPr>
                <w:rFonts w:cs="Times New Roman"/>
                <w:color w:val="000000" w:themeColor="text1"/>
                <w:szCs w:val="20"/>
              </w:rPr>
            </w:pPr>
          </w:p>
        </w:tc>
        <w:tc>
          <w:tcPr>
            <w:tcW w:w="5812" w:type="dxa"/>
            <w:vAlign w:val="center"/>
          </w:tcPr>
          <w:p w14:paraId="6FF2E635" w14:textId="7406F210" w:rsidR="0075743E" w:rsidRPr="00310D26" w:rsidRDefault="0075743E" w:rsidP="0075743E">
            <w:pPr>
              <w:autoSpaceDE w:val="0"/>
              <w:autoSpaceDN w:val="0"/>
              <w:adjustRightInd w:val="0"/>
              <w:rPr>
                <w:rFonts w:eastAsiaTheme="minorEastAsia" w:cs="Times New Roman"/>
                <w:szCs w:val="20"/>
                <w:lang w:val="tr-TR"/>
              </w:rPr>
            </w:pPr>
            <w:r w:rsidRPr="00310D26">
              <w:rPr>
                <w:rFonts w:eastAsiaTheme="minorEastAsia" w:cs="Times New Roman"/>
                <w:szCs w:val="20"/>
                <w:lang w:val="tr-TR"/>
              </w:rPr>
              <w:t xml:space="preserve">Tez Kapsamında Yurt dışı kurum veya kuruluşlardan alınan ödül (sürekli olarak verilen, daha önce en az beş kez verilmiş, ilgili kurum veya kuruluşun internet sayfasından duyurulan ve akademik ağırlıklı bir değerlendirme jürisi veya seçici kurulu olan) </w:t>
            </w:r>
          </w:p>
        </w:tc>
        <w:tc>
          <w:tcPr>
            <w:tcW w:w="1276" w:type="dxa"/>
            <w:vAlign w:val="center"/>
          </w:tcPr>
          <w:p w14:paraId="547675DD" w14:textId="106EAB0D" w:rsidR="0075743E" w:rsidRPr="00310D26" w:rsidRDefault="0075743E" w:rsidP="0075743E">
            <w:pPr>
              <w:jc w:val="center"/>
              <w:rPr>
                <w:rFonts w:cs="Times New Roman"/>
                <w:color w:val="000000" w:themeColor="text1"/>
                <w:szCs w:val="20"/>
              </w:rPr>
            </w:pPr>
          </w:p>
        </w:tc>
        <w:tc>
          <w:tcPr>
            <w:tcW w:w="1263" w:type="dxa"/>
            <w:vAlign w:val="center"/>
          </w:tcPr>
          <w:p w14:paraId="5F948DCE" w14:textId="77FE7DEF" w:rsidR="0075743E" w:rsidRPr="00310D26" w:rsidRDefault="0075743E" w:rsidP="00310D26">
            <w:pPr>
              <w:jc w:val="both"/>
              <w:rPr>
                <w:rFonts w:cs="Times New Roman"/>
                <w:color w:val="000000" w:themeColor="text1"/>
                <w:szCs w:val="20"/>
              </w:rPr>
            </w:pPr>
          </w:p>
        </w:tc>
      </w:tr>
      <w:tr w:rsidR="0075743E" w:rsidRPr="00310D26" w14:paraId="43BC0700" w14:textId="77777777" w:rsidTr="00F2221C">
        <w:trPr>
          <w:trHeight w:val="1402"/>
          <w:jc w:val="center"/>
        </w:trPr>
        <w:tc>
          <w:tcPr>
            <w:tcW w:w="2405" w:type="dxa"/>
            <w:vMerge/>
            <w:vAlign w:val="center"/>
          </w:tcPr>
          <w:p w14:paraId="619E70D2" w14:textId="77777777" w:rsidR="0075743E" w:rsidRPr="00310D26" w:rsidRDefault="0075743E" w:rsidP="0075743E">
            <w:pPr>
              <w:rPr>
                <w:rFonts w:cs="Times New Roman"/>
                <w:color w:val="000000" w:themeColor="text1"/>
                <w:szCs w:val="20"/>
              </w:rPr>
            </w:pPr>
          </w:p>
        </w:tc>
        <w:tc>
          <w:tcPr>
            <w:tcW w:w="5812" w:type="dxa"/>
            <w:vAlign w:val="center"/>
          </w:tcPr>
          <w:p w14:paraId="165B1131" w14:textId="5ECD5715" w:rsidR="0075743E" w:rsidRPr="00310D26" w:rsidRDefault="0075743E" w:rsidP="0075743E">
            <w:pPr>
              <w:autoSpaceDE w:val="0"/>
              <w:autoSpaceDN w:val="0"/>
              <w:adjustRightInd w:val="0"/>
              <w:rPr>
                <w:rFonts w:cs="Times New Roman"/>
                <w:color w:val="000000" w:themeColor="text1"/>
                <w:szCs w:val="20"/>
              </w:rPr>
            </w:pPr>
            <w:r w:rsidRPr="00310D26">
              <w:rPr>
                <w:rFonts w:eastAsiaTheme="minorEastAsia" w:cs="Times New Roman"/>
                <w:szCs w:val="20"/>
                <w:lang w:val="tr-TR"/>
              </w:rPr>
              <w:t xml:space="preserve">Tez Kapsamında Yurt içi kurum veya kuruluşlardan alınan ödül (sürekli olarak verilen, daha önce en az beş kez verilmiş, ilgili kurum veya kuruluşun internet sayfasından duyurulan ve akademik ağırlıklı bir değerlendirme jürisi veya seçici kurulu olan) </w:t>
            </w:r>
          </w:p>
        </w:tc>
        <w:tc>
          <w:tcPr>
            <w:tcW w:w="1276" w:type="dxa"/>
            <w:vAlign w:val="center"/>
          </w:tcPr>
          <w:p w14:paraId="3EAF43AB" w14:textId="00A4CEA5" w:rsidR="0075743E" w:rsidRPr="00310D26" w:rsidRDefault="0075743E" w:rsidP="0075743E">
            <w:pPr>
              <w:jc w:val="center"/>
              <w:rPr>
                <w:rFonts w:cs="Times New Roman"/>
                <w:color w:val="000000" w:themeColor="text1"/>
                <w:szCs w:val="20"/>
              </w:rPr>
            </w:pPr>
          </w:p>
        </w:tc>
        <w:tc>
          <w:tcPr>
            <w:tcW w:w="1263" w:type="dxa"/>
            <w:vAlign w:val="center"/>
          </w:tcPr>
          <w:p w14:paraId="64C3B9CE" w14:textId="79322CB0" w:rsidR="0075743E" w:rsidRPr="00310D26" w:rsidRDefault="0075743E" w:rsidP="0075743E">
            <w:pPr>
              <w:rPr>
                <w:rFonts w:cs="Times New Roman"/>
                <w:color w:val="000000" w:themeColor="text1"/>
                <w:szCs w:val="20"/>
              </w:rPr>
            </w:pPr>
          </w:p>
        </w:tc>
      </w:tr>
      <w:tr w:rsidR="0075743E" w:rsidRPr="00310D26" w14:paraId="247C608B" w14:textId="77777777" w:rsidTr="00F2221C">
        <w:trPr>
          <w:trHeight w:val="699"/>
          <w:jc w:val="center"/>
        </w:trPr>
        <w:tc>
          <w:tcPr>
            <w:tcW w:w="2405" w:type="dxa"/>
            <w:vMerge/>
            <w:vAlign w:val="center"/>
          </w:tcPr>
          <w:p w14:paraId="1F656BCF" w14:textId="77777777" w:rsidR="0075743E" w:rsidRPr="00310D26" w:rsidRDefault="0075743E" w:rsidP="0075743E">
            <w:pPr>
              <w:rPr>
                <w:rFonts w:cs="Times New Roman"/>
                <w:color w:val="000000" w:themeColor="text1"/>
                <w:szCs w:val="20"/>
              </w:rPr>
            </w:pPr>
          </w:p>
        </w:tc>
        <w:tc>
          <w:tcPr>
            <w:tcW w:w="5812" w:type="dxa"/>
            <w:vAlign w:val="center"/>
          </w:tcPr>
          <w:p w14:paraId="10E5B1C1" w14:textId="77777777" w:rsidR="0075743E" w:rsidRPr="00310D26" w:rsidRDefault="0075743E" w:rsidP="0075743E">
            <w:pPr>
              <w:autoSpaceDE w:val="0"/>
              <w:autoSpaceDN w:val="0"/>
              <w:adjustRightInd w:val="0"/>
              <w:rPr>
                <w:rFonts w:cs="Times New Roman"/>
                <w:color w:val="000000" w:themeColor="text1"/>
                <w:szCs w:val="20"/>
              </w:rPr>
            </w:pPr>
            <w:r w:rsidRPr="00310D26">
              <w:rPr>
                <w:rFonts w:eastAsiaTheme="minorEastAsia" w:cs="Times New Roman"/>
                <w:szCs w:val="20"/>
                <w:lang w:val="tr-TR"/>
              </w:rPr>
              <w:t>Tez kapsamında üretilen yayınlar için alınan en iyi yayın (“</w:t>
            </w:r>
            <w:proofErr w:type="spellStart"/>
            <w:r w:rsidRPr="00310D26">
              <w:rPr>
                <w:rFonts w:eastAsiaTheme="minorEastAsia" w:cs="Times New Roman"/>
                <w:szCs w:val="20"/>
                <w:lang w:val="tr-TR"/>
              </w:rPr>
              <w:t>best</w:t>
            </w:r>
            <w:proofErr w:type="spellEnd"/>
            <w:r w:rsidRPr="00310D26">
              <w:rPr>
                <w:rFonts w:eastAsiaTheme="minorEastAsia" w:cs="Times New Roman"/>
                <w:szCs w:val="20"/>
                <w:lang w:val="tr-TR"/>
              </w:rPr>
              <w:t xml:space="preserve"> </w:t>
            </w:r>
            <w:proofErr w:type="spellStart"/>
            <w:r w:rsidRPr="00310D26">
              <w:rPr>
                <w:rFonts w:eastAsiaTheme="minorEastAsia" w:cs="Times New Roman"/>
                <w:szCs w:val="20"/>
                <w:lang w:val="tr-TR"/>
              </w:rPr>
              <w:t>paper</w:t>
            </w:r>
            <w:proofErr w:type="spellEnd"/>
            <w:r w:rsidRPr="00310D26">
              <w:rPr>
                <w:rFonts w:eastAsiaTheme="minorEastAsia" w:cs="Times New Roman"/>
                <w:szCs w:val="20"/>
                <w:lang w:val="tr-TR"/>
              </w:rPr>
              <w:t>”) ödülü</w:t>
            </w:r>
          </w:p>
        </w:tc>
        <w:tc>
          <w:tcPr>
            <w:tcW w:w="1276" w:type="dxa"/>
            <w:vAlign w:val="center"/>
          </w:tcPr>
          <w:p w14:paraId="56E0EC83" w14:textId="4D9836E7" w:rsidR="0075743E" w:rsidRPr="00310D26" w:rsidRDefault="0075743E" w:rsidP="0075743E">
            <w:pPr>
              <w:rPr>
                <w:rFonts w:cs="Times New Roman"/>
                <w:color w:val="000000" w:themeColor="text1"/>
                <w:szCs w:val="20"/>
              </w:rPr>
            </w:pPr>
          </w:p>
        </w:tc>
        <w:tc>
          <w:tcPr>
            <w:tcW w:w="1263" w:type="dxa"/>
            <w:vAlign w:val="center"/>
          </w:tcPr>
          <w:p w14:paraId="0DDE4EA9" w14:textId="14E94750" w:rsidR="0075743E" w:rsidRPr="00310D26" w:rsidRDefault="0075743E" w:rsidP="0075743E">
            <w:pPr>
              <w:rPr>
                <w:rFonts w:cs="Times New Roman"/>
                <w:color w:val="000000" w:themeColor="text1"/>
                <w:szCs w:val="20"/>
              </w:rPr>
            </w:pPr>
          </w:p>
        </w:tc>
      </w:tr>
      <w:tr w:rsidR="0075743E" w:rsidRPr="00310D26" w14:paraId="56919DE4" w14:textId="77777777" w:rsidTr="00F2221C">
        <w:trPr>
          <w:trHeight w:val="1051"/>
          <w:jc w:val="center"/>
        </w:trPr>
        <w:tc>
          <w:tcPr>
            <w:tcW w:w="10756" w:type="dxa"/>
            <w:gridSpan w:val="4"/>
            <w:vAlign w:val="center"/>
          </w:tcPr>
          <w:p w14:paraId="52908259" w14:textId="77777777" w:rsidR="0075743E" w:rsidRPr="00310D26" w:rsidRDefault="0075743E" w:rsidP="0075743E">
            <w:pPr>
              <w:rPr>
                <w:rFonts w:cs="Times New Roman"/>
                <w:color w:val="000000" w:themeColor="text1"/>
                <w:szCs w:val="20"/>
              </w:rPr>
            </w:pPr>
            <w:proofErr w:type="spellStart"/>
            <w:r w:rsidRPr="00310D26">
              <w:rPr>
                <w:rFonts w:cs="Times New Roman"/>
                <w:b/>
                <w:color w:val="000000" w:themeColor="text1"/>
                <w:szCs w:val="20"/>
              </w:rPr>
              <w:t>Sunulacak</w:t>
            </w:r>
            <w:proofErr w:type="spellEnd"/>
            <w:r w:rsidRPr="00310D26">
              <w:rPr>
                <w:rFonts w:cs="Times New Roman"/>
                <w:b/>
                <w:color w:val="000000" w:themeColor="text1"/>
                <w:szCs w:val="20"/>
              </w:rPr>
              <w:t xml:space="preserve"> </w:t>
            </w:r>
            <w:proofErr w:type="spellStart"/>
            <w:r w:rsidRPr="00310D26">
              <w:rPr>
                <w:rFonts w:cs="Times New Roman"/>
                <w:b/>
                <w:color w:val="000000" w:themeColor="text1"/>
                <w:szCs w:val="20"/>
              </w:rPr>
              <w:t>Belgeler</w:t>
            </w:r>
            <w:proofErr w:type="spellEnd"/>
            <w:r w:rsidRPr="00310D26">
              <w:rPr>
                <w:rFonts w:cs="Times New Roman"/>
                <w:b/>
                <w:color w:val="000000" w:themeColor="text1"/>
                <w:szCs w:val="20"/>
              </w:rPr>
              <w:t>;</w:t>
            </w:r>
            <w:r w:rsidRPr="00310D26">
              <w:rPr>
                <w:rFonts w:cs="Times New Roman"/>
                <w:color w:val="000000" w:themeColor="text1"/>
                <w:szCs w:val="20"/>
              </w:rPr>
              <w:t xml:space="preserve"> </w:t>
            </w:r>
            <w:proofErr w:type="spellStart"/>
            <w:r w:rsidRPr="00310D26">
              <w:rPr>
                <w:rFonts w:cs="Times New Roman"/>
                <w:color w:val="000000" w:themeColor="text1"/>
                <w:szCs w:val="20"/>
              </w:rPr>
              <w:t>Ödül</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belgesi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Ödül</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veren</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kurum</w:t>
            </w:r>
            <w:proofErr w:type="spellEnd"/>
            <w:r w:rsidRPr="00310D26">
              <w:rPr>
                <w:rFonts w:cs="Times New Roman"/>
                <w:color w:val="000000" w:themeColor="text1"/>
                <w:szCs w:val="20"/>
              </w:rPr>
              <w:t>/</w:t>
            </w:r>
            <w:proofErr w:type="spellStart"/>
            <w:r w:rsidRPr="00310D26">
              <w:rPr>
                <w:rFonts w:cs="Times New Roman"/>
                <w:color w:val="000000" w:themeColor="text1"/>
                <w:szCs w:val="20"/>
              </w:rPr>
              <w:t>kuruluşun</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ödül</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koşulları</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Daha</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önce</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ilgili</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ödülün</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en</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az</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beş</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kez</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verdiğine</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dair</w:t>
            </w:r>
            <w:proofErr w:type="spellEnd"/>
            <w:r w:rsidRPr="00310D26">
              <w:rPr>
                <w:rFonts w:cs="Times New Roman"/>
                <w:color w:val="000000" w:themeColor="text1"/>
                <w:szCs w:val="20"/>
              </w:rPr>
              <w:t xml:space="preserve"> </w:t>
            </w:r>
            <w:proofErr w:type="spellStart"/>
            <w:r w:rsidRPr="00310D26">
              <w:rPr>
                <w:rFonts w:cs="Times New Roman"/>
                <w:color w:val="000000" w:themeColor="text1"/>
                <w:szCs w:val="20"/>
              </w:rPr>
              <w:t>kanıt</w:t>
            </w:r>
            <w:proofErr w:type="spellEnd"/>
          </w:p>
          <w:p w14:paraId="0CE55F9C" w14:textId="77777777" w:rsidR="0075743E" w:rsidRPr="00310D26" w:rsidRDefault="0075743E" w:rsidP="0075743E">
            <w:pPr>
              <w:rPr>
                <w:rFonts w:cs="Times New Roman"/>
                <w:color w:val="000000" w:themeColor="text1"/>
                <w:szCs w:val="20"/>
              </w:rPr>
            </w:pPr>
            <w:r w:rsidRPr="00310D26">
              <w:rPr>
                <w:rFonts w:cs="Times New Roman"/>
                <w:b/>
                <w:color w:val="000000" w:themeColor="text1"/>
                <w:szCs w:val="20"/>
              </w:rPr>
              <w:t>Not:</w:t>
            </w:r>
            <w:r w:rsidRPr="00310D26">
              <w:rPr>
                <w:rFonts w:cs="Times New Roman"/>
                <w:color w:val="000000" w:themeColor="text1"/>
                <w:szCs w:val="20"/>
              </w:rPr>
              <w:t xml:space="preserve"> </w:t>
            </w:r>
            <w:proofErr w:type="spellStart"/>
            <w:r w:rsidRPr="00310D26">
              <w:rPr>
                <w:rFonts w:cs="Times New Roman"/>
                <w:szCs w:val="20"/>
              </w:rPr>
              <w:t>Ödül</w:t>
            </w:r>
            <w:proofErr w:type="spellEnd"/>
            <w:r w:rsidRPr="00310D26">
              <w:rPr>
                <w:rFonts w:cs="Times New Roman"/>
                <w:szCs w:val="20"/>
              </w:rPr>
              <w:t xml:space="preserve"> </w:t>
            </w:r>
            <w:proofErr w:type="spellStart"/>
            <w:r w:rsidRPr="00310D26">
              <w:rPr>
                <w:rFonts w:cs="Times New Roman"/>
                <w:szCs w:val="20"/>
              </w:rPr>
              <w:t>belgesi</w:t>
            </w:r>
            <w:proofErr w:type="spellEnd"/>
            <w:r w:rsidRPr="00310D26">
              <w:rPr>
                <w:rFonts w:cs="Times New Roman"/>
                <w:szCs w:val="20"/>
              </w:rPr>
              <w:t xml:space="preserve">, </w:t>
            </w:r>
            <w:proofErr w:type="spellStart"/>
            <w:r w:rsidRPr="00310D26">
              <w:rPr>
                <w:rFonts w:cs="Times New Roman"/>
                <w:szCs w:val="20"/>
              </w:rPr>
              <w:t>ödül</w:t>
            </w:r>
            <w:proofErr w:type="spellEnd"/>
            <w:r w:rsidRPr="00310D26">
              <w:rPr>
                <w:rFonts w:cs="Times New Roman"/>
                <w:szCs w:val="20"/>
              </w:rPr>
              <w:t xml:space="preserve"> </w:t>
            </w:r>
            <w:proofErr w:type="spellStart"/>
            <w:r w:rsidRPr="00310D26">
              <w:rPr>
                <w:rFonts w:cs="Times New Roman"/>
                <w:szCs w:val="20"/>
              </w:rPr>
              <w:t>veren</w:t>
            </w:r>
            <w:proofErr w:type="spellEnd"/>
            <w:r w:rsidRPr="00310D26">
              <w:rPr>
                <w:rFonts w:cs="Times New Roman"/>
                <w:szCs w:val="20"/>
              </w:rPr>
              <w:t xml:space="preserve"> </w:t>
            </w:r>
            <w:proofErr w:type="spellStart"/>
            <w:r w:rsidRPr="00310D26">
              <w:rPr>
                <w:rFonts w:cs="Times New Roman"/>
                <w:szCs w:val="20"/>
              </w:rPr>
              <w:t>kurum</w:t>
            </w:r>
            <w:proofErr w:type="spellEnd"/>
            <w:r w:rsidRPr="00310D26">
              <w:rPr>
                <w:rFonts w:cs="Times New Roman"/>
                <w:szCs w:val="20"/>
              </w:rPr>
              <w:t>/</w:t>
            </w:r>
            <w:proofErr w:type="spellStart"/>
            <w:r w:rsidRPr="00310D26">
              <w:rPr>
                <w:rFonts w:cs="Times New Roman"/>
                <w:szCs w:val="20"/>
              </w:rPr>
              <w:t>kuruluşun</w:t>
            </w:r>
            <w:proofErr w:type="spellEnd"/>
            <w:r w:rsidRPr="00310D26">
              <w:rPr>
                <w:rFonts w:cs="Times New Roman"/>
                <w:szCs w:val="20"/>
              </w:rPr>
              <w:t xml:space="preserve"> </w:t>
            </w:r>
            <w:proofErr w:type="spellStart"/>
            <w:r w:rsidRPr="00310D26">
              <w:rPr>
                <w:rFonts w:cs="Times New Roman"/>
                <w:szCs w:val="20"/>
              </w:rPr>
              <w:t>ödül</w:t>
            </w:r>
            <w:proofErr w:type="spellEnd"/>
            <w:r w:rsidRPr="00310D26">
              <w:rPr>
                <w:rFonts w:cs="Times New Roman"/>
                <w:szCs w:val="20"/>
              </w:rPr>
              <w:t xml:space="preserve"> </w:t>
            </w:r>
            <w:proofErr w:type="spellStart"/>
            <w:r w:rsidRPr="00310D26">
              <w:rPr>
                <w:rFonts w:cs="Times New Roman"/>
                <w:szCs w:val="20"/>
              </w:rPr>
              <w:t>koşulları</w:t>
            </w:r>
            <w:proofErr w:type="spellEnd"/>
            <w:r w:rsidRPr="00310D26">
              <w:rPr>
                <w:rFonts w:cs="Times New Roman"/>
                <w:szCs w:val="20"/>
              </w:rPr>
              <w:t xml:space="preserve"> </w:t>
            </w:r>
            <w:proofErr w:type="spellStart"/>
            <w:r w:rsidRPr="00310D26">
              <w:rPr>
                <w:rFonts w:cs="Times New Roman"/>
                <w:szCs w:val="20"/>
              </w:rPr>
              <w:t>ve</w:t>
            </w:r>
            <w:proofErr w:type="spellEnd"/>
            <w:r w:rsidRPr="00310D26">
              <w:rPr>
                <w:rFonts w:cs="Times New Roman"/>
                <w:szCs w:val="20"/>
              </w:rPr>
              <w:t xml:space="preserve"> </w:t>
            </w:r>
            <w:proofErr w:type="spellStart"/>
            <w:r w:rsidRPr="00310D26">
              <w:rPr>
                <w:rFonts w:cs="Times New Roman"/>
                <w:szCs w:val="20"/>
              </w:rPr>
              <w:t>ödülün</w:t>
            </w:r>
            <w:proofErr w:type="spellEnd"/>
            <w:r w:rsidRPr="00310D26">
              <w:rPr>
                <w:rFonts w:cs="Times New Roman"/>
                <w:szCs w:val="20"/>
              </w:rPr>
              <w:t xml:space="preserve"> </w:t>
            </w:r>
            <w:proofErr w:type="spellStart"/>
            <w:r w:rsidRPr="00310D26">
              <w:rPr>
                <w:rFonts w:cs="Times New Roman"/>
                <w:szCs w:val="20"/>
              </w:rPr>
              <w:t>daha</w:t>
            </w:r>
            <w:proofErr w:type="spellEnd"/>
            <w:r w:rsidRPr="00310D26">
              <w:rPr>
                <w:rFonts w:cs="Times New Roman"/>
                <w:szCs w:val="20"/>
              </w:rPr>
              <w:t xml:space="preserve"> </w:t>
            </w:r>
            <w:proofErr w:type="spellStart"/>
            <w:r w:rsidRPr="00310D26">
              <w:rPr>
                <w:rFonts w:cs="Times New Roman"/>
                <w:szCs w:val="20"/>
              </w:rPr>
              <w:t>önce</w:t>
            </w:r>
            <w:proofErr w:type="spellEnd"/>
            <w:r w:rsidRPr="00310D26">
              <w:rPr>
                <w:rFonts w:cs="Times New Roman"/>
                <w:szCs w:val="20"/>
              </w:rPr>
              <w:t xml:space="preserve"> </w:t>
            </w:r>
            <w:proofErr w:type="spellStart"/>
            <w:r w:rsidRPr="00310D26">
              <w:rPr>
                <w:rFonts w:cs="Times New Roman"/>
                <w:szCs w:val="20"/>
              </w:rPr>
              <w:t>en</w:t>
            </w:r>
            <w:proofErr w:type="spellEnd"/>
            <w:r w:rsidRPr="00310D26">
              <w:rPr>
                <w:rFonts w:cs="Times New Roman"/>
                <w:szCs w:val="20"/>
              </w:rPr>
              <w:t xml:space="preserve"> </w:t>
            </w:r>
            <w:proofErr w:type="spellStart"/>
            <w:r w:rsidRPr="00310D26">
              <w:rPr>
                <w:rFonts w:cs="Times New Roman"/>
                <w:szCs w:val="20"/>
              </w:rPr>
              <w:t>az</w:t>
            </w:r>
            <w:proofErr w:type="spellEnd"/>
            <w:r w:rsidRPr="00310D26">
              <w:rPr>
                <w:rFonts w:cs="Times New Roman"/>
                <w:szCs w:val="20"/>
              </w:rPr>
              <w:t xml:space="preserve"> </w:t>
            </w:r>
            <w:proofErr w:type="spellStart"/>
            <w:r w:rsidRPr="00310D26">
              <w:rPr>
                <w:rFonts w:cs="Times New Roman"/>
                <w:szCs w:val="20"/>
              </w:rPr>
              <w:t>beş</w:t>
            </w:r>
            <w:proofErr w:type="spellEnd"/>
            <w:r w:rsidRPr="00310D26">
              <w:rPr>
                <w:rFonts w:cs="Times New Roman"/>
                <w:szCs w:val="20"/>
              </w:rPr>
              <w:t xml:space="preserve"> </w:t>
            </w:r>
            <w:proofErr w:type="spellStart"/>
            <w:r w:rsidRPr="00310D26">
              <w:rPr>
                <w:rFonts w:cs="Times New Roman"/>
                <w:szCs w:val="20"/>
              </w:rPr>
              <w:t>kez</w:t>
            </w:r>
            <w:proofErr w:type="spellEnd"/>
            <w:r w:rsidRPr="00310D26">
              <w:rPr>
                <w:rFonts w:cs="Times New Roman"/>
                <w:szCs w:val="20"/>
              </w:rPr>
              <w:t xml:space="preserve"> </w:t>
            </w:r>
            <w:proofErr w:type="spellStart"/>
            <w:r w:rsidRPr="00310D26">
              <w:rPr>
                <w:rFonts w:cs="Times New Roman"/>
                <w:szCs w:val="20"/>
              </w:rPr>
              <w:t>verildiğini</w:t>
            </w:r>
            <w:proofErr w:type="spellEnd"/>
            <w:r w:rsidRPr="00310D26">
              <w:rPr>
                <w:rFonts w:cs="Times New Roman"/>
                <w:szCs w:val="20"/>
              </w:rPr>
              <w:t xml:space="preserve"> </w:t>
            </w:r>
            <w:proofErr w:type="spellStart"/>
            <w:r w:rsidRPr="00310D26">
              <w:rPr>
                <w:rFonts w:cs="Times New Roman"/>
                <w:szCs w:val="20"/>
              </w:rPr>
              <w:t>gösteren</w:t>
            </w:r>
            <w:proofErr w:type="spellEnd"/>
            <w:r w:rsidRPr="00310D26">
              <w:rPr>
                <w:rFonts w:cs="Times New Roman"/>
                <w:szCs w:val="20"/>
              </w:rPr>
              <w:t xml:space="preserve"> </w:t>
            </w:r>
            <w:proofErr w:type="spellStart"/>
            <w:r w:rsidRPr="00310D26">
              <w:rPr>
                <w:rFonts w:cs="Times New Roman"/>
                <w:szCs w:val="20"/>
              </w:rPr>
              <w:t>kanıt</w:t>
            </w:r>
            <w:proofErr w:type="spellEnd"/>
            <w:r w:rsidRPr="00310D26">
              <w:rPr>
                <w:rFonts w:cs="Times New Roman"/>
                <w:szCs w:val="20"/>
              </w:rPr>
              <w:t xml:space="preserve"> </w:t>
            </w:r>
            <w:proofErr w:type="spellStart"/>
            <w:r w:rsidRPr="00310D26">
              <w:rPr>
                <w:rFonts w:cs="Times New Roman"/>
                <w:szCs w:val="20"/>
              </w:rPr>
              <w:t>sunulmalıdır</w:t>
            </w:r>
            <w:proofErr w:type="spellEnd"/>
            <w:r w:rsidRPr="00310D26">
              <w:rPr>
                <w:rFonts w:cs="Times New Roman"/>
                <w:szCs w:val="20"/>
              </w:rPr>
              <w:t xml:space="preserve">. </w:t>
            </w:r>
            <w:proofErr w:type="spellStart"/>
            <w:r w:rsidRPr="00310D26">
              <w:rPr>
                <w:rFonts w:cs="Times New Roman"/>
                <w:szCs w:val="20"/>
              </w:rPr>
              <w:t>Ödülün</w:t>
            </w:r>
            <w:proofErr w:type="spellEnd"/>
            <w:r w:rsidRPr="00310D26">
              <w:rPr>
                <w:rFonts w:cs="Times New Roman"/>
                <w:szCs w:val="20"/>
              </w:rPr>
              <w:t xml:space="preserve"> </w:t>
            </w:r>
            <w:proofErr w:type="spellStart"/>
            <w:r w:rsidRPr="00310D26">
              <w:rPr>
                <w:rFonts w:cs="Times New Roman"/>
                <w:szCs w:val="20"/>
              </w:rPr>
              <w:t>doktora</w:t>
            </w:r>
            <w:proofErr w:type="spellEnd"/>
            <w:r w:rsidRPr="00310D26">
              <w:rPr>
                <w:rFonts w:cs="Times New Roman"/>
                <w:szCs w:val="20"/>
              </w:rPr>
              <w:t xml:space="preserve"> </w:t>
            </w:r>
            <w:proofErr w:type="spellStart"/>
            <w:r w:rsidRPr="00310D26">
              <w:rPr>
                <w:rFonts w:cs="Times New Roman"/>
                <w:szCs w:val="20"/>
              </w:rPr>
              <w:t>teziyle</w:t>
            </w:r>
            <w:proofErr w:type="spellEnd"/>
            <w:r w:rsidRPr="00310D26">
              <w:rPr>
                <w:rFonts w:cs="Times New Roman"/>
                <w:szCs w:val="20"/>
              </w:rPr>
              <w:t xml:space="preserve"> </w:t>
            </w:r>
            <w:proofErr w:type="spellStart"/>
            <w:r w:rsidRPr="00310D26">
              <w:rPr>
                <w:rFonts w:cs="Times New Roman"/>
                <w:szCs w:val="20"/>
              </w:rPr>
              <w:t>doğrudan</w:t>
            </w:r>
            <w:proofErr w:type="spellEnd"/>
            <w:r w:rsidRPr="00310D26">
              <w:rPr>
                <w:rFonts w:cs="Times New Roman"/>
                <w:szCs w:val="20"/>
              </w:rPr>
              <w:t xml:space="preserve"> </w:t>
            </w:r>
            <w:proofErr w:type="spellStart"/>
            <w:r w:rsidRPr="00310D26">
              <w:rPr>
                <w:rFonts w:cs="Times New Roman"/>
                <w:szCs w:val="20"/>
              </w:rPr>
              <w:t>ilişkisi</w:t>
            </w:r>
            <w:proofErr w:type="spellEnd"/>
            <w:r w:rsidRPr="00310D26">
              <w:rPr>
                <w:rFonts w:cs="Times New Roman"/>
                <w:szCs w:val="20"/>
              </w:rPr>
              <w:t xml:space="preserve"> </w:t>
            </w:r>
            <w:proofErr w:type="spellStart"/>
            <w:r w:rsidRPr="00310D26">
              <w:rPr>
                <w:rFonts w:cs="Times New Roman"/>
                <w:szCs w:val="20"/>
              </w:rPr>
              <w:t>açıkça</w:t>
            </w:r>
            <w:proofErr w:type="spellEnd"/>
            <w:r w:rsidRPr="00310D26">
              <w:rPr>
                <w:rFonts w:cs="Times New Roman"/>
                <w:szCs w:val="20"/>
              </w:rPr>
              <w:t xml:space="preserve"> </w:t>
            </w:r>
            <w:proofErr w:type="spellStart"/>
            <w:r w:rsidRPr="00310D26">
              <w:rPr>
                <w:rFonts w:cs="Times New Roman"/>
                <w:szCs w:val="20"/>
              </w:rPr>
              <w:t>gösterilmelidir</w:t>
            </w:r>
            <w:proofErr w:type="spellEnd"/>
            <w:r w:rsidRPr="00310D26">
              <w:rPr>
                <w:rFonts w:cs="Times New Roman"/>
                <w:szCs w:val="20"/>
              </w:rPr>
              <w:t>.</w:t>
            </w:r>
          </w:p>
        </w:tc>
      </w:tr>
      <w:tr w:rsidR="00337D39" w:rsidRPr="00310D26" w14:paraId="2079D18B" w14:textId="77777777" w:rsidTr="00FB35C4">
        <w:trPr>
          <w:trHeight w:val="1051"/>
          <w:jc w:val="center"/>
        </w:trPr>
        <w:tc>
          <w:tcPr>
            <w:tcW w:w="8217" w:type="dxa"/>
            <w:gridSpan w:val="2"/>
            <w:vAlign w:val="center"/>
          </w:tcPr>
          <w:p w14:paraId="3CEC1E93" w14:textId="77777777" w:rsidR="00337D39" w:rsidRPr="00310D26" w:rsidRDefault="00337D39" w:rsidP="0075743E">
            <w:pPr>
              <w:rPr>
                <w:rFonts w:cs="Times New Roman"/>
                <w:b/>
                <w:color w:val="000000" w:themeColor="text1"/>
                <w:szCs w:val="20"/>
              </w:rPr>
            </w:pPr>
            <w:r>
              <w:rPr>
                <w:rFonts w:cs="Times New Roman"/>
                <w:b/>
                <w:color w:val="000000" w:themeColor="text1"/>
                <w:szCs w:val="20"/>
              </w:rPr>
              <w:t xml:space="preserve">TOPLAM PUAN </w:t>
            </w:r>
          </w:p>
        </w:tc>
        <w:tc>
          <w:tcPr>
            <w:tcW w:w="2539" w:type="dxa"/>
            <w:gridSpan w:val="2"/>
            <w:vAlign w:val="center"/>
          </w:tcPr>
          <w:p w14:paraId="126DFC6E" w14:textId="7DD7051D" w:rsidR="00337D39" w:rsidRPr="00310D26" w:rsidRDefault="00337D39" w:rsidP="0075743E">
            <w:pPr>
              <w:rPr>
                <w:rFonts w:cs="Times New Roman"/>
                <w:b/>
                <w:color w:val="000000" w:themeColor="text1"/>
                <w:szCs w:val="20"/>
              </w:rPr>
            </w:pPr>
          </w:p>
        </w:tc>
      </w:tr>
    </w:tbl>
    <w:p w14:paraId="7EE338DB" w14:textId="77777777" w:rsidR="004B5B2B" w:rsidRDefault="004B5B2B">
      <w:pPr>
        <w:rPr>
          <w:rFonts w:eastAsiaTheme="majorEastAsia" w:cs="Times New Roman"/>
          <w:b/>
          <w:bCs/>
          <w:color w:val="000000" w:themeColor="text1"/>
          <w:szCs w:val="20"/>
        </w:rPr>
      </w:pPr>
    </w:p>
    <w:p w14:paraId="69C416F2" w14:textId="7FB2E306" w:rsidR="00FD0EC3" w:rsidRPr="00586F9D" w:rsidRDefault="00FD0EC3">
      <w:pPr>
        <w:rPr>
          <w:rFonts w:eastAsiaTheme="majorEastAsia" w:cs="Times New Roman"/>
          <w:b/>
          <w:bCs/>
          <w:color w:val="000000" w:themeColor="text1"/>
          <w:sz w:val="22"/>
        </w:rPr>
      </w:pPr>
      <w:proofErr w:type="spellStart"/>
      <w:r w:rsidRPr="00586F9D">
        <w:rPr>
          <w:rFonts w:eastAsiaTheme="majorEastAsia" w:cs="Times New Roman"/>
          <w:b/>
          <w:bCs/>
          <w:color w:val="000000" w:themeColor="text1"/>
          <w:sz w:val="22"/>
        </w:rPr>
        <w:t>Yukarıda</w:t>
      </w:r>
      <w:proofErr w:type="spellEnd"/>
      <w:r w:rsidRPr="00586F9D">
        <w:rPr>
          <w:rFonts w:eastAsiaTheme="majorEastAsia" w:cs="Times New Roman"/>
          <w:b/>
          <w:bCs/>
          <w:color w:val="000000" w:themeColor="text1"/>
          <w:sz w:val="22"/>
        </w:rPr>
        <w:t xml:space="preserve"> </w:t>
      </w:r>
      <w:proofErr w:type="spellStart"/>
      <w:r w:rsidRPr="00586F9D">
        <w:rPr>
          <w:rFonts w:eastAsiaTheme="majorEastAsia" w:cs="Times New Roman"/>
          <w:b/>
          <w:bCs/>
          <w:color w:val="000000" w:themeColor="text1"/>
          <w:sz w:val="22"/>
        </w:rPr>
        <w:t>beyan</w:t>
      </w:r>
      <w:proofErr w:type="spellEnd"/>
      <w:r w:rsidRPr="00586F9D">
        <w:rPr>
          <w:rFonts w:eastAsiaTheme="majorEastAsia" w:cs="Times New Roman"/>
          <w:b/>
          <w:bCs/>
          <w:color w:val="000000" w:themeColor="text1"/>
          <w:sz w:val="22"/>
        </w:rPr>
        <w:t xml:space="preserve"> </w:t>
      </w:r>
      <w:proofErr w:type="spellStart"/>
      <w:r w:rsidRPr="00586F9D">
        <w:rPr>
          <w:rFonts w:eastAsiaTheme="majorEastAsia" w:cs="Times New Roman"/>
          <w:b/>
          <w:bCs/>
          <w:color w:val="000000" w:themeColor="text1"/>
          <w:sz w:val="22"/>
        </w:rPr>
        <w:t>edilen</w:t>
      </w:r>
      <w:proofErr w:type="spellEnd"/>
      <w:r w:rsidRPr="00586F9D">
        <w:rPr>
          <w:rFonts w:eastAsiaTheme="majorEastAsia" w:cs="Times New Roman"/>
          <w:b/>
          <w:bCs/>
          <w:color w:val="000000" w:themeColor="text1"/>
          <w:sz w:val="22"/>
        </w:rPr>
        <w:t xml:space="preserve"> </w:t>
      </w:r>
      <w:proofErr w:type="spellStart"/>
      <w:r w:rsidRPr="00586F9D">
        <w:rPr>
          <w:rFonts w:eastAsiaTheme="majorEastAsia" w:cs="Times New Roman"/>
          <w:b/>
          <w:bCs/>
          <w:color w:val="000000" w:themeColor="text1"/>
          <w:sz w:val="22"/>
        </w:rPr>
        <w:t>bilgiler</w:t>
      </w:r>
      <w:proofErr w:type="spellEnd"/>
      <w:r w:rsidRPr="00586F9D">
        <w:rPr>
          <w:rFonts w:eastAsiaTheme="majorEastAsia" w:cs="Times New Roman"/>
          <w:b/>
          <w:bCs/>
          <w:color w:val="000000" w:themeColor="text1"/>
          <w:sz w:val="22"/>
        </w:rPr>
        <w:t xml:space="preserve"> </w:t>
      </w:r>
      <w:proofErr w:type="spellStart"/>
      <w:r w:rsidRPr="00586F9D">
        <w:rPr>
          <w:rFonts w:eastAsiaTheme="majorEastAsia" w:cs="Times New Roman"/>
          <w:b/>
          <w:bCs/>
          <w:color w:val="000000" w:themeColor="text1"/>
          <w:sz w:val="22"/>
        </w:rPr>
        <w:t>ve</w:t>
      </w:r>
      <w:proofErr w:type="spellEnd"/>
      <w:r w:rsidRPr="00586F9D">
        <w:rPr>
          <w:rFonts w:eastAsiaTheme="majorEastAsia" w:cs="Times New Roman"/>
          <w:b/>
          <w:bCs/>
          <w:color w:val="000000" w:themeColor="text1"/>
          <w:sz w:val="22"/>
        </w:rPr>
        <w:t xml:space="preserve"> </w:t>
      </w:r>
      <w:proofErr w:type="spellStart"/>
      <w:r w:rsidRPr="00586F9D">
        <w:rPr>
          <w:rFonts w:eastAsiaTheme="majorEastAsia" w:cs="Times New Roman"/>
          <w:b/>
          <w:bCs/>
          <w:color w:val="000000" w:themeColor="text1"/>
          <w:sz w:val="22"/>
        </w:rPr>
        <w:t>ekte</w:t>
      </w:r>
      <w:proofErr w:type="spellEnd"/>
      <w:r w:rsidRPr="00586F9D">
        <w:rPr>
          <w:rFonts w:eastAsiaTheme="majorEastAsia" w:cs="Times New Roman"/>
          <w:b/>
          <w:bCs/>
          <w:color w:val="000000" w:themeColor="text1"/>
          <w:sz w:val="22"/>
        </w:rPr>
        <w:t xml:space="preserve"> </w:t>
      </w:r>
      <w:proofErr w:type="spellStart"/>
      <w:r w:rsidRPr="00586F9D">
        <w:rPr>
          <w:rFonts w:eastAsiaTheme="majorEastAsia" w:cs="Times New Roman"/>
          <w:b/>
          <w:bCs/>
          <w:color w:val="000000" w:themeColor="text1"/>
          <w:sz w:val="22"/>
        </w:rPr>
        <w:t>verdiğim</w:t>
      </w:r>
      <w:proofErr w:type="spellEnd"/>
      <w:r w:rsidRPr="00586F9D">
        <w:rPr>
          <w:rFonts w:eastAsiaTheme="majorEastAsia" w:cs="Times New Roman"/>
          <w:b/>
          <w:bCs/>
          <w:color w:val="000000" w:themeColor="text1"/>
          <w:sz w:val="22"/>
        </w:rPr>
        <w:t xml:space="preserve"> </w:t>
      </w:r>
      <w:proofErr w:type="spellStart"/>
      <w:r w:rsidRPr="00586F9D">
        <w:rPr>
          <w:rFonts w:eastAsiaTheme="majorEastAsia" w:cs="Times New Roman"/>
          <w:b/>
          <w:bCs/>
          <w:color w:val="000000" w:themeColor="text1"/>
          <w:sz w:val="22"/>
        </w:rPr>
        <w:t>belgeler</w:t>
      </w:r>
      <w:proofErr w:type="spellEnd"/>
      <w:r w:rsidRPr="00586F9D">
        <w:rPr>
          <w:rFonts w:eastAsiaTheme="majorEastAsia" w:cs="Times New Roman"/>
          <w:b/>
          <w:bCs/>
          <w:color w:val="000000" w:themeColor="text1"/>
          <w:sz w:val="22"/>
        </w:rPr>
        <w:t xml:space="preserve"> </w:t>
      </w:r>
      <w:proofErr w:type="spellStart"/>
      <w:r w:rsidRPr="00586F9D">
        <w:rPr>
          <w:rFonts w:eastAsiaTheme="majorEastAsia" w:cs="Times New Roman"/>
          <w:b/>
          <w:bCs/>
          <w:color w:val="000000" w:themeColor="text1"/>
          <w:sz w:val="22"/>
        </w:rPr>
        <w:t>doğrudur</w:t>
      </w:r>
      <w:proofErr w:type="spellEnd"/>
      <w:r w:rsidRPr="00586F9D">
        <w:rPr>
          <w:rFonts w:eastAsiaTheme="majorEastAsia" w:cs="Times New Roman"/>
          <w:b/>
          <w:bCs/>
          <w:color w:val="000000" w:themeColor="text1"/>
          <w:sz w:val="22"/>
        </w:rPr>
        <w:t>.</w:t>
      </w:r>
    </w:p>
    <w:tbl>
      <w:tblPr>
        <w:tblStyle w:val="TabloKlavuzu"/>
        <w:tblW w:w="10820" w:type="dxa"/>
        <w:tblInd w:w="-147" w:type="dxa"/>
        <w:tblLook w:val="04A0" w:firstRow="1" w:lastRow="0" w:firstColumn="1" w:lastColumn="0" w:noHBand="0" w:noVBand="1"/>
      </w:tblPr>
      <w:tblGrid>
        <w:gridCol w:w="2552"/>
        <w:gridCol w:w="4678"/>
        <w:gridCol w:w="1701"/>
        <w:gridCol w:w="1889"/>
      </w:tblGrid>
      <w:tr w:rsidR="00FD0EC3" w14:paraId="6B820507" w14:textId="77777777" w:rsidTr="00586F9D">
        <w:trPr>
          <w:trHeight w:val="488"/>
        </w:trPr>
        <w:tc>
          <w:tcPr>
            <w:tcW w:w="2552" w:type="dxa"/>
            <w:vAlign w:val="center"/>
          </w:tcPr>
          <w:p w14:paraId="3D18F88A" w14:textId="5D8EED3A" w:rsidR="00FD0EC3" w:rsidRDefault="00FD0EC3" w:rsidP="00FD0EC3">
            <w:pPr>
              <w:jc w:val="center"/>
              <w:rPr>
                <w:rFonts w:eastAsiaTheme="majorEastAsia" w:cs="Times New Roman"/>
                <w:b/>
                <w:bCs/>
                <w:color w:val="000000" w:themeColor="text1"/>
                <w:szCs w:val="20"/>
              </w:rPr>
            </w:pPr>
            <w:r>
              <w:rPr>
                <w:rFonts w:eastAsiaTheme="majorEastAsia" w:cs="Times New Roman"/>
                <w:b/>
                <w:bCs/>
                <w:color w:val="000000" w:themeColor="text1"/>
                <w:szCs w:val="20"/>
              </w:rPr>
              <w:t>BAŞVURUYU YAPAN</w:t>
            </w:r>
          </w:p>
        </w:tc>
        <w:tc>
          <w:tcPr>
            <w:tcW w:w="4678" w:type="dxa"/>
            <w:vAlign w:val="center"/>
          </w:tcPr>
          <w:p w14:paraId="0203A9CB" w14:textId="74E60E54" w:rsidR="00FD0EC3" w:rsidRDefault="00FD0EC3" w:rsidP="00FD0EC3">
            <w:pPr>
              <w:jc w:val="center"/>
              <w:rPr>
                <w:rFonts w:eastAsiaTheme="majorEastAsia" w:cs="Times New Roman"/>
                <w:b/>
                <w:bCs/>
                <w:color w:val="000000" w:themeColor="text1"/>
                <w:szCs w:val="20"/>
              </w:rPr>
            </w:pPr>
            <w:r>
              <w:rPr>
                <w:rFonts w:eastAsiaTheme="majorEastAsia" w:cs="Times New Roman"/>
                <w:b/>
                <w:bCs/>
                <w:color w:val="000000" w:themeColor="text1"/>
                <w:szCs w:val="20"/>
              </w:rPr>
              <w:t>ADI SOYADI</w:t>
            </w:r>
          </w:p>
        </w:tc>
        <w:tc>
          <w:tcPr>
            <w:tcW w:w="1701" w:type="dxa"/>
            <w:vAlign w:val="center"/>
          </w:tcPr>
          <w:p w14:paraId="6195742F" w14:textId="2C1EF94D" w:rsidR="00FD0EC3" w:rsidRDefault="00FD0EC3" w:rsidP="00FD0EC3">
            <w:pPr>
              <w:jc w:val="center"/>
              <w:rPr>
                <w:rFonts w:eastAsiaTheme="majorEastAsia" w:cs="Times New Roman"/>
                <w:b/>
                <w:bCs/>
                <w:color w:val="000000" w:themeColor="text1"/>
                <w:szCs w:val="20"/>
              </w:rPr>
            </w:pPr>
            <w:proofErr w:type="spellStart"/>
            <w:r>
              <w:rPr>
                <w:rFonts w:eastAsiaTheme="majorEastAsia" w:cs="Times New Roman"/>
                <w:b/>
                <w:bCs/>
                <w:color w:val="000000" w:themeColor="text1"/>
                <w:szCs w:val="20"/>
              </w:rPr>
              <w:t>TAR</w:t>
            </w:r>
            <w:r w:rsidR="00337D39">
              <w:rPr>
                <w:rFonts w:eastAsiaTheme="majorEastAsia" w:cs="Times New Roman"/>
                <w:b/>
                <w:bCs/>
                <w:color w:val="000000" w:themeColor="text1"/>
                <w:szCs w:val="20"/>
              </w:rPr>
              <w:t>i</w:t>
            </w:r>
            <w:r>
              <w:rPr>
                <w:rFonts w:eastAsiaTheme="majorEastAsia" w:cs="Times New Roman"/>
                <w:b/>
                <w:bCs/>
                <w:color w:val="000000" w:themeColor="text1"/>
                <w:szCs w:val="20"/>
              </w:rPr>
              <w:t>H</w:t>
            </w:r>
            <w:proofErr w:type="spellEnd"/>
          </w:p>
        </w:tc>
        <w:tc>
          <w:tcPr>
            <w:tcW w:w="1889" w:type="dxa"/>
            <w:vAlign w:val="center"/>
          </w:tcPr>
          <w:p w14:paraId="3D972C0F" w14:textId="34118DE6" w:rsidR="00FD0EC3" w:rsidRDefault="00FD0EC3" w:rsidP="00FD0EC3">
            <w:pPr>
              <w:jc w:val="center"/>
              <w:rPr>
                <w:rFonts w:eastAsiaTheme="majorEastAsia" w:cs="Times New Roman"/>
                <w:b/>
                <w:bCs/>
                <w:color w:val="000000" w:themeColor="text1"/>
                <w:szCs w:val="20"/>
              </w:rPr>
            </w:pPr>
            <w:r>
              <w:rPr>
                <w:rFonts w:eastAsiaTheme="majorEastAsia" w:cs="Times New Roman"/>
                <w:b/>
                <w:bCs/>
                <w:color w:val="000000" w:themeColor="text1"/>
                <w:szCs w:val="20"/>
              </w:rPr>
              <w:t>İMZA</w:t>
            </w:r>
          </w:p>
        </w:tc>
      </w:tr>
      <w:tr w:rsidR="00FD0EC3" w14:paraId="419C05E9" w14:textId="77777777" w:rsidTr="00586F9D">
        <w:trPr>
          <w:trHeight w:val="707"/>
        </w:trPr>
        <w:tc>
          <w:tcPr>
            <w:tcW w:w="2552" w:type="dxa"/>
            <w:vAlign w:val="center"/>
          </w:tcPr>
          <w:p w14:paraId="7607C59E" w14:textId="11B27ED8" w:rsidR="00FD0EC3" w:rsidRDefault="00337D39">
            <w:pPr>
              <w:rPr>
                <w:rFonts w:eastAsiaTheme="majorEastAsia" w:cs="Times New Roman"/>
                <w:b/>
                <w:bCs/>
                <w:color w:val="000000" w:themeColor="text1"/>
                <w:szCs w:val="20"/>
              </w:rPr>
            </w:pPr>
            <w:proofErr w:type="spellStart"/>
            <w:r>
              <w:rPr>
                <w:rFonts w:eastAsiaTheme="majorEastAsia" w:cs="Times New Roman"/>
                <w:b/>
                <w:bCs/>
                <w:color w:val="000000" w:themeColor="text1"/>
                <w:szCs w:val="20"/>
              </w:rPr>
              <w:t>Öğrenci</w:t>
            </w:r>
            <w:proofErr w:type="spellEnd"/>
            <w:r>
              <w:rPr>
                <w:rFonts w:eastAsiaTheme="majorEastAsia" w:cs="Times New Roman"/>
                <w:b/>
                <w:bCs/>
                <w:color w:val="000000" w:themeColor="text1"/>
                <w:szCs w:val="20"/>
              </w:rPr>
              <w:t xml:space="preserve"> </w:t>
            </w:r>
          </w:p>
        </w:tc>
        <w:tc>
          <w:tcPr>
            <w:tcW w:w="4678" w:type="dxa"/>
            <w:vAlign w:val="center"/>
          </w:tcPr>
          <w:p w14:paraId="233523C7" w14:textId="77777777" w:rsidR="00FD0EC3" w:rsidRDefault="00FD0EC3">
            <w:pPr>
              <w:rPr>
                <w:rFonts w:eastAsiaTheme="majorEastAsia" w:cs="Times New Roman"/>
                <w:b/>
                <w:bCs/>
                <w:color w:val="000000" w:themeColor="text1"/>
                <w:szCs w:val="20"/>
              </w:rPr>
            </w:pPr>
          </w:p>
        </w:tc>
        <w:tc>
          <w:tcPr>
            <w:tcW w:w="1701" w:type="dxa"/>
            <w:vAlign w:val="center"/>
          </w:tcPr>
          <w:p w14:paraId="48AA59FE" w14:textId="7119BA24" w:rsidR="00FD0EC3" w:rsidRDefault="00FD0EC3" w:rsidP="00FD0EC3">
            <w:pPr>
              <w:jc w:val="center"/>
              <w:rPr>
                <w:rFonts w:eastAsiaTheme="majorEastAsia" w:cs="Times New Roman"/>
                <w:b/>
                <w:bCs/>
                <w:color w:val="000000" w:themeColor="text1"/>
                <w:szCs w:val="20"/>
              </w:rPr>
            </w:pPr>
            <w:r>
              <w:rPr>
                <w:rFonts w:eastAsiaTheme="majorEastAsia" w:cs="Times New Roman"/>
                <w:b/>
                <w:bCs/>
                <w:color w:val="000000" w:themeColor="text1"/>
                <w:szCs w:val="20"/>
              </w:rPr>
              <w:t>……/……./ 2026</w:t>
            </w:r>
          </w:p>
        </w:tc>
        <w:tc>
          <w:tcPr>
            <w:tcW w:w="1889" w:type="dxa"/>
            <w:vAlign w:val="center"/>
          </w:tcPr>
          <w:p w14:paraId="4A4B30CD" w14:textId="77777777" w:rsidR="00FD0EC3" w:rsidRDefault="00FD0EC3" w:rsidP="00FD0EC3">
            <w:pPr>
              <w:jc w:val="center"/>
              <w:rPr>
                <w:rFonts w:eastAsiaTheme="majorEastAsia" w:cs="Times New Roman"/>
                <w:b/>
                <w:bCs/>
                <w:color w:val="000000" w:themeColor="text1"/>
                <w:szCs w:val="20"/>
              </w:rPr>
            </w:pPr>
          </w:p>
        </w:tc>
      </w:tr>
      <w:tr w:rsidR="00FD0EC3" w14:paraId="4AD87E0B" w14:textId="77777777" w:rsidTr="00586F9D">
        <w:trPr>
          <w:trHeight w:val="707"/>
        </w:trPr>
        <w:tc>
          <w:tcPr>
            <w:tcW w:w="2552" w:type="dxa"/>
            <w:vAlign w:val="center"/>
          </w:tcPr>
          <w:p w14:paraId="056E6EFB" w14:textId="22B6C57A" w:rsidR="00FD0EC3" w:rsidRDefault="00FD0EC3">
            <w:pPr>
              <w:rPr>
                <w:rFonts w:eastAsiaTheme="majorEastAsia" w:cs="Times New Roman"/>
                <w:b/>
                <w:bCs/>
                <w:color w:val="000000" w:themeColor="text1"/>
                <w:szCs w:val="20"/>
              </w:rPr>
            </w:pPr>
            <w:proofErr w:type="spellStart"/>
            <w:r>
              <w:rPr>
                <w:rFonts w:eastAsiaTheme="majorEastAsia" w:cs="Times New Roman"/>
                <w:b/>
                <w:bCs/>
                <w:color w:val="000000" w:themeColor="text1"/>
                <w:szCs w:val="20"/>
              </w:rPr>
              <w:t>Danışman</w:t>
            </w:r>
            <w:proofErr w:type="spellEnd"/>
          </w:p>
        </w:tc>
        <w:tc>
          <w:tcPr>
            <w:tcW w:w="4678" w:type="dxa"/>
            <w:vAlign w:val="center"/>
          </w:tcPr>
          <w:p w14:paraId="78A44FF3" w14:textId="77777777" w:rsidR="00FD0EC3" w:rsidRDefault="00FD0EC3">
            <w:pPr>
              <w:rPr>
                <w:rFonts w:eastAsiaTheme="majorEastAsia" w:cs="Times New Roman"/>
                <w:b/>
                <w:bCs/>
                <w:color w:val="000000" w:themeColor="text1"/>
                <w:szCs w:val="20"/>
              </w:rPr>
            </w:pPr>
          </w:p>
        </w:tc>
        <w:tc>
          <w:tcPr>
            <w:tcW w:w="1701" w:type="dxa"/>
            <w:vAlign w:val="center"/>
          </w:tcPr>
          <w:p w14:paraId="529C0307" w14:textId="02A6830B" w:rsidR="00FD0EC3" w:rsidRDefault="00FD0EC3" w:rsidP="00FD0EC3">
            <w:pPr>
              <w:jc w:val="center"/>
              <w:rPr>
                <w:rFonts w:eastAsiaTheme="majorEastAsia" w:cs="Times New Roman"/>
                <w:b/>
                <w:bCs/>
                <w:color w:val="000000" w:themeColor="text1"/>
                <w:szCs w:val="20"/>
              </w:rPr>
            </w:pPr>
            <w:r>
              <w:rPr>
                <w:rFonts w:eastAsiaTheme="majorEastAsia" w:cs="Times New Roman"/>
                <w:b/>
                <w:bCs/>
                <w:color w:val="000000" w:themeColor="text1"/>
                <w:szCs w:val="20"/>
              </w:rPr>
              <w:t>……/……./ 2026</w:t>
            </w:r>
          </w:p>
        </w:tc>
        <w:tc>
          <w:tcPr>
            <w:tcW w:w="1889" w:type="dxa"/>
            <w:vAlign w:val="center"/>
          </w:tcPr>
          <w:p w14:paraId="462D1702" w14:textId="77777777" w:rsidR="00FD0EC3" w:rsidRDefault="00FD0EC3" w:rsidP="00FD0EC3">
            <w:pPr>
              <w:jc w:val="center"/>
              <w:rPr>
                <w:rFonts w:eastAsiaTheme="majorEastAsia" w:cs="Times New Roman"/>
                <w:b/>
                <w:bCs/>
                <w:color w:val="000000" w:themeColor="text1"/>
                <w:szCs w:val="20"/>
              </w:rPr>
            </w:pPr>
          </w:p>
        </w:tc>
      </w:tr>
    </w:tbl>
    <w:p w14:paraId="3203D985" w14:textId="10894E1E" w:rsidR="00FD0EC3" w:rsidRPr="00310D26" w:rsidRDefault="00FD0EC3">
      <w:pPr>
        <w:rPr>
          <w:rFonts w:eastAsiaTheme="majorEastAsia" w:cs="Times New Roman"/>
          <w:b/>
          <w:bCs/>
          <w:color w:val="000000" w:themeColor="text1"/>
          <w:szCs w:val="20"/>
        </w:rPr>
      </w:pPr>
    </w:p>
    <w:sectPr w:rsidR="00FD0EC3" w:rsidRPr="00310D26" w:rsidSect="00F2221C">
      <w:headerReference w:type="default" r:id="rId8"/>
      <w:footerReference w:type="default" r:id="rId9"/>
      <w:pgSz w:w="12240" w:h="15840"/>
      <w:pgMar w:top="514" w:right="850" w:bottom="78" w:left="8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B3F66" w14:textId="77777777" w:rsidR="00F9683B" w:rsidRDefault="00F9683B">
      <w:pPr>
        <w:spacing w:after="0" w:line="240" w:lineRule="auto"/>
      </w:pPr>
      <w:r>
        <w:separator/>
      </w:r>
    </w:p>
  </w:endnote>
  <w:endnote w:type="continuationSeparator" w:id="0">
    <w:p w14:paraId="7F5523A4" w14:textId="77777777" w:rsidR="00F9683B" w:rsidRDefault="00F968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9BA06" w14:textId="77777777" w:rsidR="0075743E" w:rsidRDefault="0075743E">
    <w:pPr>
      <w:pStyle w:val="AltBilgi"/>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833914" w14:textId="77777777" w:rsidR="00F9683B" w:rsidRDefault="00F9683B">
      <w:pPr>
        <w:spacing w:after="0" w:line="240" w:lineRule="auto"/>
      </w:pPr>
      <w:r>
        <w:separator/>
      </w:r>
    </w:p>
  </w:footnote>
  <w:footnote w:type="continuationSeparator" w:id="0">
    <w:p w14:paraId="0C70301F" w14:textId="77777777" w:rsidR="00F9683B" w:rsidRDefault="00F968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B051A" w14:textId="501AE46D" w:rsidR="00310D26" w:rsidRPr="0024423D" w:rsidRDefault="00310D26" w:rsidP="00310D26">
    <w:pPr>
      <w:jc w:val="center"/>
      <w:rPr>
        <w:rFonts w:cs="Times New Roman"/>
        <w:color w:val="000000" w:themeColor="text1"/>
        <w:szCs w:val="20"/>
      </w:rPr>
    </w:pPr>
    <w:r w:rsidRPr="00310D26">
      <w:rPr>
        <w:rFonts w:cs="Times New Roman"/>
        <w:b/>
        <w:noProof/>
        <w:color w:val="000000" w:themeColor="text1"/>
        <w:szCs w:val="20"/>
        <w:lang w:val="tr-TR" w:eastAsia="tr-TR"/>
      </w:rPr>
      <w:drawing>
        <wp:anchor distT="0" distB="0" distL="114300" distR="114300" simplePos="0" relativeHeight="251660288" behindDoc="1" locked="0" layoutInCell="1" allowOverlap="1" wp14:anchorId="7C7EE9E4" wp14:editId="2BDFD4E7">
          <wp:simplePos x="0" y="0"/>
          <wp:positionH relativeFrom="column">
            <wp:posOffset>5890260</wp:posOffset>
          </wp:positionH>
          <wp:positionV relativeFrom="paragraph">
            <wp:posOffset>-360983</wp:posOffset>
          </wp:positionV>
          <wp:extent cx="790575" cy="902335"/>
          <wp:effectExtent l="0" t="0" r="9525" b="0"/>
          <wp:wrapNone/>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t="6199"/>
                  <a:stretch/>
                </pic:blipFill>
                <pic:spPr bwMode="auto">
                  <a:xfrm>
                    <a:off x="0" y="0"/>
                    <a:ext cx="790575" cy="9023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tr-TR" w:eastAsia="tr-TR"/>
      </w:rPr>
      <w:drawing>
        <wp:anchor distT="0" distB="0" distL="114300" distR="114300" simplePos="0" relativeHeight="251659264" behindDoc="1" locked="0" layoutInCell="1" allowOverlap="1" wp14:anchorId="44F76C2C" wp14:editId="62FDAE0C">
          <wp:simplePos x="0" y="0"/>
          <wp:positionH relativeFrom="column">
            <wp:posOffset>-3257</wp:posOffset>
          </wp:positionH>
          <wp:positionV relativeFrom="paragraph">
            <wp:posOffset>-131749</wp:posOffset>
          </wp:positionV>
          <wp:extent cx="1500809" cy="636376"/>
          <wp:effectExtent l="0" t="0" r="4445" b="0"/>
          <wp:wrapNone/>
          <wp:docPr id="1" name="Resim 1" descr="Sıkça Sorulan Sorular | Sağlık Bilimleri Enstitüsü | Gazi Üniversite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ıkça Sorulan Sorular | Sağlık Bilimleri Enstitüsü | Gazi Üniversites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00809" cy="636376"/>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423D">
      <w:rPr>
        <w:rFonts w:cs="Times New Roman"/>
        <w:b/>
        <w:color w:val="000000" w:themeColor="text1"/>
        <w:szCs w:val="20"/>
      </w:rPr>
      <w:t>GAZİ ÜNİVERSİTESİ</w:t>
    </w:r>
    <w:r w:rsidRPr="00310D26">
      <w:rPr>
        <w:noProof/>
        <w:lang w:val="tr-TR" w:eastAsia="tr-TR"/>
      </w:rPr>
      <w:t xml:space="preserve"> </w:t>
    </w:r>
    <w:r w:rsidRPr="0024423D">
      <w:rPr>
        <w:rFonts w:cs="Times New Roman"/>
        <w:b/>
        <w:color w:val="000000" w:themeColor="text1"/>
        <w:szCs w:val="20"/>
      </w:rPr>
      <w:br/>
      <w:t>SAĞLIK BİLİMLERİ ENSTİTÜSÜ</w:t>
    </w:r>
    <w:r w:rsidRPr="0024423D">
      <w:rPr>
        <w:rFonts w:cs="Times New Roman"/>
        <w:b/>
        <w:color w:val="000000" w:themeColor="text1"/>
        <w:szCs w:val="20"/>
      </w:rPr>
      <w:br/>
      <w:t>EN BAŞARILI DOKTORA</w:t>
    </w:r>
    <w:r w:rsidR="008B6300">
      <w:rPr>
        <w:rFonts w:cs="Times New Roman"/>
        <w:b/>
        <w:color w:val="000000" w:themeColor="text1"/>
        <w:szCs w:val="20"/>
      </w:rPr>
      <w:t xml:space="preserve"> TEZ ÖDÜLLERİ YARIŞMASI</w:t>
    </w:r>
    <w:r w:rsidR="008B6300">
      <w:rPr>
        <w:rFonts w:cs="Times New Roman"/>
        <w:b/>
        <w:color w:val="000000" w:themeColor="text1"/>
        <w:szCs w:val="20"/>
      </w:rPr>
      <w:br/>
      <w:t xml:space="preserve">BAŞVURU </w:t>
    </w:r>
    <w:r w:rsidR="001F3C30">
      <w:rPr>
        <w:rFonts w:cs="Times New Roman"/>
        <w:b/>
        <w:color w:val="000000" w:themeColor="text1"/>
        <w:szCs w:val="20"/>
      </w:rPr>
      <w:t>BEYAN FORMU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007549C7"/>
    <w:multiLevelType w:val="hybridMultilevel"/>
    <w:tmpl w:val="07B4F8D2"/>
    <w:lvl w:ilvl="0" w:tplc="135CF77C">
      <w:numFmt w:val="bullet"/>
      <w:lvlText w:val="-"/>
      <w:lvlJc w:val="left"/>
      <w:pPr>
        <w:ind w:left="720" w:hanging="360"/>
      </w:pPr>
      <w:rPr>
        <w:rFonts w:ascii="Times New Roman" w:eastAsia="Times New Roman" w:hAnsi="Times New Roman" w:cs="Times New Roman" w:hint="default"/>
        <w:b/>
        <w:color w:val="000000" w:themeColor="text1"/>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50C073F"/>
    <w:multiLevelType w:val="hybridMultilevel"/>
    <w:tmpl w:val="7A2C7514"/>
    <w:lvl w:ilvl="0" w:tplc="637E7636">
      <w:numFmt w:val="bullet"/>
      <w:lvlText w:val="-"/>
      <w:lvlJc w:val="left"/>
      <w:pPr>
        <w:ind w:left="720" w:hanging="360"/>
      </w:pPr>
      <w:rPr>
        <w:rFonts w:ascii="Times New Roman" w:eastAsia="Times New Roman" w:hAnsi="Times New Roman" w:cs="Times New Roman" w:hint="default"/>
        <w:b w:val="0"/>
        <w:color w:val="000000" w:themeColor="text1"/>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7A107A19"/>
    <w:multiLevelType w:val="hybridMultilevel"/>
    <w:tmpl w:val="16621C48"/>
    <w:lvl w:ilvl="0" w:tplc="6F98A298">
      <w:numFmt w:val="bullet"/>
      <w:lvlText w:val="-"/>
      <w:lvlJc w:val="left"/>
      <w:pPr>
        <w:ind w:left="720" w:hanging="360"/>
      </w:pPr>
      <w:rPr>
        <w:rFonts w:ascii="Times New Roman" w:eastAsiaTheme="minorEastAsia" w:hAnsi="Times New Roman" w:cs="Times New Roman"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1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5074B"/>
    <w:rsid w:val="001F3C30"/>
    <w:rsid w:val="0024423D"/>
    <w:rsid w:val="002663AE"/>
    <w:rsid w:val="0027068D"/>
    <w:rsid w:val="0029639D"/>
    <w:rsid w:val="002A0D24"/>
    <w:rsid w:val="002E258B"/>
    <w:rsid w:val="00300D48"/>
    <w:rsid w:val="00310D26"/>
    <w:rsid w:val="00326F90"/>
    <w:rsid w:val="00337D39"/>
    <w:rsid w:val="003A18D2"/>
    <w:rsid w:val="00482325"/>
    <w:rsid w:val="004B5B2B"/>
    <w:rsid w:val="00564BC5"/>
    <w:rsid w:val="00586F9D"/>
    <w:rsid w:val="005C76A8"/>
    <w:rsid w:val="005F5056"/>
    <w:rsid w:val="006103BA"/>
    <w:rsid w:val="0075743E"/>
    <w:rsid w:val="007C2029"/>
    <w:rsid w:val="008531F2"/>
    <w:rsid w:val="008B6300"/>
    <w:rsid w:val="008E3A5E"/>
    <w:rsid w:val="00900528"/>
    <w:rsid w:val="00925328"/>
    <w:rsid w:val="00941F8E"/>
    <w:rsid w:val="00946DEC"/>
    <w:rsid w:val="009E45AE"/>
    <w:rsid w:val="00A45829"/>
    <w:rsid w:val="00AA1D8D"/>
    <w:rsid w:val="00B47730"/>
    <w:rsid w:val="00B7270D"/>
    <w:rsid w:val="00B94B27"/>
    <w:rsid w:val="00C118F8"/>
    <w:rsid w:val="00CB0664"/>
    <w:rsid w:val="00D070E0"/>
    <w:rsid w:val="00D92728"/>
    <w:rsid w:val="00E777C0"/>
    <w:rsid w:val="00F04EA8"/>
    <w:rsid w:val="00F12873"/>
    <w:rsid w:val="00F2221C"/>
    <w:rsid w:val="00F3338F"/>
    <w:rsid w:val="00F84906"/>
    <w:rsid w:val="00F9683B"/>
    <w:rsid w:val="00FA1E89"/>
    <w:rsid w:val="00FB35C4"/>
    <w:rsid w:val="00FC693F"/>
    <w:rsid w:val="00FD0E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A17E14"/>
  <w14:defaultImageDpi w14:val="300"/>
  <w15:docId w15:val="{1C2A5FE2-B656-43C4-A015-71CA0DF02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onMetni">
    <w:name w:val="Balloon Text"/>
    <w:basedOn w:val="Normal"/>
    <w:link w:val="BalonMetniChar"/>
    <w:uiPriority w:val="99"/>
    <w:semiHidden/>
    <w:unhideWhenUsed/>
    <w:rsid w:val="008B6300"/>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B630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8779521">
      <w:bodyDiv w:val="1"/>
      <w:marLeft w:val="0"/>
      <w:marRight w:val="0"/>
      <w:marTop w:val="0"/>
      <w:marBottom w:val="0"/>
      <w:divBdr>
        <w:top w:val="none" w:sz="0" w:space="0" w:color="auto"/>
        <w:left w:val="none" w:sz="0" w:space="0" w:color="auto"/>
        <w:bottom w:val="none" w:sz="0" w:space="0" w:color="auto"/>
        <w:right w:val="none" w:sz="0" w:space="0" w:color="auto"/>
      </w:divBdr>
    </w:div>
    <w:div w:id="70032455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A8B1B6-2034-42FB-8022-C29DC0A17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964</Words>
  <Characters>5495</Characters>
  <Application>Microsoft Office Word</Application>
  <DocSecurity>0</DocSecurity>
  <Lines>45</Lines>
  <Paragraphs>12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6447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Gazi</cp:lastModifiedBy>
  <cp:revision>7</cp:revision>
  <cp:lastPrinted>2026-09-14T11:05:00Z</cp:lastPrinted>
  <dcterms:created xsi:type="dcterms:W3CDTF">2026-09-15T09:34:00Z</dcterms:created>
  <dcterms:modified xsi:type="dcterms:W3CDTF">2026-09-15T13:53:00Z</dcterms:modified>
  <cp:category/>
</cp:coreProperties>
</file>