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3F646B" w14:textId="384BE28A" w:rsidR="005C7B78" w:rsidRPr="009435D5" w:rsidRDefault="00DD4A73" w:rsidP="00DD4A73">
      <w:pPr>
        <w:widowControl w:val="0"/>
        <w:spacing w:after="240" w:line="322" w:lineRule="exact"/>
        <w:jc w:val="center"/>
        <w:rPr>
          <w:rFonts w:ascii="Times New Roman" w:hAnsi="Times New Roman" w:cs="Times New Roman"/>
          <w:sz w:val="28"/>
          <w:szCs w:val="28"/>
          <w:lang w:val="tr-TR"/>
        </w:rPr>
      </w:pPr>
      <w:r w:rsidRPr="009435D5">
        <w:rPr>
          <w:rFonts w:ascii="Times New Roman" w:eastAsia="Arial" w:hAnsi="Times New Roman" w:cs="Times New Roman"/>
          <w:b/>
          <w:sz w:val="28"/>
          <w:szCs w:val="28"/>
          <w:lang w:val="tr-TR"/>
        </w:rPr>
        <w:t>TÜRK HEMATOLOJİ VAKFINA</w:t>
      </w:r>
    </w:p>
    <w:p w14:paraId="0AFC38F6" w14:textId="35952123" w:rsidR="005C7B78" w:rsidRPr="009435D5" w:rsidRDefault="00DD4A73">
      <w:pPr>
        <w:widowControl w:val="0"/>
        <w:ind w:left="283" w:right="210"/>
        <w:jc w:val="both"/>
        <w:rPr>
          <w:rFonts w:ascii="Times New Roman" w:hAnsi="Times New Roman" w:cs="Times New Roman"/>
          <w:szCs w:val="24"/>
          <w:lang w:val="tr-TR"/>
        </w:rPr>
      </w:pPr>
      <w:r w:rsidRPr="009435D5">
        <w:rPr>
          <w:rFonts w:ascii="Times New Roman" w:eastAsia="Arial" w:hAnsi="Times New Roman" w:cs="Times New Roman"/>
          <w:szCs w:val="24"/>
          <w:lang w:val="tr-TR"/>
        </w:rPr>
        <w:t>Vakfınız aracılığıyla verilmekte olan karşılıksız eğitim bursundan yararlanmak istiyorum.</w:t>
      </w:r>
      <w:r w:rsidR="00A03357" w:rsidRPr="009435D5">
        <w:rPr>
          <w:rFonts w:ascii="Times New Roman" w:eastAsia="Arial" w:hAnsi="Times New Roman" w:cs="Times New Roman"/>
          <w:szCs w:val="24"/>
          <w:lang w:val="tr-TR"/>
        </w:rPr>
        <w:t xml:space="preserve"> </w:t>
      </w:r>
      <w:r w:rsidRPr="009435D5">
        <w:rPr>
          <w:rFonts w:ascii="Times New Roman" w:eastAsia="Arial" w:hAnsi="Times New Roman" w:cs="Times New Roman"/>
          <w:szCs w:val="24"/>
          <w:lang w:val="tr-TR"/>
        </w:rPr>
        <w:t>Hiçbir kurum/kuruluş veya şahıstan burs almamakta ve herhangi bir kurum/kuruluşta tam zamanlı olarak çalışmamaktayım. Hiçbir suç veya terör örgütü ile iltisak, irtibat ve yakınlığım bulunmamaktadır. Türk Hematoloji Vakfı ve LÖSEMA Derneği’nce tarafıma e-posta, mesaj, sosyal medya araçları, iletişim kanalları vb. yollarla her türlü bildirimin yapılmasına açık rıza gösterdiğimi, bursa hak kazanmam halinde bilgilerimde değişiklik olması durumunda 15 gün içinde kurumunuza bildireceğimi, bu formdaki tüm bilgilerin doğru olduğunu, bilgilerde eksik veya yanlış olması halinde bursumun kesileceğini ve aldığım tüm bursları iade edeceğimi, bursumun hangi sebeple olursa olsun durdurulması, kesilmesi ya da iptal edilmesi halinde kurumlarınızdan hiçbir hak ve alacak talebinde bulunmayacağımı kabul, beyan ve taahhüt ederim.</w:t>
      </w:r>
    </w:p>
    <w:p w14:paraId="0921F1EA" w14:textId="4EDE0A66" w:rsidR="005C7B78" w:rsidRPr="009435D5" w:rsidRDefault="00000000">
      <w:pPr>
        <w:widowControl w:val="0"/>
        <w:spacing w:before="500" w:after="1005"/>
        <w:ind w:left="6160" w:right="1060"/>
        <w:jc w:val="center"/>
        <w:rPr>
          <w:rFonts w:ascii="Times New Roman" w:hAnsi="Times New Roman" w:cs="Times New Roman"/>
          <w:szCs w:val="24"/>
          <w:lang w:val="tr-TR"/>
        </w:rPr>
      </w:pPr>
      <w:r w:rsidRPr="009435D5">
        <w:rPr>
          <w:rFonts w:ascii="Times New Roman" w:eastAsia="Arial" w:hAnsi="Times New Roman" w:cs="Times New Roman"/>
          <w:b/>
          <w:szCs w:val="24"/>
          <w:lang w:val="tr-TR"/>
        </w:rPr>
        <w:t>Adı – Soyadı</w:t>
      </w:r>
      <w:r w:rsidRPr="009435D5">
        <w:rPr>
          <w:rFonts w:ascii="Times New Roman" w:eastAsia="Arial" w:hAnsi="Times New Roman" w:cs="Times New Roman"/>
          <w:b/>
          <w:szCs w:val="24"/>
          <w:lang w:val="tr-TR"/>
        </w:rPr>
        <w:br/>
      </w:r>
      <w:r w:rsidR="00DD4A73" w:rsidRPr="009435D5">
        <w:rPr>
          <w:rFonts w:ascii="Times New Roman" w:eastAsia="Arial" w:hAnsi="Times New Roman" w:cs="Times New Roman"/>
          <w:b/>
          <w:szCs w:val="24"/>
          <w:lang w:val="tr-TR"/>
        </w:rPr>
        <w:t xml:space="preserve"> </w:t>
      </w:r>
      <w:r w:rsidRPr="009435D5">
        <w:rPr>
          <w:rFonts w:ascii="Times New Roman" w:eastAsia="Arial" w:hAnsi="Times New Roman" w:cs="Times New Roman"/>
          <w:b/>
          <w:szCs w:val="24"/>
          <w:lang w:val="tr-TR"/>
        </w:rPr>
        <w:t>İmz</w:t>
      </w:r>
      <w:r w:rsidR="00424AD9" w:rsidRPr="009435D5">
        <w:rPr>
          <w:rFonts w:ascii="Times New Roman" w:eastAsia="Arial" w:hAnsi="Times New Roman" w:cs="Times New Roman"/>
          <w:b/>
          <w:szCs w:val="24"/>
          <w:lang w:val="tr-TR"/>
        </w:rPr>
        <w:t>a</w:t>
      </w:r>
    </w:p>
    <w:p w14:paraId="764A487D" w14:textId="77777777" w:rsidR="005C7B78" w:rsidRPr="009435D5" w:rsidRDefault="00000000" w:rsidP="00424AD9">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1.BURS BAŞVURUSUNDA BULUNAN ÖĞRENCİYE AİT BİLGİLER:</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6803"/>
      </w:tblGrid>
      <w:tr w:rsidR="005C7B78" w:rsidRPr="009435D5" w14:paraId="22B81AB1" w14:textId="77777777">
        <w:trPr>
          <w:cantSplit/>
          <w:trHeight w:hRule="exact" w:val="691"/>
          <w:jc w:val="center"/>
        </w:trPr>
        <w:tc>
          <w:tcPr>
            <w:tcW w:w="2830" w:type="dxa"/>
            <w:tcMar>
              <w:top w:w="0" w:type="dxa"/>
              <w:left w:w="88" w:type="dxa"/>
              <w:bottom w:w="0" w:type="dxa"/>
              <w:right w:w="88" w:type="dxa"/>
            </w:tcMar>
            <w:vAlign w:val="center"/>
          </w:tcPr>
          <w:p w14:paraId="1ACBE33E"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Adı - Soyadı</w:t>
            </w:r>
          </w:p>
        </w:tc>
        <w:tc>
          <w:tcPr>
            <w:tcW w:w="6803" w:type="dxa"/>
            <w:tcMar>
              <w:top w:w="0" w:type="dxa"/>
              <w:left w:w="88" w:type="dxa"/>
              <w:bottom w:w="0" w:type="dxa"/>
              <w:right w:w="88" w:type="dxa"/>
            </w:tcMar>
            <w:vAlign w:val="center"/>
          </w:tcPr>
          <w:p w14:paraId="1AD9705B"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0EFBAAD3" w14:textId="77777777">
        <w:trPr>
          <w:cantSplit/>
          <w:trHeight w:hRule="exact" w:val="689"/>
          <w:jc w:val="center"/>
        </w:trPr>
        <w:tc>
          <w:tcPr>
            <w:tcW w:w="2830" w:type="dxa"/>
            <w:tcMar>
              <w:top w:w="0" w:type="dxa"/>
              <w:left w:w="88" w:type="dxa"/>
              <w:bottom w:w="0" w:type="dxa"/>
              <w:right w:w="88" w:type="dxa"/>
            </w:tcMar>
            <w:vAlign w:val="center"/>
          </w:tcPr>
          <w:p w14:paraId="0BE4C4A8"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TC Kimlik Numarası</w:t>
            </w:r>
          </w:p>
        </w:tc>
        <w:tc>
          <w:tcPr>
            <w:tcW w:w="6803" w:type="dxa"/>
            <w:tcMar>
              <w:top w:w="0" w:type="dxa"/>
              <w:left w:w="88" w:type="dxa"/>
              <w:bottom w:w="0" w:type="dxa"/>
              <w:right w:w="88" w:type="dxa"/>
            </w:tcMar>
            <w:vAlign w:val="center"/>
          </w:tcPr>
          <w:p w14:paraId="62591807"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B15E52C" w14:textId="77777777">
        <w:trPr>
          <w:cantSplit/>
          <w:trHeight w:hRule="exact" w:val="692"/>
          <w:jc w:val="center"/>
        </w:trPr>
        <w:tc>
          <w:tcPr>
            <w:tcW w:w="2830" w:type="dxa"/>
            <w:tcMar>
              <w:top w:w="0" w:type="dxa"/>
              <w:left w:w="88" w:type="dxa"/>
              <w:bottom w:w="0" w:type="dxa"/>
              <w:right w:w="88" w:type="dxa"/>
            </w:tcMar>
            <w:vAlign w:val="center"/>
          </w:tcPr>
          <w:p w14:paraId="67D511CE"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Üniversite Adı</w:t>
            </w:r>
          </w:p>
        </w:tc>
        <w:tc>
          <w:tcPr>
            <w:tcW w:w="6803" w:type="dxa"/>
            <w:tcMar>
              <w:top w:w="0" w:type="dxa"/>
              <w:left w:w="88" w:type="dxa"/>
              <w:bottom w:w="0" w:type="dxa"/>
              <w:right w:w="88" w:type="dxa"/>
            </w:tcMar>
            <w:vAlign w:val="center"/>
          </w:tcPr>
          <w:p w14:paraId="7418EBAB"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43769954" w14:textId="77777777">
        <w:trPr>
          <w:cantSplit/>
          <w:trHeight w:hRule="exact" w:val="689"/>
          <w:jc w:val="center"/>
        </w:trPr>
        <w:tc>
          <w:tcPr>
            <w:tcW w:w="2830" w:type="dxa"/>
            <w:tcMar>
              <w:top w:w="0" w:type="dxa"/>
              <w:left w:w="88" w:type="dxa"/>
              <w:bottom w:w="0" w:type="dxa"/>
              <w:right w:w="88" w:type="dxa"/>
            </w:tcMar>
            <w:vAlign w:val="center"/>
          </w:tcPr>
          <w:p w14:paraId="1205B1F6"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Fakülte/Bölüm Adı</w:t>
            </w:r>
          </w:p>
        </w:tc>
        <w:tc>
          <w:tcPr>
            <w:tcW w:w="6803" w:type="dxa"/>
            <w:tcMar>
              <w:top w:w="0" w:type="dxa"/>
              <w:left w:w="88" w:type="dxa"/>
              <w:bottom w:w="0" w:type="dxa"/>
              <w:right w:w="88" w:type="dxa"/>
            </w:tcMar>
            <w:vAlign w:val="center"/>
          </w:tcPr>
          <w:p w14:paraId="7F88F046" w14:textId="3741BE00"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15E248D1" w14:textId="77777777">
        <w:trPr>
          <w:cantSplit/>
          <w:trHeight w:hRule="exact" w:val="691"/>
          <w:jc w:val="center"/>
        </w:trPr>
        <w:tc>
          <w:tcPr>
            <w:tcW w:w="2830" w:type="dxa"/>
            <w:tcMar>
              <w:top w:w="0" w:type="dxa"/>
              <w:left w:w="88" w:type="dxa"/>
              <w:bottom w:w="0" w:type="dxa"/>
              <w:right w:w="88" w:type="dxa"/>
            </w:tcMar>
            <w:vAlign w:val="center"/>
          </w:tcPr>
          <w:p w14:paraId="37E4F492"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Kaçıncı Sınıfta Olduğu</w:t>
            </w:r>
          </w:p>
        </w:tc>
        <w:tc>
          <w:tcPr>
            <w:tcW w:w="6803" w:type="dxa"/>
            <w:tcMar>
              <w:top w:w="0" w:type="dxa"/>
              <w:left w:w="88" w:type="dxa"/>
              <w:bottom w:w="0" w:type="dxa"/>
              <w:right w:w="88" w:type="dxa"/>
            </w:tcMar>
            <w:vAlign w:val="center"/>
          </w:tcPr>
          <w:p w14:paraId="658762B3"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31B03336" w14:textId="77777777">
        <w:trPr>
          <w:cantSplit/>
          <w:trHeight w:hRule="exact" w:val="689"/>
          <w:jc w:val="center"/>
        </w:trPr>
        <w:tc>
          <w:tcPr>
            <w:tcW w:w="2830" w:type="dxa"/>
            <w:tcMar>
              <w:top w:w="0" w:type="dxa"/>
              <w:left w:w="88" w:type="dxa"/>
              <w:bottom w:w="0" w:type="dxa"/>
              <w:right w:w="88" w:type="dxa"/>
            </w:tcMar>
            <w:vAlign w:val="center"/>
          </w:tcPr>
          <w:p w14:paraId="251040F6"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Cinsiyeti</w:t>
            </w:r>
          </w:p>
        </w:tc>
        <w:tc>
          <w:tcPr>
            <w:tcW w:w="6803" w:type="dxa"/>
            <w:tcMar>
              <w:top w:w="0" w:type="dxa"/>
              <w:left w:w="88" w:type="dxa"/>
              <w:bottom w:w="0" w:type="dxa"/>
              <w:right w:w="88" w:type="dxa"/>
            </w:tcMar>
            <w:vAlign w:val="center"/>
          </w:tcPr>
          <w:p w14:paraId="7B98D855"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61F1D7F0" w14:textId="77777777">
        <w:trPr>
          <w:cantSplit/>
          <w:trHeight w:hRule="exact" w:val="691"/>
          <w:jc w:val="center"/>
        </w:trPr>
        <w:tc>
          <w:tcPr>
            <w:tcW w:w="2830" w:type="dxa"/>
            <w:tcMar>
              <w:top w:w="0" w:type="dxa"/>
              <w:left w:w="88" w:type="dxa"/>
              <w:bottom w:w="0" w:type="dxa"/>
              <w:right w:w="88" w:type="dxa"/>
            </w:tcMar>
            <w:vAlign w:val="center"/>
          </w:tcPr>
          <w:p w14:paraId="4FA95B89"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Üniversite Kayıt Tarihi</w:t>
            </w:r>
          </w:p>
        </w:tc>
        <w:tc>
          <w:tcPr>
            <w:tcW w:w="6803" w:type="dxa"/>
            <w:tcMar>
              <w:top w:w="0" w:type="dxa"/>
              <w:left w:w="88" w:type="dxa"/>
              <w:bottom w:w="0" w:type="dxa"/>
              <w:right w:w="88" w:type="dxa"/>
            </w:tcMar>
            <w:vAlign w:val="center"/>
          </w:tcPr>
          <w:p w14:paraId="2F296419"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C0B836E" w14:textId="77777777">
        <w:trPr>
          <w:cantSplit/>
          <w:trHeight w:hRule="exact" w:val="689"/>
          <w:jc w:val="center"/>
        </w:trPr>
        <w:tc>
          <w:tcPr>
            <w:tcW w:w="2830" w:type="dxa"/>
            <w:tcMar>
              <w:top w:w="0" w:type="dxa"/>
              <w:left w:w="88" w:type="dxa"/>
              <w:bottom w:w="0" w:type="dxa"/>
              <w:right w:w="88" w:type="dxa"/>
            </w:tcMar>
            <w:vAlign w:val="center"/>
          </w:tcPr>
          <w:p w14:paraId="15F60F9F" w14:textId="537213F9" w:rsidR="00424AD9" w:rsidRPr="009435D5" w:rsidRDefault="00000000" w:rsidP="009435D5">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Burs Başvuru Tarihi</w:t>
            </w:r>
          </w:p>
        </w:tc>
        <w:tc>
          <w:tcPr>
            <w:tcW w:w="6803" w:type="dxa"/>
            <w:tcMar>
              <w:top w:w="0" w:type="dxa"/>
              <w:left w:w="88" w:type="dxa"/>
              <w:bottom w:w="0" w:type="dxa"/>
              <w:right w:w="88" w:type="dxa"/>
            </w:tcMar>
            <w:vAlign w:val="center"/>
          </w:tcPr>
          <w:p w14:paraId="1BC1FCCA"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 /……… /……………</w:t>
            </w:r>
          </w:p>
        </w:tc>
      </w:tr>
      <w:tr w:rsidR="005C7B78" w:rsidRPr="009435D5" w14:paraId="54DF9FEA" w14:textId="77777777">
        <w:trPr>
          <w:cantSplit/>
          <w:trHeight w:hRule="exact" w:val="691"/>
          <w:jc w:val="center"/>
        </w:trPr>
        <w:tc>
          <w:tcPr>
            <w:tcW w:w="2830" w:type="dxa"/>
            <w:tcMar>
              <w:top w:w="0" w:type="dxa"/>
              <w:left w:w="88" w:type="dxa"/>
              <w:bottom w:w="0" w:type="dxa"/>
              <w:right w:w="88" w:type="dxa"/>
            </w:tcMar>
            <w:vAlign w:val="center"/>
          </w:tcPr>
          <w:p w14:paraId="2DBD627B" w14:textId="77777777" w:rsidR="00DD4A73" w:rsidRDefault="00000000" w:rsidP="009435D5">
            <w:pPr>
              <w:widowControl w:val="0"/>
              <w:rPr>
                <w:rFonts w:ascii="Times New Roman" w:eastAsia="Arial" w:hAnsi="Times New Roman" w:cs="Times New Roman"/>
                <w:b/>
                <w:szCs w:val="24"/>
                <w:lang w:val="tr-TR"/>
              </w:rPr>
            </w:pPr>
            <w:r w:rsidRPr="009435D5">
              <w:rPr>
                <w:rFonts w:ascii="Times New Roman" w:eastAsia="Arial" w:hAnsi="Times New Roman" w:cs="Times New Roman"/>
                <w:b/>
                <w:szCs w:val="24"/>
                <w:lang w:val="tr-TR"/>
              </w:rPr>
              <w:t>Cep Telefonu No</w:t>
            </w:r>
          </w:p>
          <w:p w14:paraId="6EB67457" w14:textId="77777777" w:rsidR="00320914" w:rsidRPr="00320914" w:rsidRDefault="00320914" w:rsidP="00320914">
            <w:pPr>
              <w:rPr>
                <w:rFonts w:ascii="Times New Roman" w:hAnsi="Times New Roman" w:cs="Times New Roman"/>
                <w:szCs w:val="24"/>
                <w:lang w:val="tr-TR"/>
              </w:rPr>
            </w:pPr>
          </w:p>
          <w:p w14:paraId="791966C7" w14:textId="77777777" w:rsidR="00320914" w:rsidRPr="00320914" w:rsidRDefault="00320914" w:rsidP="00320914">
            <w:pPr>
              <w:rPr>
                <w:rFonts w:ascii="Times New Roman" w:hAnsi="Times New Roman" w:cs="Times New Roman"/>
                <w:szCs w:val="24"/>
                <w:lang w:val="tr-TR"/>
              </w:rPr>
            </w:pPr>
          </w:p>
          <w:p w14:paraId="42786C90" w14:textId="77777777" w:rsidR="00320914" w:rsidRPr="00320914" w:rsidRDefault="00320914" w:rsidP="00320914">
            <w:pPr>
              <w:rPr>
                <w:rFonts w:ascii="Times New Roman" w:hAnsi="Times New Roman" w:cs="Times New Roman"/>
                <w:szCs w:val="24"/>
                <w:lang w:val="tr-TR"/>
              </w:rPr>
            </w:pPr>
          </w:p>
          <w:p w14:paraId="3CB068AE" w14:textId="77777777" w:rsidR="00320914" w:rsidRPr="00320914" w:rsidRDefault="00320914" w:rsidP="00320914">
            <w:pPr>
              <w:rPr>
                <w:rFonts w:ascii="Times New Roman" w:hAnsi="Times New Roman" w:cs="Times New Roman"/>
                <w:szCs w:val="24"/>
                <w:lang w:val="tr-TR"/>
              </w:rPr>
            </w:pPr>
          </w:p>
          <w:p w14:paraId="3A572925" w14:textId="77777777" w:rsidR="00320914" w:rsidRPr="00320914" w:rsidRDefault="00320914" w:rsidP="00320914">
            <w:pPr>
              <w:rPr>
                <w:rFonts w:ascii="Times New Roman" w:hAnsi="Times New Roman" w:cs="Times New Roman"/>
                <w:szCs w:val="24"/>
                <w:lang w:val="tr-TR"/>
              </w:rPr>
            </w:pPr>
          </w:p>
          <w:p w14:paraId="60BE200D" w14:textId="7A5F5000" w:rsidR="00320914" w:rsidRPr="00320914" w:rsidRDefault="00320914" w:rsidP="00320914">
            <w:pPr>
              <w:rPr>
                <w:rFonts w:ascii="Times New Roman" w:hAnsi="Times New Roman" w:cs="Times New Roman"/>
                <w:szCs w:val="24"/>
                <w:lang w:val="tr-TR"/>
              </w:rPr>
            </w:pPr>
          </w:p>
        </w:tc>
        <w:tc>
          <w:tcPr>
            <w:tcW w:w="6803" w:type="dxa"/>
            <w:tcMar>
              <w:top w:w="0" w:type="dxa"/>
              <w:left w:w="88" w:type="dxa"/>
              <w:bottom w:w="0" w:type="dxa"/>
              <w:right w:w="88" w:type="dxa"/>
            </w:tcMar>
            <w:vAlign w:val="center"/>
          </w:tcPr>
          <w:p w14:paraId="2E70FFED" w14:textId="77777777" w:rsidR="005C7B78" w:rsidRPr="009435D5" w:rsidRDefault="005C7B78">
            <w:pPr>
              <w:widowControl w:val="0"/>
              <w:spacing w:line="230" w:lineRule="exact"/>
              <w:rPr>
                <w:rFonts w:ascii="Times New Roman" w:hAnsi="Times New Roman" w:cs="Times New Roman"/>
                <w:szCs w:val="24"/>
                <w:lang w:val="tr-TR"/>
              </w:rPr>
            </w:pPr>
          </w:p>
          <w:p w14:paraId="4BE81BBE" w14:textId="77777777" w:rsidR="00C85E14" w:rsidRPr="009435D5" w:rsidRDefault="00C85E14" w:rsidP="00C85E14">
            <w:pPr>
              <w:rPr>
                <w:rFonts w:ascii="Times New Roman" w:hAnsi="Times New Roman" w:cs="Times New Roman"/>
                <w:szCs w:val="24"/>
                <w:lang w:val="tr-TR"/>
              </w:rPr>
            </w:pPr>
          </w:p>
          <w:p w14:paraId="169A5BAD" w14:textId="77777777" w:rsidR="00C85E14" w:rsidRPr="009435D5" w:rsidRDefault="00C85E14" w:rsidP="00C85E14">
            <w:pPr>
              <w:rPr>
                <w:rFonts w:ascii="Times New Roman" w:hAnsi="Times New Roman" w:cs="Times New Roman"/>
                <w:szCs w:val="24"/>
                <w:lang w:val="tr-TR"/>
              </w:rPr>
            </w:pPr>
          </w:p>
          <w:p w14:paraId="4DC60EE0" w14:textId="77777777" w:rsidR="00DD4A73" w:rsidRPr="009435D5" w:rsidRDefault="00DD4A73" w:rsidP="00DD4A73">
            <w:pPr>
              <w:rPr>
                <w:rFonts w:ascii="Times New Roman" w:hAnsi="Times New Roman" w:cs="Times New Roman"/>
                <w:szCs w:val="24"/>
                <w:lang w:val="tr-TR"/>
              </w:rPr>
            </w:pPr>
          </w:p>
          <w:p w14:paraId="19EFE98D" w14:textId="77777777" w:rsidR="00DD4A73" w:rsidRPr="009435D5" w:rsidRDefault="00DD4A73" w:rsidP="00DD4A73">
            <w:pPr>
              <w:rPr>
                <w:rFonts w:ascii="Times New Roman" w:hAnsi="Times New Roman" w:cs="Times New Roman"/>
                <w:szCs w:val="24"/>
                <w:lang w:val="tr-TR"/>
              </w:rPr>
            </w:pPr>
          </w:p>
          <w:p w14:paraId="51A83E8A" w14:textId="77777777" w:rsidR="00DD4A73" w:rsidRPr="009435D5" w:rsidRDefault="00DD4A73" w:rsidP="00DD4A73">
            <w:pPr>
              <w:rPr>
                <w:rFonts w:ascii="Times New Roman" w:hAnsi="Times New Roman" w:cs="Times New Roman"/>
                <w:szCs w:val="24"/>
                <w:lang w:val="tr-TR"/>
              </w:rPr>
            </w:pPr>
          </w:p>
          <w:p w14:paraId="07C13EAE" w14:textId="77777777" w:rsidR="00DD4A73" w:rsidRPr="009435D5" w:rsidRDefault="00DD4A73" w:rsidP="00DD4A73">
            <w:pPr>
              <w:rPr>
                <w:rFonts w:ascii="Times New Roman" w:hAnsi="Times New Roman" w:cs="Times New Roman"/>
                <w:szCs w:val="24"/>
                <w:lang w:val="tr-TR"/>
              </w:rPr>
            </w:pPr>
          </w:p>
          <w:p w14:paraId="78E06DC2" w14:textId="77777777" w:rsidR="00DD4A73" w:rsidRPr="009435D5" w:rsidRDefault="00DD4A73" w:rsidP="00DD4A73">
            <w:pPr>
              <w:rPr>
                <w:rFonts w:ascii="Times New Roman" w:hAnsi="Times New Roman" w:cs="Times New Roman"/>
                <w:szCs w:val="24"/>
                <w:lang w:val="tr-TR"/>
              </w:rPr>
            </w:pPr>
          </w:p>
        </w:tc>
      </w:tr>
    </w:tbl>
    <w:p w14:paraId="2206B830" w14:textId="77777777" w:rsidR="005C7B78" w:rsidRPr="009435D5" w:rsidRDefault="00000000">
      <w:pPr>
        <w:pageBreakBefore/>
        <w:widowControl w:val="0"/>
        <w:ind w:left="283"/>
        <w:rPr>
          <w:rFonts w:ascii="Times New Roman" w:hAnsi="Times New Roman" w:cs="Times New Roman"/>
          <w:szCs w:val="24"/>
          <w:lang w:val="tr-TR"/>
        </w:rPr>
      </w:pPr>
      <w:r w:rsidRPr="009435D5">
        <w:rPr>
          <w:rFonts w:ascii="Times New Roman" w:eastAsia="Arial" w:hAnsi="Times New Roman" w:cs="Times New Roman"/>
          <w:b/>
          <w:szCs w:val="24"/>
          <w:lang w:val="tr-TR"/>
        </w:rPr>
        <w:lastRenderedPageBreak/>
        <w:t>1.BURS BAŞVURUSUNDA BULUNAN ÖĞRENCİYE AİT BİLGİLER (devamı):</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2"/>
        <w:gridCol w:w="5951"/>
      </w:tblGrid>
      <w:tr w:rsidR="005C7B78" w:rsidRPr="009435D5" w14:paraId="751E64E4" w14:textId="77777777">
        <w:trPr>
          <w:cantSplit/>
          <w:trHeight w:hRule="exact" w:val="689"/>
          <w:jc w:val="center"/>
        </w:trPr>
        <w:tc>
          <w:tcPr>
            <w:tcW w:w="3682" w:type="dxa"/>
            <w:tcMar>
              <w:top w:w="0" w:type="dxa"/>
              <w:left w:w="88" w:type="dxa"/>
              <w:bottom w:w="0" w:type="dxa"/>
              <w:right w:w="88" w:type="dxa"/>
            </w:tcMar>
            <w:vAlign w:val="center"/>
          </w:tcPr>
          <w:p w14:paraId="76D4DDA7"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Nüfusa Kayıtlı</w:t>
            </w:r>
            <w:r w:rsidRPr="009435D5">
              <w:rPr>
                <w:rFonts w:ascii="Times New Roman" w:eastAsia="Arial" w:hAnsi="Times New Roman" w:cs="Times New Roman"/>
                <w:b/>
                <w:szCs w:val="24"/>
                <w:lang w:val="tr-TR"/>
              </w:rPr>
              <w:br/>
              <w:t>Olduğu Yer</w:t>
            </w:r>
          </w:p>
        </w:tc>
        <w:tc>
          <w:tcPr>
            <w:tcW w:w="5951" w:type="dxa"/>
            <w:tcMar>
              <w:top w:w="0" w:type="dxa"/>
              <w:left w:w="88" w:type="dxa"/>
              <w:bottom w:w="0" w:type="dxa"/>
              <w:right w:w="88" w:type="dxa"/>
            </w:tcMar>
            <w:vAlign w:val="center"/>
          </w:tcPr>
          <w:p w14:paraId="5F48562A"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05F337F5" w14:textId="77777777">
        <w:trPr>
          <w:cantSplit/>
          <w:trHeight w:hRule="exact" w:val="691"/>
          <w:jc w:val="center"/>
        </w:trPr>
        <w:tc>
          <w:tcPr>
            <w:tcW w:w="3682" w:type="dxa"/>
            <w:tcMar>
              <w:top w:w="0" w:type="dxa"/>
              <w:left w:w="88" w:type="dxa"/>
              <w:bottom w:w="0" w:type="dxa"/>
              <w:right w:w="88" w:type="dxa"/>
            </w:tcMar>
            <w:vAlign w:val="center"/>
          </w:tcPr>
          <w:p w14:paraId="2A1184A7"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Doğum Yeri</w:t>
            </w:r>
          </w:p>
        </w:tc>
        <w:tc>
          <w:tcPr>
            <w:tcW w:w="5951" w:type="dxa"/>
            <w:tcMar>
              <w:top w:w="0" w:type="dxa"/>
              <w:left w:w="88" w:type="dxa"/>
              <w:bottom w:w="0" w:type="dxa"/>
              <w:right w:w="88" w:type="dxa"/>
            </w:tcMar>
            <w:vAlign w:val="center"/>
          </w:tcPr>
          <w:p w14:paraId="7D1ABDE0"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3E3E0965" w14:textId="77777777">
        <w:trPr>
          <w:cantSplit/>
          <w:trHeight w:hRule="exact" w:val="689"/>
          <w:jc w:val="center"/>
        </w:trPr>
        <w:tc>
          <w:tcPr>
            <w:tcW w:w="3682" w:type="dxa"/>
            <w:tcMar>
              <w:top w:w="0" w:type="dxa"/>
              <w:left w:w="88" w:type="dxa"/>
              <w:bottom w:w="0" w:type="dxa"/>
              <w:right w:w="88" w:type="dxa"/>
            </w:tcMar>
            <w:vAlign w:val="center"/>
          </w:tcPr>
          <w:p w14:paraId="5EB675F6"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Doğum Tarihi</w:t>
            </w:r>
            <w:r w:rsidRPr="009435D5">
              <w:rPr>
                <w:rFonts w:ascii="Times New Roman" w:eastAsia="Arial" w:hAnsi="Times New Roman" w:cs="Times New Roman"/>
                <w:b/>
                <w:szCs w:val="24"/>
                <w:lang w:val="tr-TR"/>
              </w:rPr>
              <w:br/>
              <w:t>(gün/ay/yıl)</w:t>
            </w:r>
          </w:p>
        </w:tc>
        <w:tc>
          <w:tcPr>
            <w:tcW w:w="5951" w:type="dxa"/>
            <w:tcMar>
              <w:top w:w="0" w:type="dxa"/>
              <w:left w:w="88" w:type="dxa"/>
              <w:bottom w:w="0" w:type="dxa"/>
              <w:right w:w="88" w:type="dxa"/>
            </w:tcMar>
            <w:vAlign w:val="center"/>
          </w:tcPr>
          <w:p w14:paraId="18D854E8"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 /……… /……………</w:t>
            </w:r>
          </w:p>
        </w:tc>
      </w:tr>
      <w:tr w:rsidR="005C7B78" w:rsidRPr="009435D5" w14:paraId="6B39BB5E" w14:textId="77777777">
        <w:trPr>
          <w:cantSplit/>
          <w:trHeight w:hRule="exact" w:val="691"/>
          <w:jc w:val="center"/>
        </w:trPr>
        <w:tc>
          <w:tcPr>
            <w:tcW w:w="3682" w:type="dxa"/>
            <w:tcMar>
              <w:top w:w="0" w:type="dxa"/>
              <w:left w:w="88" w:type="dxa"/>
              <w:bottom w:w="0" w:type="dxa"/>
              <w:right w:w="88" w:type="dxa"/>
            </w:tcMar>
            <w:vAlign w:val="center"/>
          </w:tcPr>
          <w:p w14:paraId="6CFB3B9C"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İkametgâh Adresi</w:t>
            </w:r>
          </w:p>
        </w:tc>
        <w:tc>
          <w:tcPr>
            <w:tcW w:w="5951" w:type="dxa"/>
            <w:tcMar>
              <w:top w:w="0" w:type="dxa"/>
              <w:left w:w="88" w:type="dxa"/>
              <w:bottom w:w="0" w:type="dxa"/>
              <w:right w:w="88" w:type="dxa"/>
            </w:tcMar>
            <w:vAlign w:val="center"/>
          </w:tcPr>
          <w:p w14:paraId="7D2ABA4B"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28E7443" w14:textId="77777777">
        <w:trPr>
          <w:cantSplit/>
          <w:trHeight w:hRule="exact" w:val="689"/>
          <w:jc w:val="center"/>
        </w:trPr>
        <w:tc>
          <w:tcPr>
            <w:tcW w:w="3682" w:type="dxa"/>
            <w:tcMar>
              <w:top w:w="0" w:type="dxa"/>
              <w:left w:w="88" w:type="dxa"/>
              <w:bottom w:w="0" w:type="dxa"/>
              <w:right w:w="88" w:type="dxa"/>
            </w:tcMar>
            <w:vAlign w:val="center"/>
          </w:tcPr>
          <w:p w14:paraId="20D5E330"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Yükseköğretim</w:t>
            </w:r>
            <w:r w:rsidRPr="009435D5">
              <w:rPr>
                <w:rFonts w:ascii="Times New Roman" w:eastAsia="Arial" w:hAnsi="Times New Roman" w:cs="Times New Roman"/>
                <w:b/>
                <w:szCs w:val="24"/>
                <w:lang w:val="tr-TR"/>
              </w:rPr>
              <w:br/>
              <w:t>Kurumunun Adresi</w:t>
            </w:r>
          </w:p>
        </w:tc>
        <w:tc>
          <w:tcPr>
            <w:tcW w:w="5951" w:type="dxa"/>
            <w:tcMar>
              <w:top w:w="0" w:type="dxa"/>
              <w:left w:w="88" w:type="dxa"/>
              <w:bottom w:w="0" w:type="dxa"/>
              <w:right w:w="88" w:type="dxa"/>
            </w:tcMar>
            <w:vAlign w:val="center"/>
          </w:tcPr>
          <w:p w14:paraId="48795A6A"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D158B39" w14:textId="77777777">
        <w:trPr>
          <w:cantSplit/>
          <w:trHeight w:hRule="exact" w:val="746"/>
          <w:jc w:val="center"/>
        </w:trPr>
        <w:tc>
          <w:tcPr>
            <w:tcW w:w="3682" w:type="dxa"/>
            <w:tcMar>
              <w:top w:w="0" w:type="dxa"/>
              <w:left w:w="88" w:type="dxa"/>
              <w:bottom w:w="0" w:type="dxa"/>
              <w:right w:w="88" w:type="dxa"/>
            </w:tcMar>
            <w:vAlign w:val="center"/>
          </w:tcPr>
          <w:p w14:paraId="5E0F33C9"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Babasının Adı -</w:t>
            </w:r>
            <w:r w:rsidRPr="009435D5">
              <w:rPr>
                <w:rFonts w:ascii="Times New Roman" w:eastAsia="Arial" w:hAnsi="Times New Roman" w:cs="Times New Roman"/>
                <w:b/>
                <w:szCs w:val="24"/>
                <w:lang w:val="tr-TR"/>
              </w:rPr>
              <w:br/>
              <w:t>Soyadı</w:t>
            </w:r>
          </w:p>
        </w:tc>
        <w:tc>
          <w:tcPr>
            <w:tcW w:w="5951" w:type="dxa"/>
            <w:tcMar>
              <w:top w:w="0" w:type="dxa"/>
              <w:left w:w="88" w:type="dxa"/>
              <w:bottom w:w="0" w:type="dxa"/>
              <w:right w:w="88" w:type="dxa"/>
            </w:tcMar>
            <w:vAlign w:val="center"/>
          </w:tcPr>
          <w:p w14:paraId="08429332"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57AC2261" w14:textId="77777777">
        <w:trPr>
          <w:cantSplit/>
          <w:trHeight w:hRule="exact" w:val="749"/>
          <w:jc w:val="center"/>
        </w:trPr>
        <w:tc>
          <w:tcPr>
            <w:tcW w:w="3682" w:type="dxa"/>
            <w:tcMar>
              <w:top w:w="0" w:type="dxa"/>
              <w:left w:w="88" w:type="dxa"/>
              <w:bottom w:w="0" w:type="dxa"/>
              <w:right w:w="88" w:type="dxa"/>
            </w:tcMar>
            <w:vAlign w:val="center"/>
          </w:tcPr>
          <w:p w14:paraId="3E8B1466"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Babasının TC</w:t>
            </w:r>
            <w:r w:rsidRPr="009435D5">
              <w:rPr>
                <w:rFonts w:ascii="Times New Roman" w:eastAsia="Arial" w:hAnsi="Times New Roman" w:cs="Times New Roman"/>
                <w:b/>
                <w:szCs w:val="24"/>
                <w:lang w:val="tr-TR"/>
              </w:rPr>
              <w:br/>
              <w:t>Kimlik Numarası</w:t>
            </w:r>
          </w:p>
        </w:tc>
        <w:tc>
          <w:tcPr>
            <w:tcW w:w="5951" w:type="dxa"/>
            <w:tcMar>
              <w:top w:w="0" w:type="dxa"/>
              <w:left w:w="88" w:type="dxa"/>
              <w:bottom w:w="0" w:type="dxa"/>
              <w:right w:w="88" w:type="dxa"/>
            </w:tcMar>
            <w:vAlign w:val="center"/>
          </w:tcPr>
          <w:p w14:paraId="789A6F48"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6346ABFC" w14:textId="77777777">
        <w:trPr>
          <w:cantSplit/>
          <w:trHeight w:hRule="exact" w:val="634"/>
          <w:jc w:val="center"/>
        </w:trPr>
        <w:tc>
          <w:tcPr>
            <w:tcW w:w="3682" w:type="dxa"/>
            <w:tcMar>
              <w:top w:w="0" w:type="dxa"/>
              <w:left w:w="88" w:type="dxa"/>
              <w:bottom w:w="0" w:type="dxa"/>
              <w:right w:w="88" w:type="dxa"/>
            </w:tcMar>
            <w:vAlign w:val="center"/>
          </w:tcPr>
          <w:p w14:paraId="01AFBB6F"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Babası Yaşıyor mu?</w:t>
            </w:r>
          </w:p>
        </w:tc>
        <w:tc>
          <w:tcPr>
            <w:tcW w:w="5951" w:type="dxa"/>
            <w:tcMar>
              <w:top w:w="0" w:type="dxa"/>
              <w:left w:w="88" w:type="dxa"/>
              <w:bottom w:w="0" w:type="dxa"/>
              <w:right w:w="88" w:type="dxa"/>
            </w:tcMar>
            <w:vAlign w:val="center"/>
          </w:tcPr>
          <w:p w14:paraId="4DB63CC8"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1927ED04" w14:textId="77777777">
        <w:trPr>
          <w:cantSplit/>
          <w:trHeight w:hRule="exact" w:val="634"/>
          <w:jc w:val="center"/>
        </w:trPr>
        <w:tc>
          <w:tcPr>
            <w:tcW w:w="3682" w:type="dxa"/>
            <w:tcMar>
              <w:top w:w="0" w:type="dxa"/>
              <w:left w:w="88" w:type="dxa"/>
              <w:bottom w:w="0" w:type="dxa"/>
              <w:right w:w="88" w:type="dxa"/>
            </w:tcMar>
            <w:vAlign w:val="center"/>
          </w:tcPr>
          <w:p w14:paraId="2940BF89"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Babası Çalışıyor mu?</w:t>
            </w:r>
          </w:p>
        </w:tc>
        <w:tc>
          <w:tcPr>
            <w:tcW w:w="5951" w:type="dxa"/>
            <w:tcMar>
              <w:top w:w="0" w:type="dxa"/>
              <w:left w:w="88" w:type="dxa"/>
              <w:bottom w:w="0" w:type="dxa"/>
              <w:right w:w="88" w:type="dxa"/>
            </w:tcMar>
            <w:vAlign w:val="center"/>
          </w:tcPr>
          <w:p w14:paraId="3400AE35"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27B40ABB" w14:textId="77777777">
        <w:trPr>
          <w:cantSplit/>
          <w:trHeight w:hRule="exact" w:val="634"/>
          <w:jc w:val="center"/>
        </w:trPr>
        <w:tc>
          <w:tcPr>
            <w:tcW w:w="3682" w:type="dxa"/>
            <w:tcMar>
              <w:top w:w="0" w:type="dxa"/>
              <w:left w:w="88" w:type="dxa"/>
              <w:bottom w:w="0" w:type="dxa"/>
              <w:right w:w="88" w:type="dxa"/>
            </w:tcMar>
            <w:vAlign w:val="center"/>
          </w:tcPr>
          <w:p w14:paraId="2BBC6A0D"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Babasının Aylık Toplam</w:t>
            </w:r>
            <w:r w:rsidRPr="009435D5">
              <w:rPr>
                <w:rFonts w:ascii="Times New Roman" w:eastAsia="Arial" w:hAnsi="Times New Roman" w:cs="Times New Roman"/>
                <w:b/>
                <w:szCs w:val="24"/>
                <w:lang w:val="tr-TR"/>
              </w:rPr>
              <w:br/>
              <w:t>Kazancı</w:t>
            </w:r>
          </w:p>
        </w:tc>
        <w:tc>
          <w:tcPr>
            <w:tcW w:w="5951" w:type="dxa"/>
            <w:tcMar>
              <w:top w:w="0" w:type="dxa"/>
              <w:left w:w="88" w:type="dxa"/>
              <w:bottom w:w="0" w:type="dxa"/>
              <w:right w:w="88" w:type="dxa"/>
            </w:tcMar>
            <w:vAlign w:val="center"/>
          </w:tcPr>
          <w:p w14:paraId="763D4604"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95D7A31" w14:textId="77777777">
        <w:trPr>
          <w:cantSplit/>
          <w:trHeight w:hRule="exact" w:val="634"/>
          <w:jc w:val="center"/>
        </w:trPr>
        <w:tc>
          <w:tcPr>
            <w:tcW w:w="3682" w:type="dxa"/>
            <w:tcMar>
              <w:top w:w="0" w:type="dxa"/>
              <w:left w:w="88" w:type="dxa"/>
              <w:bottom w:w="0" w:type="dxa"/>
              <w:right w:w="88" w:type="dxa"/>
            </w:tcMar>
            <w:vAlign w:val="center"/>
          </w:tcPr>
          <w:p w14:paraId="410C6467"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Annesinin Adı -</w:t>
            </w:r>
            <w:r w:rsidRPr="009435D5">
              <w:rPr>
                <w:rFonts w:ascii="Times New Roman" w:eastAsia="Arial" w:hAnsi="Times New Roman" w:cs="Times New Roman"/>
                <w:b/>
                <w:szCs w:val="24"/>
                <w:lang w:val="tr-TR"/>
              </w:rPr>
              <w:br/>
              <w:t>Soyadı</w:t>
            </w:r>
          </w:p>
        </w:tc>
        <w:tc>
          <w:tcPr>
            <w:tcW w:w="5951" w:type="dxa"/>
            <w:tcMar>
              <w:top w:w="0" w:type="dxa"/>
              <w:left w:w="88" w:type="dxa"/>
              <w:bottom w:w="0" w:type="dxa"/>
              <w:right w:w="88" w:type="dxa"/>
            </w:tcMar>
            <w:vAlign w:val="center"/>
          </w:tcPr>
          <w:p w14:paraId="13748D4D"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633B0DFC" w14:textId="77777777">
        <w:trPr>
          <w:cantSplit/>
          <w:trHeight w:hRule="exact" w:val="634"/>
          <w:jc w:val="center"/>
        </w:trPr>
        <w:tc>
          <w:tcPr>
            <w:tcW w:w="3682" w:type="dxa"/>
            <w:tcMar>
              <w:top w:w="0" w:type="dxa"/>
              <w:left w:w="88" w:type="dxa"/>
              <w:bottom w:w="0" w:type="dxa"/>
              <w:right w:w="88" w:type="dxa"/>
            </w:tcMar>
            <w:vAlign w:val="center"/>
          </w:tcPr>
          <w:p w14:paraId="1225A4FC"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Annesinin TC</w:t>
            </w:r>
            <w:r w:rsidRPr="009435D5">
              <w:rPr>
                <w:rFonts w:ascii="Times New Roman" w:eastAsia="Arial" w:hAnsi="Times New Roman" w:cs="Times New Roman"/>
                <w:b/>
                <w:szCs w:val="24"/>
                <w:lang w:val="tr-TR"/>
              </w:rPr>
              <w:br/>
              <w:t>Kimlik Numarası</w:t>
            </w:r>
          </w:p>
        </w:tc>
        <w:tc>
          <w:tcPr>
            <w:tcW w:w="5951" w:type="dxa"/>
            <w:tcMar>
              <w:top w:w="0" w:type="dxa"/>
              <w:left w:w="88" w:type="dxa"/>
              <w:bottom w:w="0" w:type="dxa"/>
              <w:right w:w="88" w:type="dxa"/>
            </w:tcMar>
            <w:vAlign w:val="center"/>
          </w:tcPr>
          <w:p w14:paraId="493722B3"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2DFD9133" w14:textId="77777777" w:rsidTr="009435D5">
        <w:trPr>
          <w:cantSplit/>
          <w:trHeight w:val="397"/>
          <w:jc w:val="center"/>
        </w:trPr>
        <w:tc>
          <w:tcPr>
            <w:tcW w:w="3682" w:type="dxa"/>
            <w:tcMar>
              <w:top w:w="0" w:type="dxa"/>
              <w:left w:w="88" w:type="dxa"/>
              <w:bottom w:w="0" w:type="dxa"/>
              <w:right w:w="88" w:type="dxa"/>
            </w:tcMar>
            <w:vAlign w:val="center"/>
          </w:tcPr>
          <w:p w14:paraId="6B945808"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Annesi Yaşıyor mu?</w:t>
            </w:r>
          </w:p>
        </w:tc>
        <w:tc>
          <w:tcPr>
            <w:tcW w:w="5951" w:type="dxa"/>
            <w:tcMar>
              <w:top w:w="0" w:type="dxa"/>
              <w:left w:w="88" w:type="dxa"/>
              <w:bottom w:w="0" w:type="dxa"/>
              <w:right w:w="88" w:type="dxa"/>
            </w:tcMar>
            <w:vAlign w:val="center"/>
          </w:tcPr>
          <w:p w14:paraId="350222CB"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783462AC" w14:textId="77777777" w:rsidTr="009435D5">
        <w:trPr>
          <w:cantSplit/>
          <w:trHeight w:val="397"/>
          <w:jc w:val="center"/>
        </w:trPr>
        <w:tc>
          <w:tcPr>
            <w:tcW w:w="3682" w:type="dxa"/>
            <w:tcMar>
              <w:top w:w="0" w:type="dxa"/>
              <w:left w:w="88" w:type="dxa"/>
              <w:bottom w:w="0" w:type="dxa"/>
              <w:right w:w="88" w:type="dxa"/>
            </w:tcMar>
            <w:vAlign w:val="center"/>
          </w:tcPr>
          <w:p w14:paraId="73B827FE"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Annesi Çalışıyor mu?</w:t>
            </w:r>
          </w:p>
        </w:tc>
        <w:tc>
          <w:tcPr>
            <w:tcW w:w="5951" w:type="dxa"/>
            <w:tcMar>
              <w:top w:w="0" w:type="dxa"/>
              <w:left w:w="88" w:type="dxa"/>
              <w:bottom w:w="0" w:type="dxa"/>
              <w:right w:w="88" w:type="dxa"/>
            </w:tcMar>
            <w:vAlign w:val="center"/>
          </w:tcPr>
          <w:p w14:paraId="7AE32CA3"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4E34FA34" w14:textId="77777777">
        <w:trPr>
          <w:cantSplit/>
          <w:trHeight w:hRule="exact" w:val="634"/>
          <w:jc w:val="center"/>
        </w:trPr>
        <w:tc>
          <w:tcPr>
            <w:tcW w:w="3682" w:type="dxa"/>
            <w:tcMar>
              <w:top w:w="0" w:type="dxa"/>
              <w:left w:w="88" w:type="dxa"/>
              <w:bottom w:w="0" w:type="dxa"/>
              <w:right w:w="88" w:type="dxa"/>
            </w:tcMar>
            <w:vAlign w:val="center"/>
          </w:tcPr>
          <w:p w14:paraId="0CBA4B43"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Annesinin Aylık Toplam</w:t>
            </w:r>
            <w:r w:rsidRPr="009435D5">
              <w:rPr>
                <w:rFonts w:ascii="Times New Roman" w:eastAsia="Arial" w:hAnsi="Times New Roman" w:cs="Times New Roman"/>
                <w:b/>
                <w:szCs w:val="24"/>
                <w:lang w:val="tr-TR"/>
              </w:rPr>
              <w:br/>
              <w:t>Kazancı</w:t>
            </w:r>
          </w:p>
        </w:tc>
        <w:tc>
          <w:tcPr>
            <w:tcW w:w="5951" w:type="dxa"/>
            <w:tcMar>
              <w:top w:w="0" w:type="dxa"/>
              <w:left w:w="88" w:type="dxa"/>
              <w:bottom w:w="0" w:type="dxa"/>
              <w:right w:w="88" w:type="dxa"/>
            </w:tcMar>
            <w:vAlign w:val="center"/>
          </w:tcPr>
          <w:p w14:paraId="61E5F6AB"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10EAD013" w14:textId="77777777">
        <w:trPr>
          <w:cantSplit/>
          <w:trHeight w:hRule="exact" w:val="634"/>
          <w:jc w:val="center"/>
        </w:trPr>
        <w:tc>
          <w:tcPr>
            <w:tcW w:w="3682" w:type="dxa"/>
            <w:tcMar>
              <w:top w:w="0" w:type="dxa"/>
              <w:left w:w="88" w:type="dxa"/>
              <w:bottom w:w="0" w:type="dxa"/>
              <w:right w:w="88" w:type="dxa"/>
            </w:tcMar>
            <w:vAlign w:val="center"/>
          </w:tcPr>
          <w:p w14:paraId="616F6EEF"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Hanenin Aylık Toplam Geliri</w:t>
            </w:r>
            <w:r w:rsidRPr="009435D5">
              <w:rPr>
                <w:rFonts w:ascii="Times New Roman" w:eastAsia="Arial" w:hAnsi="Times New Roman" w:cs="Times New Roman"/>
                <w:b/>
                <w:szCs w:val="24"/>
                <w:lang w:val="tr-TR"/>
              </w:rPr>
              <w:br/>
              <w:t>(maaşlar, kira gelirleri vb.)</w:t>
            </w:r>
          </w:p>
        </w:tc>
        <w:tc>
          <w:tcPr>
            <w:tcW w:w="5951" w:type="dxa"/>
            <w:tcMar>
              <w:top w:w="0" w:type="dxa"/>
              <w:left w:w="88" w:type="dxa"/>
              <w:bottom w:w="0" w:type="dxa"/>
              <w:right w:w="88" w:type="dxa"/>
            </w:tcMar>
            <w:vAlign w:val="center"/>
          </w:tcPr>
          <w:p w14:paraId="0AFFC30F"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314D05DB" w14:textId="77777777">
        <w:trPr>
          <w:cantSplit/>
          <w:trHeight w:hRule="exact" w:val="701"/>
          <w:jc w:val="center"/>
        </w:trPr>
        <w:tc>
          <w:tcPr>
            <w:tcW w:w="3682" w:type="dxa"/>
            <w:tcMar>
              <w:top w:w="0" w:type="dxa"/>
              <w:left w:w="88" w:type="dxa"/>
              <w:bottom w:w="0" w:type="dxa"/>
              <w:right w:w="88" w:type="dxa"/>
            </w:tcMar>
            <w:vAlign w:val="center"/>
          </w:tcPr>
          <w:p w14:paraId="1B3D102B"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Üniversite Eğitimi</w:t>
            </w:r>
            <w:r w:rsidRPr="009435D5">
              <w:rPr>
                <w:rFonts w:ascii="Times New Roman" w:eastAsia="Arial" w:hAnsi="Times New Roman" w:cs="Times New Roman"/>
                <w:b/>
                <w:szCs w:val="24"/>
                <w:lang w:val="tr-TR"/>
              </w:rPr>
              <w:br/>
              <w:t>Sırasında Kaldığı Yer</w:t>
            </w:r>
          </w:p>
        </w:tc>
        <w:tc>
          <w:tcPr>
            <w:tcW w:w="5951" w:type="dxa"/>
            <w:tcMar>
              <w:top w:w="0" w:type="dxa"/>
              <w:left w:w="88" w:type="dxa"/>
              <w:bottom w:w="0" w:type="dxa"/>
              <w:right w:w="88" w:type="dxa"/>
            </w:tcMar>
            <w:vAlign w:val="center"/>
          </w:tcPr>
          <w:p w14:paraId="10A1FBFE"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Ailesiyle [   ]     Öğrenci Yurdunda [   ]     Kiralık Evde [   ]</w:t>
            </w:r>
            <w:r w:rsidRPr="009435D5">
              <w:rPr>
                <w:rFonts w:ascii="Times New Roman" w:eastAsia="Arial" w:hAnsi="Times New Roman" w:cs="Times New Roman"/>
                <w:szCs w:val="24"/>
                <w:lang w:val="tr-TR"/>
              </w:rPr>
              <w:br/>
              <w:t>Otel/Pansiyon/Misafirhane [   ]       Diğer [   ]</w:t>
            </w:r>
          </w:p>
        </w:tc>
      </w:tr>
      <w:tr w:rsidR="005C7B78" w:rsidRPr="009435D5" w14:paraId="4797DD0E" w14:textId="77777777" w:rsidTr="009435D5">
        <w:trPr>
          <w:cantSplit/>
          <w:trHeight w:hRule="exact" w:val="1361"/>
          <w:jc w:val="center"/>
        </w:trPr>
        <w:tc>
          <w:tcPr>
            <w:tcW w:w="3682" w:type="dxa"/>
            <w:tcMar>
              <w:top w:w="0" w:type="dxa"/>
              <w:left w:w="88" w:type="dxa"/>
              <w:bottom w:w="0" w:type="dxa"/>
              <w:right w:w="88" w:type="dxa"/>
            </w:tcMar>
            <w:vAlign w:val="center"/>
          </w:tcPr>
          <w:p w14:paraId="72E68071"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İmzası</w:t>
            </w:r>
          </w:p>
        </w:tc>
        <w:tc>
          <w:tcPr>
            <w:tcW w:w="5951" w:type="dxa"/>
            <w:tcMar>
              <w:top w:w="0" w:type="dxa"/>
              <w:left w:w="88" w:type="dxa"/>
              <w:bottom w:w="0" w:type="dxa"/>
              <w:right w:w="88" w:type="dxa"/>
            </w:tcMar>
            <w:vAlign w:val="center"/>
          </w:tcPr>
          <w:p w14:paraId="348C0E60" w14:textId="77777777" w:rsidR="009435D5" w:rsidRPr="009435D5" w:rsidRDefault="00000000">
            <w:pPr>
              <w:widowControl w:val="0"/>
              <w:spacing w:line="230" w:lineRule="exact"/>
              <w:rPr>
                <w:rFonts w:ascii="Times New Roman" w:eastAsia="Arial" w:hAnsi="Times New Roman" w:cs="Times New Roman"/>
                <w:szCs w:val="24"/>
                <w:lang w:val="tr-TR"/>
              </w:rPr>
            </w:pPr>
            <w:r w:rsidRPr="009435D5">
              <w:rPr>
                <w:rFonts w:ascii="Times New Roman" w:eastAsia="Arial" w:hAnsi="Times New Roman" w:cs="Times New Roman"/>
                <w:szCs w:val="24"/>
                <w:lang w:val="tr-TR"/>
              </w:rPr>
              <w:t>…..……………………………………</w:t>
            </w:r>
          </w:p>
          <w:p w14:paraId="0FDA5FBF" w14:textId="7C1050C3"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w:t>
            </w:r>
            <w:proofErr w:type="gramStart"/>
            <w:r w:rsidRPr="009435D5">
              <w:rPr>
                <w:rFonts w:ascii="Times New Roman" w:eastAsia="Arial" w:hAnsi="Times New Roman" w:cs="Times New Roman"/>
                <w:szCs w:val="24"/>
                <w:lang w:val="tr-TR"/>
              </w:rPr>
              <w:t>öğrenci</w:t>
            </w:r>
            <w:proofErr w:type="gramEnd"/>
            <w:r w:rsidRPr="009435D5">
              <w:rPr>
                <w:rFonts w:ascii="Times New Roman" w:eastAsia="Arial" w:hAnsi="Times New Roman" w:cs="Times New Roman"/>
                <w:szCs w:val="24"/>
                <w:lang w:val="tr-TR"/>
              </w:rPr>
              <w:t xml:space="preserve"> tarafından burs başvuru formunun tüm sayfaları imzalanacaktır)</w:t>
            </w:r>
          </w:p>
        </w:tc>
      </w:tr>
    </w:tbl>
    <w:p w14:paraId="2808448B" w14:textId="77777777" w:rsidR="005C7B78" w:rsidRPr="009435D5" w:rsidRDefault="00000000">
      <w:pPr>
        <w:pageBreakBefore/>
        <w:widowControl w:val="0"/>
        <w:ind w:left="283"/>
        <w:rPr>
          <w:rFonts w:ascii="Times New Roman" w:hAnsi="Times New Roman" w:cs="Times New Roman"/>
          <w:szCs w:val="24"/>
          <w:lang w:val="tr-TR"/>
        </w:rPr>
      </w:pPr>
      <w:r w:rsidRPr="009435D5">
        <w:rPr>
          <w:rFonts w:ascii="Times New Roman" w:eastAsia="Arial" w:hAnsi="Times New Roman" w:cs="Times New Roman"/>
          <w:b/>
          <w:szCs w:val="24"/>
          <w:lang w:val="tr-TR"/>
        </w:rPr>
        <w:lastRenderedPageBreak/>
        <w:t>1.BURS BAŞVURUSUNDA BULUNAN ÖĞRENCİYE AİT BİLGİLER (devamı):</w:t>
      </w:r>
    </w:p>
    <w:tbl>
      <w:tblPr>
        <w:tblW w:w="96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2"/>
        <w:gridCol w:w="5951"/>
      </w:tblGrid>
      <w:tr w:rsidR="005C7B78" w:rsidRPr="009435D5" w14:paraId="08C6968D" w14:textId="77777777">
        <w:trPr>
          <w:cantSplit/>
          <w:trHeight w:hRule="exact" w:val="1114"/>
          <w:jc w:val="center"/>
        </w:trPr>
        <w:tc>
          <w:tcPr>
            <w:tcW w:w="3682" w:type="dxa"/>
            <w:tcMar>
              <w:top w:w="0" w:type="dxa"/>
              <w:left w:w="88" w:type="dxa"/>
              <w:bottom w:w="0" w:type="dxa"/>
              <w:right w:w="88" w:type="dxa"/>
            </w:tcMar>
            <w:vAlign w:val="center"/>
          </w:tcPr>
          <w:p w14:paraId="603A55E5"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Resmi veya Özel Herhangi Bir</w:t>
            </w:r>
            <w:r w:rsidRPr="009435D5">
              <w:rPr>
                <w:rFonts w:ascii="Times New Roman" w:eastAsia="Arial" w:hAnsi="Times New Roman" w:cs="Times New Roman"/>
                <w:b/>
                <w:szCs w:val="24"/>
                <w:lang w:val="tr-TR"/>
              </w:rPr>
              <w:br/>
              <w:t>Kurum/Kuruluştan Burs,</w:t>
            </w:r>
            <w:r w:rsidRPr="009435D5">
              <w:rPr>
                <w:rFonts w:ascii="Times New Roman" w:eastAsia="Arial" w:hAnsi="Times New Roman" w:cs="Times New Roman"/>
                <w:b/>
                <w:szCs w:val="24"/>
                <w:lang w:val="tr-TR"/>
              </w:rPr>
              <w:br/>
              <w:t>Kredi veya Benzeri Bir Yardım</w:t>
            </w:r>
            <w:r w:rsidRPr="009435D5">
              <w:rPr>
                <w:rFonts w:ascii="Times New Roman" w:eastAsia="Arial" w:hAnsi="Times New Roman" w:cs="Times New Roman"/>
                <w:b/>
                <w:szCs w:val="24"/>
                <w:lang w:val="tr-TR"/>
              </w:rPr>
              <w:br/>
              <w:t>Alıyor mu?</w:t>
            </w:r>
          </w:p>
        </w:tc>
        <w:tc>
          <w:tcPr>
            <w:tcW w:w="5951" w:type="dxa"/>
            <w:tcMar>
              <w:top w:w="0" w:type="dxa"/>
              <w:left w:w="88" w:type="dxa"/>
              <w:bottom w:w="0" w:type="dxa"/>
              <w:right w:w="88" w:type="dxa"/>
            </w:tcMar>
            <w:vAlign w:val="center"/>
          </w:tcPr>
          <w:p w14:paraId="38FE2462"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0DC4C428" w14:textId="77777777">
        <w:trPr>
          <w:cantSplit/>
          <w:trHeight w:hRule="exact" w:val="838"/>
          <w:jc w:val="center"/>
        </w:trPr>
        <w:tc>
          <w:tcPr>
            <w:tcW w:w="3682" w:type="dxa"/>
            <w:tcMar>
              <w:top w:w="0" w:type="dxa"/>
              <w:left w:w="88" w:type="dxa"/>
              <w:bottom w:w="0" w:type="dxa"/>
              <w:right w:w="88" w:type="dxa"/>
            </w:tcMar>
            <w:vAlign w:val="center"/>
          </w:tcPr>
          <w:p w14:paraId="458A559F"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 Herhangi Bir</w:t>
            </w:r>
            <w:r w:rsidRPr="009435D5">
              <w:rPr>
                <w:rFonts w:ascii="Times New Roman" w:eastAsia="Arial" w:hAnsi="Times New Roman" w:cs="Times New Roman"/>
                <w:b/>
                <w:szCs w:val="24"/>
                <w:lang w:val="tr-TR"/>
              </w:rPr>
              <w:br/>
              <w:t>Kurumda Tam Zamanlı Olarak</w:t>
            </w:r>
            <w:r w:rsidRPr="009435D5">
              <w:rPr>
                <w:rFonts w:ascii="Times New Roman" w:eastAsia="Arial" w:hAnsi="Times New Roman" w:cs="Times New Roman"/>
                <w:b/>
                <w:szCs w:val="24"/>
                <w:lang w:val="tr-TR"/>
              </w:rPr>
              <w:br/>
              <w:t>Çalışıyor mu?</w:t>
            </w:r>
          </w:p>
        </w:tc>
        <w:tc>
          <w:tcPr>
            <w:tcW w:w="5951" w:type="dxa"/>
            <w:tcMar>
              <w:top w:w="0" w:type="dxa"/>
              <w:left w:w="88" w:type="dxa"/>
              <w:bottom w:w="0" w:type="dxa"/>
              <w:right w:w="88" w:type="dxa"/>
            </w:tcMar>
            <w:vAlign w:val="center"/>
          </w:tcPr>
          <w:p w14:paraId="670389A7"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03642A13" w14:textId="77777777">
        <w:trPr>
          <w:cantSplit/>
          <w:trHeight w:hRule="exact" w:val="626"/>
          <w:jc w:val="center"/>
        </w:trPr>
        <w:tc>
          <w:tcPr>
            <w:tcW w:w="3682" w:type="dxa"/>
            <w:tcMar>
              <w:top w:w="0" w:type="dxa"/>
              <w:left w:w="88" w:type="dxa"/>
              <w:bottom w:w="0" w:type="dxa"/>
              <w:right w:w="88" w:type="dxa"/>
            </w:tcMar>
            <w:vAlign w:val="center"/>
          </w:tcPr>
          <w:p w14:paraId="50A5E901"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Anne ve Babasının Evlilik</w:t>
            </w:r>
            <w:r w:rsidRPr="009435D5">
              <w:rPr>
                <w:rFonts w:ascii="Times New Roman" w:eastAsia="Arial" w:hAnsi="Times New Roman" w:cs="Times New Roman"/>
                <w:b/>
                <w:szCs w:val="24"/>
                <w:lang w:val="tr-TR"/>
              </w:rPr>
              <w:br/>
              <w:t>Birliği Sürüyor mu?</w:t>
            </w:r>
          </w:p>
        </w:tc>
        <w:tc>
          <w:tcPr>
            <w:tcW w:w="5951" w:type="dxa"/>
            <w:tcMar>
              <w:top w:w="0" w:type="dxa"/>
              <w:left w:w="88" w:type="dxa"/>
              <w:bottom w:w="0" w:type="dxa"/>
              <w:right w:w="88" w:type="dxa"/>
            </w:tcMar>
            <w:vAlign w:val="center"/>
          </w:tcPr>
          <w:p w14:paraId="07E8A73B"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Evet [   ]                Hayır [   ]</w:t>
            </w:r>
          </w:p>
        </w:tc>
      </w:tr>
      <w:tr w:rsidR="005C7B78" w:rsidRPr="009435D5" w14:paraId="0331D11E" w14:textId="77777777">
        <w:trPr>
          <w:cantSplit/>
          <w:trHeight w:hRule="exact" w:val="425"/>
          <w:jc w:val="center"/>
        </w:trPr>
        <w:tc>
          <w:tcPr>
            <w:tcW w:w="3682" w:type="dxa"/>
            <w:tcMar>
              <w:top w:w="0" w:type="dxa"/>
              <w:left w:w="88" w:type="dxa"/>
              <w:bottom w:w="0" w:type="dxa"/>
              <w:right w:w="88" w:type="dxa"/>
            </w:tcMar>
            <w:vAlign w:val="center"/>
          </w:tcPr>
          <w:p w14:paraId="34AED1C0"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Ailesi Nerede Oturuyor?</w:t>
            </w:r>
          </w:p>
        </w:tc>
        <w:tc>
          <w:tcPr>
            <w:tcW w:w="5951" w:type="dxa"/>
            <w:tcMar>
              <w:top w:w="0" w:type="dxa"/>
              <w:left w:w="88" w:type="dxa"/>
              <w:bottom w:w="0" w:type="dxa"/>
              <w:right w:w="88" w:type="dxa"/>
            </w:tcMar>
            <w:vAlign w:val="center"/>
          </w:tcPr>
          <w:p w14:paraId="31B18B17" w14:textId="77777777" w:rsidR="005C7B78" w:rsidRPr="009435D5" w:rsidRDefault="00000000">
            <w:pPr>
              <w:widowControl w:val="0"/>
              <w:spacing w:line="230" w:lineRule="exact"/>
              <w:rPr>
                <w:rFonts w:ascii="Times New Roman" w:hAnsi="Times New Roman" w:cs="Times New Roman"/>
                <w:szCs w:val="24"/>
                <w:lang w:val="tr-TR"/>
              </w:rPr>
            </w:pPr>
            <w:r w:rsidRPr="009435D5">
              <w:rPr>
                <w:rFonts w:ascii="Times New Roman" w:eastAsia="Arial" w:hAnsi="Times New Roman" w:cs="Times New Roman"/>
                <w:szCs w:val="24"/>
                <w:lang w:val="tr-TR"/>
              </w:rPr>
              <w:t>Kendi Evinde [   ]           Kirada [   ]</w:t>
            </w:r>
          </w:p>
        </w:tc>
      </w:tr>
      <w:tr w:rsidR="005C7B78" w:rsidRPr="009435D5" w14:paraId="23A81A9A" w14:textId="77777777">
        <w:trPr>
          <w:cantSplit/>
          <w:trHeight w:hRule="exact" w:val="838"/>
          <w:jc w:val="center"/>
        </w:trPr>
        <w:tc>
          <w:tcPr>
            <w:tcW w:w="3682" w:type="dxa"/>
            <w:tcMar>
              <w:top w:w="0" w:type="dxa"/>
              <w:left w:w="88" w:type="dxa"/>
              <w:bottom w:w="0" w:type="dxa"/>
              <w:right w:w="88" w:type="dxa"/>
            </w:tcMar>
            <w:vAlign w:val="center"/>
          </w:tcPr>
          <w:p w14:paraId="2930249F"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Ailesinin Bakmakla</w:t>
            </w:r>
            <w:r w:rsidRPr="009435D5">
              <w:rPr>
                <w:rFonts w:ascii="Times New Roman" w:eastAsia="Arial" w:hAnsi="Times New Roman" w:cs="Times New Roman"/>
                <w:b/>
                <w:szCs w:val="24"/>
                <w:lang w:val="tr-TR"/>
              </w:rPr>
              <w:br/>
              <w:t>Yükümlü Olduğu Çocuk</w:t>
            </w:r>
            <w:r w:rsidRPr="009435D5">
              <w:rPr>
                <w:rFonts w:ascii="Times New Roman" w:eastAsia="Arial" w:hAnsi="Times New Roman" w:cs="Times New Roman"/>
                <w:b/>
                <w:szCs w:val="24"/>
                <w:lang w:val="tr-TR"/>
              </w:rPr>
              <w:br/>
              <w:t>Sayısı</w:t>
            </w:r>
          </w:p>
        </w:tc>
        <w:tc>
          <w:tcPr>
            <w:tcW w:w="5951" w:type="dxa"/>
            <w:tcMar>
              <w:top w:w="0" w:type="dxa"/>
              <w:left w:w="88" w:type="dxa"/>
              <w:bottom w:w="0" w:type="dxa"/>
              <w:right w:w="88" w:type="dxa"/>
            </w:tcMar>
            <w:vAlign w:val="center"/>
          </w:tcPr>
          <w:p w14:paraId="36F9AE7F"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49ADFA95" w14:textId="77777777">
        <w:trPr>
          <w:cantSplit/>
          <w:trHeight w:hRule="exact" w:val="1010"/>
          <w:jc w:val="center"/>
        </w:trPr>
        <w:tc>
          <w:tcPr>
            <w:tcW w:w="3682" w:type="dxa"/>
            <w:tcMar>
              <w:top w:w="0" w:type="dxa"/>
              <w:left w:w="88" w:type="dxa"/>
              <w:bottom w:w="0" w:type="dxa"/>
              <w:right w:w="88" w:type="dxa"/>
            </w:tcMar>
            <w:vAlign w:val="center"/>
          </w:tcPr>
          <w:p w14:paraId="03113EF8"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Ailesinde Ciddi Sağlık</w:t>
            </w:r>
            <w:r w:rsidRPr="009435D5">
              <w:rPr>
                <w:rFonts w:ascii="Times New Roman" w:eastAsia="Arial" w:hAnsi="Times New Roman" w:cs="Times New Roman"/>
                <w:b/>
                <w:szCs w:val="24"/>
                <w:lang w:val="tr-TR"/>
              </w:rPr>
              <w:br/>
              <w:t>Sorunu Olan Fertler Var mı?</w:t>
            </w:r>
          </w:p>
        </w:tc>
        <w:tc>
          <w:tcPr>
            <w:tcW w:w="5951" w:type="dxa"/>
            <w:tcMar>
              <w:top w:w="0" w:type="dxa"/>
              <w:left w:w="88" w:type="dxa"/>
              <w:bottom w:w="0" w:type="dxa"/>
              <w:right w:w="88" w:type="dxa"/>
            </w:tcMar>
            <w:vAlign w:val="center"/>
          </w:tcPr>
          <w:p w14:paraId="47A96C56" w14:textId="77777777" w:rsidR="005C7B78" w:rsidRPr="009435D5" w:rsidRDefault="005C7B78">
            <w:pPr>
              <w:widowControl w:val="0"/>
              <w:spacing w:line="230" w:lineRule="exact"/>
              <w:rPr>
                <w:rFonts w:ascii="Times New Roman" w:hAnsi="Times New Roman" w:cs="Times New Roman"/>
                <w:szCs w:val="24"/>
                <w:lang w:val="tr-TR"/>
              </w:rPr>
            </w:pPr>
          </w:p>
        </w:tc>
      </w:tr>
      <w:tr w:rsidR="005C7B78" w:rsidRPr="009435D5" w14:paraId="79E1C17F" w14:textId="77777777" w:rsidTr="009435D5">
        <w:trPr>
          <w:cantSplit/>
          <w:trHeight w:hRule="exact" w:val="1191"/>
          <w:jc w:val="center"/>
        </w:trPr>
        <w:tc>
          <w:tcPr>
            <w:tcW w:w="3682" w:type="dxa"/>
            <w:tcMar>
              <w:top w:w="0" w:type="dxa"/>
              <w:left w:w="88" w:type="dxa"/>
              <w:bottom w:w="0" w:type="dxa"/>
              <w:right w:w="88" w:type="dxa"/>
            </w:tcMar>
            <w:vAlign w:val="center"/>
          </w:tcPr>
          <w:p w14:paraId="327300B8" w14:textId="77777777" w:rsidR="005C7B78" w:rsidRPr="009435D5" w:rsidRDefault="00000000">
            <w:pPr>
              <w:widowControl w:val="0"/>
              <w:rPr>
                <w:rFonts w:ascii="Times New Roman" w:hAnsi="Times New Roman" w:cs="Times New Roman"/>
                <w:szCs w:val="24"/>
                <w:lang w:val="tr-TR"/>
              </w:rPr>
            </w:pPr>
            <w:r w:rsidRPr="009435D5">
              <w:rPr>
                <w:rFonts w:ascii="Times New Roman" w:eastAsia="Arial" w:hAnsi="Times New Roman" w:cs="Times New Roman"/>
                <w:b/>
                <w:szCs w:val="24"/>
                <w:lang w:val="tr-TR"/>
              </w:rPr>
              <w:t>Öğrencinin İmzası</w:t>
            </w:r>
          </w:p>
        </w:tc>
        <w:tc>
          <w:tcPr>
            <w:tcW w:w="5951" w:type="dxa"/>
            <w:tcMar>
              <w:top w:w="0" w:type="dxa"/>
              <w:left w:w="88" w:type="dxa"/>
              <w:bottom w:w="0" w:type="dxa"/>
              <w:right w:w="88" w:type="dxa"/>
            </w:tcMar>
            <w:vAlign w:val="center"/>
          </w:tcPr>
          <w:p w14:paraId="00EF5D7A" w14:textId="77777777" w:rsidR="005C7B78" w:rsidRPr="009435D5" w:rsidRDefault="00000000">
            <w:pPr>
              <w:widowControl w:val="0"/>
              <w:spacing w:line="230" w:lineRule="exact"/>
              <w:rPr>
                <w:rFonts w:ascii="Times New Roman" w:hAnsi="Times New Roman" w:cs="Times New Roman"/>
                <w:szCs w:val="24"/>
                <w:lang w:val="tr-TR"/>
              </w:rPr>
            </w:pPr>
            <w:proofErr w:type="gramStart"/>
            <w:r w:rsidRPr="009435D5">
              <w:rPr>
                <w:rFonts w:ascii="Times New Roman" w:eastAsia="Arial" w:hAnsi="Times New Roman" w:cs="Times New Roman"/>
                <w:szCs w:val="24"/>
                <w:lang w:val="tr-TR"/>
              </w:rPr>
              <w:t>…..</w:t>
            </w:r>
            <w:proofErr w:type="gramEnd"/>
            <w:r w:rsidRPr="009435D5">
              <w:rPr>
                <w:rFonts w:ascii="Times New Roman" w:eastAsia="Arial" w:hAnsi="Times New Roman" w:cs="Times New Roman"/>
                <w:szCs w:val="24"/>
                <w:lang w:val="tr-TR"/>
              </w:rPr>
              <w:t>……………………………………</w:t>
            </w:r>
            <w:r w:rsidRPr="009435D5">
              <w:rPr>
                <w:rFonts w:ascii="Times New Roman" w:eastAsia="Arial" w:hAnsi="Times New Roman" w:cs="Times New Roman"/>
                <w:szCs w:val="24"/>
                <w:lang w:val="tr-TR"/>
              </w:rPr>
              <w:br/>
              <w:t>(öğrenci tarafından burs başvuru formunun tüm sayfaları imzalanacaktır)</w:t>
            </w:r>
          </w:p>
        </w:tc>
      </w:tr>
    </w:tbl>
    <w:p w14:paraId="64C91D79" w14:textId="77777777" w:rsidR="005C7B78" w:rsidRPr="009435D5" w:rsidRDefault="00000000">
      <w:pPr>
        <w:widowControl w:val="0"/>
        <w:spacing w:before="360"/>
        <w:ind w:left="283"/>
        <w:rPr>
          <w:rFonts w:ascii="Times New Roman" w:hAnsi="Times New Roman" w:cs="Times New Roman"/>
          <w:szCs w:val="24"/>
          <w:lang w:val="tr-TR"/>
        </w:rPr>
      </w:pPr>
      <w:r w:rsidRPr="009435D5">
        <w:rPr>
          <w:rFonts w:ascii="Times New Roman" w:eastAsia="Arial" w:hAnsi="Times New Roman" w:cs="Times New Roman"/>
          <w:b/>
          <w:szCs w:val="24"/>
          <w:lang w:val="tr-TR"/>
        </w:rPr>
        <w:t>BURS VERİLEBİLMESİ İÇİN GEREKLİ ŞARTLAR VE BELGELER:</w:t>
      </w:r>
    </w:p>
    <w:p w14:paraId="127C8566"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1.</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T.C. vatandaşı olmak,</w:t>
      </w:r>
    </w:p>
    <w:p w14:paraId="4E1656BF" w14:textId="4CC5AED2" w:rsidR="005C7B78" w:rsidRPr="009435D5" w:rsidRDefault="00000000" w:rsidP="00C85E14">
      <w:pPr>
        <w:widowControl w:val="0"/>
        <w:tabs>
          <w:tab w:val="left" w:pos="1003"/>
        </w:tabs>
        <w:ind w:left="1003" w:hanging="360"/>
        <w:rPr>
          <w:rFonts w:ascii="Times New Roman" w:eastAsia="Arial" w:hAnsi="Times New Roman" w:cs="Times New Roman"/>
          <w:bCs/>
          <w:szCs w:val="24"/>
          <w:lang w:val="tr-TR"/>
        </w:rPr>
      </w:pPr>
      <w:r w:rsidRPr="009435D5">
        <w:rPr>
          <w:rFonts w:ascii="Times New Roman" w:eastAsia="Arial" w:hAnsi="Times New Roman" w:cs="Times New Roman"/>
          <w:b/>
          <w:szCs w:val="24"/>
          <w:lang w:val="tr-TR"/>
        </w:rPr>
        <w:t>2.</w:t>
      </w:r>
      <w:r w:rsidRPr="009435D5">
        <w:rPr>
          <w:rFonts w:ascii="Times New Roman" w:eastAsia="Arial" w:hAnsi="Times New Roman" w:cs="Times New Roman"/>
          <w:b/>
          <w:szCs w:val="24"/>
          <w:lang w:val="tr-TR"/>
        </w:rPr>
        <w:tab/>
      </w:r>
      <w:r w:rsidR="009435D5" w:rsidRPr="009435D5">
        <w:rPr>
          <w:rFonts w:ascii="Times New Roman" w:eastAsia="Arial" w:hAnsi="Times New Roman" w:cs="Times New Roman"/>
          <w:bCs/>
          <w:szCs w:val="24"/>
          <w:lang w:val="tr-TR"/>
        </w:rPr>
        <w:t>Yurt içinde en az 4 yıllık bir lisans programına kayıtlı olmak (</w:t>
      </w:r>
      <w:proofErr w:type="spellStart"/>
      <w:r w:rsidR="009435D5" w:rsidRPr="009435D5">
        <w:rPr>
          <w:rFonts w:ascii="Times New Roman" w:eastAsia="Arial" w:hAnsi="Times New Roman" w:cs="Times New Roman"/>
          <w:bCs/>
          <w:szCs w:val="24"/>
          <w:lang w:val="tr-TR"/>
        </w:rPr>
        <w:t>açıköğretim</w:t>
      </w:r>
      <w:proofErr w:type="spellEnd"/>
      <w:r w:rsidR="009435D5" w:rsidRPr="009435D5">
        <w:rPr>
          <w:rFonts w:ascii="Times New Roman" w:eastAsia="Arial" w:hAnsi="Times New Roman" w:cs="Times New Roman"/>
          <w:bCs/>
          <w:szCs w:val="24"/>
          <w:lang w:val="tr-TR"/>
        </w:rPr>
        <w:t xml:space="preserve"> fakültesi ve ücretli eğitim hariç),</w:t>
      </w:r>
    </w:p>
    <w:p w14:paraId="4A0ABC2C"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3.</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25 yaşından gün almamış olmak,</w:t>
      </w:r>
    </w:p>
    <w:p w14:paraId="18E1B536"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4.</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Herhangi bir resmi veya özel kurum/kuruluştan burs almamak,</w:t>
      </w:r>
    </w:p>
    <w:p w14:paraId="25F18833"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5.</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Herhangi bir kurum/kuruluşta tam zamanlı olarak çalışmamak,</w:t>
      </w:r>
    </w:p>
    <w:p w14:paraId="3E02CD1E"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6.</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 xml:space="preserve">Burs Başvuru </w:t>
      </w:r>
      <w:proofErr w:type="spellStart"/>
      <w:r w:rsidRPr="009435D5">
        <w:rPr>
          <w:rFonts w:ascii="Times New Roman" w:eastAsia="Arial" w:hAnsi="Times New Roman" w:cs="Times New Roman"/>
          <w:szCs w:val="24"/>
          <w:lang w:val="tr-TR"/>
        </w:rPr>
        <w:t>Formu’ndaki</w:t>
      </w:r>
      <w:proofErr w:type="spellEnd"/>
      <w:r w:rsidRPr="009435D5">
        <w:rPr>
          <w:rFonts w:ascii="Times New Roman" w:eastAsia="Arial" w:hAnsi="Times New Roman" w:cs="Times New Roman"/>
          <w:szCs w:val="24"/>
          <w:lang w:val="tr-TR"/>
        </w:rPr>
        <w:t xml:space="preserve"> soruları eksiksiz, doğru ve anlaşılır şekilde doldurmak ve kurumlarımıza teslim etmek,</w:t>
      </w:r>
    </w:p>
    <w:p w14:paraId="0C83C168"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7.</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 xml:space="preserve">Burs Başvuru </w:t>
      </w:r>
      <w:proofErr w:type="spellStart"/>
      <w:r w:rsidRPr="009435D5">
        <w:rPr>
          <w:rFonts w:ascii="Times New Roman" w:eastAsia="Arial" w:hAnsi="Times New Roman" w:cs="Times New Roman"/>
          <w:szCs w:val="24"/>
          <w:lang w:val="tr-TR"/>
        </w:rPr>
        <w:t>Formu’nda</w:t>
      </w:r>
      <w:proofErr w:type="spellEnd"/>
      <w:r w:rsidRPr="009435D5">
        <w:rPr>
          <w:rFonts w:ascii="Times New Roman" w:eastAsia="Arial" w:hAnsi="Times New Roman" w:cs="Times New Roman"/>
          <w:szCs w:val="24"/>
          <w:lang w:val="tr-TR"/>
        </w:rPr>
        <w:t xml:space="preserve"> yer alan “ailenin toplam aylık geliri” bölümünde belirtilen kişiler (Aile bütçesine katkı sağlayan anne, baba ve diğer aile fertleri) adına düzenlenmiş, işyerlerinden alınan maaş bordrosu, sosyal güvenlik kuruluşlarından alınan emekli maaşı belgesi, serbest çalışanlar için vergi dairesinden alınan beyannameyi başvuru belgeleri arasına eklemek,</w:t>
      </w:r>
    </w:p>
    <w:p w14:paraId="359F6D87"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8.</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“Nüfus Kayıt Örneği Belgesi” ve/veya nüfus cüzdanı fotokopisi vermek,</w:t>
      </w:r>
    </w:p>
    <w:p w14:paraId="4039971B"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9.</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Öğrenci belgeleri, transkript vb. evrakları teslim etmek,</w:t>
      </w:r>
    </w:p>
    <w:p w14:paraId="7C66B016" w14:textId="77777777" w:rsidR="005C7B78" w:rsidRPr="009435D5" w:rsidRDefault="00000000">
      <w:pPr>
        <w:widowControl w:val="0"/>
        <w:tabs>
          <w:tab w:val="left" w:pos="1003"/>
        </w:tabs>
        <w:ind w:left="1003" w:hanging="360"/>
        <w:rPr>
          <w:rFonts w:ascii="Times New Roman" w:hAnsi="Times New Roman" w:cs="Times New Roman"/>
          <w:szCs w:val="24"/>
          <w:lang w:val="tr-TR"/>
        </w:rPr>
      </w:pPr>
      <w:r w:rsidRPr="009435D5">
        <w:rPr>
          <w:rFonts w:ascii="Times New Roman" w:eastAsia="Arial" w:hAnsi="Times New Roman" w:cs="Times New Roman"/>
          <w:b/>
          <w:szCs w:val="24"/>
          <w:lang w:val="tr-TR"/>
        </w:rPr>
        <w:t>10.</w:t>
      </w:r>
      <w:r w:rsidRPr="009435D5">
        <w:rPr>
          <w:rFonts w:ascii="Times New Roman" w:eastAsia="Arial" w:hAnsi="Times New Roman" w:cs="Times New Roman"/>
          <w:b/>
          <w:szCs w:val="24"/>
          <w:lang w:val="tr-TR"/>
        </w:rPr>
        <w:tab/>
      </w:r>
      <w:r w:rsidRPr="009435D5">
        <w:rPr>
          <w:rFonts w:ascii="Times New Roman" w:eastAsia="Arial" w:hAnsi="Times New Roman" w:cs="Times New Roman"/>
          <w:szCs w:val="24"/>
          <w:lang w:val="tr-TR"/>
        </w:rPr>
        <w:t>Son 6 ay içinde çekilmiş bir adet fotoğraf eklemek.</w:t>
      </w:r>
    </w:p>
    <w:p w14:paraId="0A7E2E90" w14:textId="28498F82" w:rsidR="005C7B78" w:rsidRPr="009435D5" w:rsidRDefault="00000000">
      <w:pPr>
        <w:widowControl w:val="0"/>
        <w:spacing w:before="400" w:line="270" w:lineRule="exact"/>
        <w:ind w:left="283" w:right="210"/>
        <w:rPr>
          <w:rFonts w:ascii="Times New Roman" w:hAnsi="Times New Roman" w:cs="Times New Roman"/>
          <w:szCs w:val="24"/>
          <w:lang w:val="tr-TR"/>
        </w:rPr>
      </w:pPr>
      <w:r w:rsidRPr="009435D5">
        <w:rPr>
          <w:rFonts w:ascii="Times New Roman" w:eastAsia="Arial" w:hAnsi="Times New Roman" w:cs="Times New Roman"/>
          <w:b/>
          <w:szCs w:val="24"/>
          <w:lang w:val="tr-TR"/>
        </w:rPr>
        <w:t xml:space="preserve">Not: </w:t>
      </w:r>
      <w:r w:rsidRPr="009435D5">
        <w:rPr>
          <w:rFonts w:ascii="Times New Roman" w:eastAsia="Arial" w:hAnsi="Times New Roman" w:cs="Times New Roman"/>
          <w:i/>
          <w:szCs w:val="24"/>
          <w:lang w:val="tr-TR"/>
        </w:rPr>
        <w:t xml:space="preserve">Burs almaya hak kazanan öğrencilerin banka hesabı ve ödeme bilgilerine ilişkin bildirim esasları, Türk Hematoloji Vakfı </w:t>
      </w:r>
      <w:r w:rsidR="009435D5">
        <w:rPr>
          <w:rFonts w:ascii="Times New Roman" w:eastAsia="Arial" w:hAnsi="Times New Roman" w:cs="Times New Roman"/>
          <w:i/>
          <w:szCs w:val="24"/>
          <w:lang w:val="tr-TR"/>
        </w:rPr>
        <w:t xml:space="preserve">ve/veya </w:t>
      </w:r>
      <w:r w:rsidR="009435D5" w:rsidRPr="009435D5">
        <w:rPr>
          <w:rFonts w:ascii="Times New Roman" w:eastAsia="Arial" w:hAnsi="Times New Roman" w:cs="Times New Roman"/>
          <w:i/>
          <w:szCs w:val="24"/>
          <w:lang w:val="tr-TR"/>
        </w:rPr>
        <w:t xml:space="preserve">LÖSEMA Derneği </w:t>
      </w:r>
      <w:r w:rsidRPr="009435D5">
        <w:rPr>
          <w:rFonts w:ascii="Times New Roman" w:eastAsia="Arial" w:hAnsi="Times New Roman" w:cs="Times New Roman"/>
          <w:i/>
          <w:szCs w:val="24"/>
          <w:lang w:val="tr-TR"/>
        </w:rPr>
        <w:t>tarafından ayrıca duyurulacaktır.</w:t>
      </w:r>
    </w:p>
    <w:sectPr w:rsidR="005C7B78" w:rsidRPr="009435D5" w:rsidSect="00034616">
      <w:headerReference w:type="even" r:id="rId8"/>
      <w:headerReference w:type="default" r:id="rId9"/>
      <w:footerReference w:type="even" r:id="rId10"/>
      <w:footerReference w:type="default" r:id="rId11"/>
      <w:headerReference w:type="first" r:id="rId12"/>
      <w:footerReference w:type="first" r:id="rId13"/>
      <w:pgSz w:w="11906" w:h="16838"/>
      <w:pgMar w:top="2650" w:right="1133" w:bottom="1280" w:left="1133" w:header="3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BC2BF8" w14:textId="77777777" w:rsidR="00B549BD" w:rsidRDefault="00B549BD">
      <w:pPr>
        <w:spacing w:line="240" w:lineRule="auto"/>
      </w:pPr>
      <w:r>
        <w:separator/>
      </w:r>
    </w:p>
  </w:endnote>
  <w:endnote w:type="continuationSeparator" w:id="0">
    <w:p w14:paraId="3BED7BA6" w14:textId="77777777" w:rsidR="00B549BD" w:rsidRDefault="00B549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589C1" w14:textId="77777777" w:rsidR="00320914" w:rsidRDefault="00320914">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814FAC" w14:textId="77777777" w:rsidR="00DD4A73" w:rsidRPr="009435D5" w:rsidRDefault="00DD4A73" w:rsidP="00DD4A73">
    <w:pPr>
      <w:spacing w:line="240" w:lineRule="auto"/>
      <w:rPr>
        <w:rFonts w:ascii="Times New Roman" w:hAnsi="Times New Roman" w:cs="Times New Roman"/>
        <w:b/>
        <w:bCs/>
        <w:sz w:val="20"/>
        <w:szCs w:val="20"/>
        <w:lang w:val="tr-TR"/>
      </w:rPr>
    </w:pPr>
    <w:r w:rsidRPr="009435D5">
      <w:rPr>
        <w:rFonts w:ascii="Times New Roman" w:eastAsia="Calibri" w:hAnsi="Times New Roman" w:cs="Times New Roman"/>
        <w:b/>
        <w:bCs/>
        <w:sz w:val="20"/>
        <w:szCs w:val="20"/>
        <w:lang w:val="tr-TR"/>
      </w:rPr>
      <w:t>Türk Hematoloji Vakfı (HEMA)</w:t>
    </w:r>
  </w:p>
  <w:p w14:paraId="1FDA660F" w14:textId="77777777" w:rsidR="00DD4A73" w:rsidRPr="009435D5" w:rsidRDefault="00DD4A73" w:rsidP="00DD4A73">
    <w:pPr>
      <w:spacing w:line="240" w:lineRule="auto"/>
      <w:rPr>
        <w:rFonts w:ascii="Times New Roman" w:hAnsi="Times New Roman" w:cs="Times New Roman"/>
        <w:sz w:val="20"/>
        <w:szCs w:val="20"/>
        <w:lang w:val="tr-TR"/>
      </w:rPr>
    </w:pPr>
    <w:r w:rsidRPr="009435D5">
      <w:rPr>
        <w:rFonts w:ascii="Times New Roman" w:hAnsi="Times New Roman" w:cs="Times New Roman"/>
        <w:b/>
        <w:sz w:val="20"/>
        <w:szCs w:val="20"/>
        <w:lang w:val="tr-TR"/>
      </w:rPr>
      <w:t xml:space="preserve">Adres: </w:t>
    </w:r>
    <w:r w:rsidRPr="009435D5">
      <w:rPr>
        <w:rFonts w:ascii="Times New Roman" w:hAnsi="Times New Roman" w:cs="Times New Roman"/>
        <w:sz w:val="20"/>
        <w:szCs w:val="20"/>
        <w:lang w:val="tr-TR"/>
      </w:rPr>
      <w:t>Mustafa Kemal Mah. 2141. Cad. No: 33/5 Çankaya / ANKARA</w:t>
    </w:r>
  </w:p>
  <w:p w14:paraId="188A0892" w14:textId="77777777" w:rsidR="00DD4A73" w:rsidRPr="009435D5" w:rsidRDefault="00DD4A73" w:rsidP="00DD4A73">
    <w:pPr>
      <w:spacing w:line="240" w:lineRule="auto"/>
      <w:rPr>
        <w:rFonts w:ascii="Times New Roman" w:hAnsi="Times New Roman" w:cs="Times New Roman"/>
        <w:sz w:val="20"/>
        <w:szCs w:val="20"/>
        <w:lang w:val="tr-TR"/>
      </w:rPr>
    </w:pPr>
    <w:r w:rsidRPr="009435D5">
      <w:rPr>
        <w:rFonts w:ascii="Times New Roman" w:hAnsi="Times New Roman" w:cs="Times New Roman"/>
        <w:b/>
        <w:sz w:val="20"/>
        <w:szCs w:val="20"/>
        <w:lang w:val="tr-TR"/>
      </w:rPr>
      <w:t xml:space="preserve">Telefon: </w:t>
    </w:r>
    <w:r w:rsidRPr="009435D5">
      <w:rPr>
        <w:rFonts w:ascii="Times New Roman" w:hAnsi="Times New Roman" w:cs="Times New Roman"/>
        <w:sz w:val="20"/>
        <w:szCs w:val="20"/>
        <w:lang w:val="tr-TR"/>
      </w:rPr>
      <w:t>0 (312) 219 41 19</w:t>
    </w:r>
  </w:p>
  <w:p w14:paraId="1116859B" w14:textId="4C323007" w:rsidR="005C7B78" w:rsidRPr="009435D5" w:rsidRDefault="00DD4A73" w:rsidP="00DD4A73">
    <w:pPr>
      <w:spacing w:line="240" w:lineRule="auto"/>
      <w:rPr>
        <w:rFonts w:ascii="Times New Roman" w:hAnsi="Times New Roman" w:cs="Times New Roman"/>
        <w:sz w:val="20"/>
        <w:szCs w:val="20"/>
        <w:lang w:val="tr-TR"/>
      </w:rPr>
    </w:pPr>
    <w:r w:rsidRPr="009435D5">
      <w:rPr>
        <w:rFonts w:ascii="Times New Roman" w:hAnsi="Times New Roman" w:cs="Times New Roman"/>
        <w:b/>
        <w:sz w:val="20"/>
        <w:szCs w:val="20"/>
        <w:lang w:val="tr-TR"/>
      </w:rPr>
      <w:t>E-posta:</w:t>
    </w:r>
    <w:r w:rsidR="00320914" w:rsidRPr="00320914">
      <w:t xml:space="preserve"> </w:t>
    </w:r>
    <w:hyperlink r:id="rId1" w:history="1">
      <w:r w:rsidR="00320914" w:rsidRPr="00320914">
        <w:rPr>
          <w:rStyle w:val="Kpr"/>
          <w:rFonts w:ascii="Times New Roman" w:hAnsi="Times New Roman" w:cs="Times New Roman"/>
          <w:bCs/>
          <w:sz w:val="20"/>
          <w:szCs w:val="20"/>
          <w:lang w:val="tr-TR"/>
        </w:rPr>
        <w:t>turkhematolojivakfi@hemagrup.org</w:t>
      </w:r>
    </w:hyperlink>
    <w:r w:rsidR="00320914" w:rsidRPr="00320914">
      <w:rPr>
        <w:rFonts w:ascii="Times New Roman" w:hAnsi="Times New Roman" w:cs="Times New Roman"/>
        <w:b/>
        <w:sz w:val="20"/>
        <w:szCs w:val="20"/>
        <w:lang w:val="tr-TR"/>
      </w:rPr>
      <w:t xml:space="preserve"> </w:t>
    </w:r>
    <w:r w:rsidRPr="00320914">
      <w:rPr>
        <w:rFonts w:ascii="Times New Roman" w:hAnsi="Times New Roman" w:cs="Times New Roman"/>
        <w:sz w:val="20"/>
        <w:szCs w:val="20"/>
        <w:lang w:val="tr-TR"/>
      </w:rPr>
      <w:t xml:space="preserve">/ </w:t>
    </w:r>
    <w:hyperlink r:id="rId2" w:history="1">
      <w:r w:rsidR="00320914" w:rsidRPr="00320914">
        <w:rPr>
          <w:rStyle w:val="Kpr"/>
          <w:rFonts w:ascii="Times New Roman" w:hAnsi="Times New Roman" w:cs="Times New Roman"/>
          <w:sz w:val="20"/>
          <w:szCs w:val="20"/>
          <w:lang w:val="tr-TR"/>
        </w:rPr>
        <w:t>ealtun@hemagrup.org</w:t>
      </w:r>
    </w:hyperlink>
    <w:r w:rsidR="00320914" w:rsidRPr="00320914">
      <w:rPr>
        <w:rFonts w:ascii="Times New Roman" w:hAnsi="Times New Roman" w:cs="Times New Roman"/>
        <w:sz w:val="20"/>
        <w:szCs w:val="20"/>
        <w:lang w:val="tr-TR"/>
      </w:rPr>
      <w:t xml:space="preserve"> </w:t>
    </w:r>
    <w:r w:rsidRPr="009435D5">
      <w:rPr>
        <w:rFonts w:ascii="Times New Roman" w:hAnsi="Times New Roman" w:cs="Times New Roman"/>
        <w:sz w:val="20"/>
        <w:szCs w:val="20"/>
        <w:lang w:val="tr-TR"/>
      </w:rPr>
      <w:tab/>
    </w:r>
    <w:r w:rsidRPr="009435D5">
      <w:rPr>
        <w:rFonts w:ascii="Times New Roman" w:hAnsi="Times New Roman" w:cs="Times New Roman"/>
        <w:sz w:val="20"/>
        <w:szCs w:val="20"/>
        <w:lang w:val="tr-TR"/>
      </w:rPr>
      <w:tab/>
    </w:r>
    <w:r w:rsidRPr="009435D5">
      <w:rPr>
        <w:rFonts w:ascii="Times New Roman" w:hAnsi="Times New Roman" w:cs="Times New Roman"/>
        <w:sz w:val="20"/>
        <w:szCs w:val="20"/>
        <w:lang w:val="tr-TR"/>
      </w:rPr>
      <w:tab/>
      <w:t xml:space="preserve">     </w:t>
    </w:r>
    <w:r w:rsidRPr="009435D5">
      <w:rPr>
        <w:rFonts w:ascii="Times New Roman" w:eastAsia="Arial" w:hAnsi="Times New Roman" w:cs="Times New Roman"/>
        <w:sz w:val="20"/>
        <w:szCs w:val="20"/>
        <w:lang w:val="tr-TR"/>
      </w:rPr>
      <w:tab/>
      <w:t xml:space="preserve">                               Sayfa </w:t>
    </w:r>
    <w:r w:rsidRPr="009435D5">
      <w:rPr>
        <w:rFonts w:ascii="Times New Roman" w:hAnsi="Times New Roman" w:cs="Times New Roman"/>
        <w:sz w:val="20"/>
        <w:szCs w:val="20"/>
        <w:lang w:val="tr-TR"/>
      </w:rPr>
      <w:fldChar w:fldCharType="begin"/>
    </w:r>
    <w:r w:rsidRPr="009435D5">
      <w:rPr>
        <w:rFonts w:ascii="Times New Roman" w:hAnsi="Times New Roman" w:cs="Times New Roman"/>
        <w:sz w:val="20"/>
        <w:szCs w:val="20"/>
        <w:lang w:val="tr-TR"/>
      </w:rPr>
      <w:instrText>PAGE</w:instrText>
    </w:r>
    <w:r w:rsidRPr="009435D5">
      <w:rPr>
        <w:rFonts w:ascii="Times New Roman" w:hAnsi="Times New Roman" w:cs="Times New Roman"/>
        <w:sz w:val="20"/>
        <w:szCs w:val="20"/>
        <w:lang w:val="tr-TR"/>
      </w:rPr>
      <w:fldChar w:fldCharType="separate"/>
    </w:r>
    <w:r w:rsidR="00424AD9" w:rsidRPr="009435D5">
      <w:rPr>
        <w:rFonts w:ascii="Times New Roman" w:hAnsi="Times New Roman" w:cs="Times New Roman"/>
        <w:noProof/>
        <w:sz w:val="20"/>
        <w:szCs w:val="20"/>
        <w:lang w:val="tr-TR"/>
      </w:rPr>
      <w:t>1</w:t>
    </w:r>
    <w:r w:rsidRPr="009435D5">
      <w:rPr>
        <w:rFonts w:ascii="Times New Roman" w:hAnsi="Times New Roman" w:cs="Times New Roman"/>
        <w:sz w:val="20"/>
        <w:szCs w:val="20"/>
        <w:lang w:val="tr-TR"/>
      </w:rPr>
      <w:fldChar w:fldCharType="end"/>
    </w:r>
    <w:r w:rsidRPr="009435D5">
      <w:rPr>
        <w:rFonts w:ascii="Times New Roman" w:eastAsia="Arial" w:hAnsi="Times New Roman" w:cs="Times New Roman"/>
        <w:sz w:val="20"/>
        <w:szCs w:val="20"/>
        <w:lang w:val="tr-TR"/>
      </w:rPr>
      <w:t xml:space="preserve"> / 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B74D7" w14:textId="77777777" w:rsidR="00320914" w:rsidRDefault="0032091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0EA0FE" w14:textId="77777777" w:rsidR="00B549BD" w:rsidRDefault="00B549BD">
      <w:pPr>
        <w:spacing w:line="240" w:lineRule="auto"/>
      </w:pPr>
      <w:r>
        <w:separator/>
      </w:r>
    </w:p>
  </w:footnote>
  <w:footnote w:type="continuationSeparator" w:id="0">
    <w:p w14:paraId="06AED154" w14:textId="77777777" w:rsidR="00B549BD" w:rsidRDefault="00B549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10D6F9" w14:textId="77777777" w:rsidR="00320914" w:rsidRDefault="0032091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40" w:type="dxa"/>
      <w:tblBorders>
        <w:top w:val="nil"/>
        <w:left w:val="nil"/>
        <w:bottom w:val="nil"/>
        <w:right w:val="nil"/>
        <w:insideH w:val="nil"/>
        <w:insideV w:val="nil"/>
      </w:tblBorders>
      <w:tblLayout w:type="fixed"/>
      <w:tblLook w:val="04A0" w:firstRow="1" w:lastRow="0" w:firstColumn="1" w:lastColumn="0" w:noHBand="0" w:noVBand="1"/>
    </w:tblPr>
    <w:tblGrid>
      <w:gridCol w:w="4820"/>
      <w:gridCol w:w="4820"/>
    </w:tblGrid>
    <w:tr w:rsidR="005C7B78" w:rsidRPr="00DD4A73" w14:paraId="2E5EF3A8" w14:textId="77777777">
      <w:tc>
        <w:tcPr>
          <w:tcW w:w="4820" w:type="dxa"/>
          <w:tcMar>
            <w:top w:w="0" w:type="dxa"/>
            <w:left w:w="0" w:type="dxa"/>
            <w:bottom w:w="0" w:type="dxa"/>
            <w:right w:w="0" w:type="dxa"/>
          </w:tcMar>
          <w:vAlign w:val="center"/>
        </w:tcPr>
        <w:p w14:paraId="3E97F6C7" w14:textId="76C4DEB3" w:rsidR="005C7B78" w:rsidRPr="00DD4A73" w:rsidRDefault="00DD4A73">
          <w:pPr>
            <w:widowControl w:val="0"/>
            <w:spacing w:line="1320" w:lineRule="atLeast"/>
            <w:rPr>
              <w:rFonts w:ascii="Times New Roman" w:hAnsi="Times New Roman" w:cs="Times New Roman"/>
            </w:rPr>
          </w:pPr>
          <w:r w:rsidRPr="00DD4A73">
            <w:rPr>
              <w:rFonts w:ascii="Times New Roman" w:hAnsi="Times New Roman" w:cs="Times New Roman"/>
              <w:noProof/>
            </w:rPr>
            <w:drawing>
              <wp:inline distT="0" distB="0" distL="0" distR="0" wp14:anchorId="2E886598" wp14:editId="41AE4C5D">
                <wp:extent cx="2225842" cy="788035"/>
                <wp:effectExtent l="0" t="0" r="0" b="0"/>
                <wp:docPr id="2" name="Picture 2" descr="Türk Hematoloji Vakfı orijinal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542670-ca92-4cba-a417-5e24827c3cf8.jpg"/>
                        <pic:cNvPicPr/>
                      </pic:nvPicPr>
                      <pic:blipFill>
                        <a:blip r:embed="rId1"/>
                        <a:stretch>
                          <a:fillRect/>
                        </a:stretch>
                      </pic:blipFill>
                      <pic:spPr>
                        <a:xfrm>
                          <a:off x="0" y="0"/>
                          <a:ext cx="2225842" cy="788035"/>
                        </a:xfrm>
                        <a:prstGeom prst="rect">
                          <a:avLst/>
                        </a:prstGeom>
                      </pic:spPr>
                    </pic:pic>
                  </a:graphicData>
                </a:graphic>
              </wp:inline>
            </w:drawing>
          </w:r>
        </w:p>
      </w:tc>
      <w:tc>
        <w:tcPr>
          <w:tcW w:w="4820" w:type="dxa"/>
          <w:tcMar>
            <w:top w:w="0" w:type="dxa"/>
            <w:left w:w="0" w:type="dxa"/>
            <w:bottom w:w="0" w:type="dxa"/>
            <w:right w:w="0" w:type="dxa"/>
          </w:tcMar>
          <w:vAlign w:val="center"/>
        </w:tcPr>
        <w:p w14:paraId="66E305B6" w14:textId="1C4965E7" w:rsidR="005C7B78" w:rsidRPr="00DD4A73" w:rsidRDefault="00DD4A73">
          <w:pPr>
            <w:widowControl w:val="0"/>
            <w:spacing w:line="1320" w:lineRule="atLeast"/>
            <w:jc w:val="right"/>
            <w:rPr>
              <w:rFonts w:ascii="Times New Roman" w:hAnsi="Times New Roman" w:cs="Times New Roman"/>
            </w:rPr>
          </w:pPr>
          <w:r w:rsidRPr="00DD4A73">
            <w:rPr>
              <w:rFonts w:ascii="Times New Roman" w:hAnsi="Times New Roman" w:cs="Times New Roman"/>
              <w:noProof/>
            </w:rPr>
            <w:drawing>
              <wp:inline distT="0" distB="0" distL="0" distR="0" wp14:anchorId="46D71400" wp14:editId="2B80DBF4">
                <wp:extent cx="2224800" cy="788400"/>
                <wp:effectExtent l="0" t="0" r="4445" b="0"/>
                <wp:docPr id="1" name="Picture 1" descr="LÖSEMA orijinal logos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241c01f-be8d-497f-a201-e3711b8cdbe6.png"/>
                        <pic:cNvPicPr/>
                      </pic:nvPicPr>
                      <pic:blipFill>
                        <a:blip r:embed="rId2"/>
                        <a:stretch>
                          <a:fillRect/>
                        </a:stretch>
                      </pic:blipFill>
                      <pic:spPr>
                        <a:xfrm>
                          <a:off x="0" y="0"/>
                          <a:ext cx="2224800" cy="788400"/>
                        </a:xfrm>
                        <a:prstGeom prst="rect">
                          <a:avLst/>
                        </a:prstGeom>
                      </pic:spPr>
                    </pic:pic>
                  </a:graphicData>
                </a:graphic>
              </wp:inline>
            </w:drawing>
          </w:r>
        </w:p>
      </w:tc>
    </w:tr>
  </w:tbl>
  <w:p w14:paraId="453CE231" w14:textId="77777777" w:rsidR="00DD4A73" w:rsidRDefault="00C85E14" w:rsidP="00DD4A73">
    <w:pPr>
      <w:widowControl w:val="0"/>
      <w:spacing w:line="320" w:lineRule="exact"/>
      <w:rPr>
        <w:rFonts w:ascii="Times New Roman" w:eastAsia="Arial" w:hAnsi="Times New Roman" w:cs="Times New Roman"/>
        <w:b/>
        <w:color w:val="0C2747"/>
        <w:sz w:val="23"/>
      </w:rPr>
    </w:pPr>
    <w:r w:rsidRPr="00DD4A73">
      <w:rPr>
        <w:rFonts w:ascii="Times New Roman" w:eastAsia="Arial" w:hAnsi="Times New Roman" w:cs="Times New Roman"/>
        <w:b/>
        <w:color w:val="0C2747"/>
        <w:sz w:val="23"/>
      </w:rPr>
      <w:t xml:space="preserve">                                    </w:t>
    </w:r>
  </w:p>
  <w:p w14:paraId="40A65B96" w14:textId="371CA6E6" w:rsidR="00DD4A73" w:rsidRPr="00DD4A73" w:rsidRDefault="00DD4A73" w:rsidP="00DD4A73">
    <w:pPr>
      <w:widowControl w:val="0"/>
      <w:spacing w:line="320" w:lineRule="exact"/>
      <w:jc w:val="center"/>
      <w:rPr>
        <w:rFonts w:ascii="Times New Roman" w:eastAsia="Arial" w:hAnsi="Times New Roman" w:cs="Times New Roman"/>
        <w:b/>
        <w:color w:val="0C2747"/>
        <w:sz w:val="22"/>
        <w:szCs w:val="20"/>
      </w:rPr>
    </w:pPr>
    <w:r w:rsidRPr="00DD4A73">
      <w:rPr>
        <w:rFonts w:ascii="Times New Roman" w:eastAsia="Arial" w:hAnsi="Times New Roman" w:cs="Times New Roman"/>
        <w:b/>
        <w:color w:val="0C2747"/>
        <w:sz w:val="22"/>
        <w:szCs w:val="20"/>
      </w:rPr>
      <w:t>TÜRK HEMATOLOJİ VAKFI BURS BAŞVURU FORMU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3815B" w14:textId="77777777" w:rsidR="00320914" w:rsidRDefault="0032091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17741752">
    <w:abstractNumId w:val="8"/>
  </w:num>
  <w:num w:numId="2" w16cid:durableId="1583175620">
    <w:abstractNumId w:val="6"/>
  </w:num>
  <w:num w:numId="3" w16cid:durableId="383796213">
    <w:abstractNumId w:val="5"/>
  </w:num>
  <w:num w:numId="4" w16cid:durableId="1468010248">
    <w:abstractNumId w:val="4"/>
  </w:num>
  <w:num w:numId="5" w16cid:durableId="1642155687">
    <w:abstractNumId w:val="7"/>
  </w:num>
  <w:num w:numId="6" w16cid:durableId="844369195">
    <w:abstractNumId w:val="3"/>
  </w:num>
  <w:num w:numId="7" w16cid:durableId="1071611579">
    <w:abstractNumId w:val="2"/>
  </w:num>
  <w:num w:numId="8" w16cid:durableId="1845971252">
    <w:abstractNumId w:val="1"/>
  </w:num>
  <w:num w:numId="9" w16cid:durableId="17533102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59A8"/>
    <w:rsid w:val="0004618F"/>
    <w:rsid w:val="0006063C"/>
    <w:rsid w:val="0015074B"/>
    <w:rsid w:val="0029639D"/>
    <w:rsid w:val="00320914"/>
    <w:rsid w:val="00326F90"/>
    <w:rsid w:val="00424AD9"/>
    <w:rsid w:val="00502960"/>
    <w:rsid w:val="005A2EF2"/>
    <w:rsid w:val="005C7B78"/>
    <w:rsid w:val="005E3D7C"/>
    <w:rsid w:val="0075303E"/>
    <w:rsid w:val="00854263"/>
    <w:rsid w:val="009435D5"/>
    <w:rsid w:val="00A03357"/>
    <w:rsid w:val="00AA1D8D"/>
    <w:rsid w:val="00B47730"/>
    <w:rsid w:val="00B549BD"/>
    <w:rsid w:val="00BE21C6"/>
    <w:rsid w:val="00C06C0D"/>
    <w:rsid w:val="00C85E14"/>
    <w:rsid w:val="00CB0664"/>
    <w:rsid w:val="00DD4A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0ECDAF"/>
  <w14:defaultImageDpi w14:val="300"/>
  <w15:docId w15:val="{BFDDDD5D-FF3D-8E49-9499-B7276C41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76" w:lineRule="exact"/>
    </w:pPr>
    <w:rPr>
      <w:rFonts w:ascii="Arial" w:hAnsi="Arial"/>
      <w:sz w:val="24"/>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zeltme">
    <w:name w:val="Revision"/>
    <w:hidden/>
    <w:uiPriority w:val="99"/>
    <w:semiHidden/>
    <w:rsid w:val="005A2EF2"/>
    <w:pPr>
      <w:spacing w:after="0" w:line="240" w:lineRule="auto"/>
    </w:pPr>
    <w:rPr>
      <w:rFonts w:ascii="Arial" w:hAnsi="Arial"/>
      <w:sz w:val="24"/>
    </w:rPr>
  </w:style>
  <w:style w:type="character" w:styleId="Kpr">
    <w:name w:val="Hyperlink"/>
    <w:basedOn w:val="VarsaylanParagrafYazTipi"/>
    <w:uiPriority w:val="99"/>
    <w:unhideWhenUsed/>
    <w:rsid w:val="00DD4A73"/>
    <w:rPr>
      <w:color w:val="0000FF" w:themeColor="hyperlink"/>
      <w:u w:val="single"/>
    </w:rPr>
  </w:style>
  <w:style w:type="character" w:styleId="zmlenmeyenBahsetme">
    <w:name w:val="Unresolved Mention"/>
    <w:basedOn w:val="VarsaylanParagrafYazTipi"/>
    <w:uiPriority w:val="99"/>
    <w:semiHidden/>
    <w:unhideWhenUsed/>
    <w:rsid w:val="00DD4A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ealtun@hemagrup.org" TargetMode="External"/><Relationship Id="rId1" Type="http://schemas.openxmlformats.org/officeDocument/2006/relationships/hyperlink" Target="mailto:turkhematolojivakfi@hemagrup.or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615</Words>
  <Characters>3512</Characters>
  <Application>Microsoft Office Word</Application>
  <DocSecurity>0</DocSecurity>
  <Lines>29</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LÖSEMA - HEMA Burs Başvuru Formu</vt:lpstr>
      <vt:lpstr/>
    </vt:vector>
  </TitlesOfParts>
  <Manager/>
  <Company/>
  <LinksUpToDate>false</LinksUpToDate>
  <CharactersWithSpaces>4119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LÖSEMA - HEMA Burs Başvuru Formu</dc:title>
  <dc:subject/>
  <dc:creator>LÖSEMA Derneği - Türk Hematoloji Vakfı</dc:creator>
  <cp:keywords/>
  <dc:description>generated by python-docx</dc:description>
  <cp:lastModifiedBy>Losema Dernegi</cp:lastModifiedBy>
  <cp:revision>3</cp:revision>
  <dcterms:created xsi:type="dcterms:W3CDTF">2026-09-24T14:23:00Z</dcterms:created>
  <dcterms:modified xsi:type="dcterms:W3CDTF">2026-09-25T10:08:00Z</dcterms:modified>
  <cp:category/>
</cp:coreProperties>
</file>