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F3C8DD" w14:textId="77777777" w:rsidR="009311D8" w:rsidRPr="001B7B35" w:rsidRDefault="009311D8" w:rsidP="009311D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Cs w:val="24"/>
          <w:lang w:eastAsia="tr-TR"/>
        </w:rPr>
      </w:pPr>
      <w:r>
        <w:rPr>
          <w:rFonts w:ascii="Times New Roman" w:eastAsia="Times New Roman" w:hAnsi="Times New Roman" w:cs="Times New Roman"/>
          <w:b/>
          <w:bCs/>
          <w:szCs w:val="24"/>
          <w:lang w:eastAsia="tr-TR"/>
        </w:rPr>
        <w:t>GAZİ</w:t>
      </w:r>
      <w:r w:rsidRPr="001B7B35">
        <w:rPr>
          <w:rFonts w:ascii="Times New Roman" w:eastAsia="Times New Roman" w:hAnsi="Times New Roman" w:cs="Times New Roman"/>
          <w:b/>
          <w:bCs/>
          <w:szCs w:val="24"/>
          <w:lang w:eastAsia="tr-TR"/>
        </w:rPr>
        <w:t xml:space="preserve"> ÜNİVERSİTESİ</w:t>
      </w:r>
      <w:r w:rsidRPr="001B7B35">
        <w:rPr>
          <w:rFonts w:ascii="Times New Roman" w:eastAsia="Times New Roman" w:hAnsi="Times New Roman" w:cs="Times New Roman"/>
          <w:szCs w:val="24"/>
          <w:lang w:eastAsia="tr-TR"/>
        </w:rPr>
        <w:br/>
      </w:r>
      <w:r w:rsidRPr="001B7B35">
        <w:rPr>
          <w:rFonts w:ascii="Times New Roman" w:eastAsia="Times New Roman" w:hAnsi="Times New Roman" w:cs="Times New Roman"/>
          <w:b/>
          <w:bCs/>
          <w:szCs w:val="24"/>
          <w:lang w:eastAsia="tr-TR"/>
        </w:rPr>
        <w:t>Uzaktan Eğitim Uygulama ve Araştırma Merkezi (GUZEM)</w:t>
      </w:r>
    </w:p>
    <w:p w14:paraId="6E6DA3F1" w14:textId="77777777" w:rsidR="009311D8" w:rsidRPr="001B7B35" w:rsidRDefault="009311D8" w:rsidP="009311D8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</w:pPr>
      <w:r w:rsidRPr="001B7B35"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t>EĞİTMEN REHBERİ DOKÜMANI</w:t>
      </w:r>
    </w:p>
    <w:p w14:paraId="7F3756B3" w14:textId="77777777" w:rsidR="009311D8" w:rsidRPr="001B7B35" w:rsidRDefault="009311D8" w:rsidP="009311D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Cs w:val="24"/>
          <w:lang w:eastAsia="tr-TR"/>
        </w:rPr>
      </w:pPr>
      <w:r w:rsidRPr="001B7B35">
        <w:rPr>
          <w:rFonts w:ascii="Times New Roman" w:eastAsia="Times New Roman" w:hAnsi="Times New Roman" w:cs="Times New Roman"/>
          <w:i/>
          <w:iCs/>
          <w:szCs w:val="24"/>
          <w:lang w:eastAsia="tr-TR"/>
        </w:rPr>
        <w:t>(Sertifika Programları İçin İçerik Hazırlama İlkeleri)</w:t>
      </w:r>
    </w:p>
    <w:p w14:paraId="0905FE80" w14:textId="77777777" w:rsidR="009311D8" w:rsidRPr="001B7B35" w:rsidRDefault="009311D8" w:rsidP="009311D8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tr-TR"/>
        </w:rPr>
      </w:pPr>
    </w:p>
    <w:p w14:paraId="46013683" w14:textId="77777777" w:rsidR="009311D8" w:rsidRPr="001B7B35" w:rsidRDefault="009311D8" w:rsidP="009311D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</w:pPr>
      <w:r w:rsidRPr="001B7B35"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t>1. AMAÇ</w:t>
      </w:r>
    </w:p>
    <w:p w14:paraId="37951A67" w14:textId="77777777" w:rsidR="009311D8" w:rsidRDefault="009311D8" w:rsidP="009311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tr-TR"/>
        </w:rPr>
      </w:pPr>
      <w:r w:rsidRPr="001B7B35">
        <w:rPr>
          <w:rFonts w:ascii="Times New Roman" w:eastAsia="Times New Roman" w:hAnsi="Times New Roman" w:cs="Times New Roman"/>
          <w:szCs w:val="24"/>
          <w:lang w:eastAsia="tr-TR"/>
        </w:rPr>
        <w:t>Bu rehber, Uzaktan Eğitim Uygulama ve Araştırma Merkezi (GUZEM) tarafından yürütülen sertifika programlarında görev alan eğitmenlerin; ders içeriği, izlence, ölçme-değerlendirme ve video/sunum hazırlama süreçlerini belirli standartlar doğrultusunda gerçekleştirmelerini sağlamak amacıyla hazırlanmıştır.</w:t>
      </w:r>
    </w:p>
    <w:p w14:paraId="6E22C0F3" w14:textId="77777777" w:rsidR="009311D8" w:rsidRPr="001B7B35" w:rsidRDefault="009311D8" w:rsidP="009311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tr-TR"/>
        </w:rPr>
      </w:pPr>
    </w:p>
    <w:p w14:paraId="46511AD2" w14:textId="77777777" w:rsidR="009311D8" w:rsidRPr="001B7B35" w:rsidRDefault="009311D8" w:rsidP="009311D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</w:pPr>
      <w:r w:rsidRPr="001B7B35"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t>2. DERS İÇERİĞİ HAZIRLAMA İLKELERİ</w:t>
      </w:r>
    </w:p>
    <w:p w14:paraId="307EBD89" w14:textId="77777777" w:rsidR="009311D8" w:rsidRPr="001B7B35" w:rsidRDefault="009311D8" w:rsidP="00BE550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tr-TR"/>
        </w:rPr>
      </w:pPr>
      <w:r w:rsidRPr="001B7B35">
        <w:rPr>
          <w:rFonts w:ascii="Times New Roman" w:eastAsia="Times New Roman" w:hAnsi="Times New Roman" w:cs="Times New Roman"/>
          <w:szCs w:val="24"/>
          <w:lang w:eastAsia="tr-TR"/>
        </w:rPr>
        <w:t xml:space="preserve">Ders içerikleri </w:t>
      </w:r>
      <w:r w:rsidRPr="001B7B35">
        <w:rPr>
          <w:rFonts w:ascii="Times New Roman" w:eastAsia="Times New Roman" w:hAnsi="Times New Roman" w:cs="Times New Roman"/>
          <w:b/>
          <w:bCs/>
          <w:szCs w:val="24"/>
          <w:lang w:eastAsia="tr-TR"/>
        </w:rPr>
        <w:t>EK-1’de yer alan format doğrultusunda Word veya PDF olarak</w:t>
      </w:r>
      <w:r w:rsidRPr="001B7B35">
        <w:rPr>
          <w:rFonts w:ascii="Times New Roman" w:eastAsia="Times New Roman" w:hAnsi="Times New Roman" w:cs="Times New Roman"/>
          <w:szCs w:val="24"/>
          <w:lang w:eastAsia="tr-TR"/>
        </w:rPr>
        <w:t xml:space="preserve"> hazırlanarak </w:t>
      </w:r>
      <w:proofErr w:type="spellStart"/>
      <w:r w:rsidRPr="001B7B35">
        <w:rPr>
          <w:rFonts w:ascii="Times New Roman" w:eastAsia="Times New Roman" w:hAnsi="Times New Roman" w:cs="Times New Roman"/>
          <w:szCs w:val="24"/>
          <w:lang w:eastAsia="tr-TR"/>
        </w:rPr>
        <w:t>GUZEM’e</w:t>
      </w:r>
      <w:proofErr w:type="spellEnd"/>
      <w:r w:rsidRPr="001B7B35">
        <w:rPr>
          <w:rFonts w:ascii="Times New Roman" w:eastAsia="Times New Roman" w:hAnsi="Times New Roman" w:cs="Times New Roman"/>
          <w:szCs w:val="24"/>
          <w:lang w:eastAsia="tr-TR"/>
        </w:rPr>
        <w:t xml:space="preserve"> teslim edilmelidir.</w:t>
      </w:r>
    </w:p>
    <w:p w14:paraId="093A030B" w14:textId="77777777" w:rsidR="009311D8" w:rsidRPr="001B7B35" w:rsidRDefault="009311D8" w:rsidP="00BE550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tr-TR"/>
        </w:rPr>
      </w:pPr>
      <w:r w:rsidRPr="001B7B35">
        <w:rPr>
          <w:rFonts w:ascii="Times New Roman" w:eastAsia="Times New Roman" w:hAnsi="Times New Roman" w:cs="Times New Roman"/>
          <w:szCs w:val="24"/>
          <w:lang w:eastAsia="tr-TR"/>
        </w:rPr>
        <w:t xml:space="preserve">İçerikler, eğitim sürecinde ele alınan konuları kapsayacak şekilde </w:t>
      </w:r>
      <w:r w:rsidRPr="001B7B35">
        <w:rPr>
          <w:rFonts w:ascii="Times New Roman" w:eastAsia="Times New Roman" w:hAnsi="Times New Roman" w:cs="Times New Roman"/>
          <w:b/>
          <w:bCs/>
          <w:szCs w:val="24"/>
          <w:lang w:eastAsia="tr-TR"/>
        </w:rPr>
        <w:t>detaylı ve bütüncül</w:t>
      </w:r>
      <w:r w:rsidRPr="001B7B35">
        <w:rPr>
          <w:rFonts w:ascii="Times New Roman" w:eastAsia="Times New Roman" w:hAnsi="Times New Roman" w:cs="Times New Roman"/>
          <w:szCs w:val="24"/>
          <w:lang w:eastAsia="tr-TR"/>
        </w:rPr>
        <w:t xml:space="preserve"> olmalıdır.</w:t>
      </w:r>
    </w:p>
    <w:p w14:paraId="11938169" w14:textId="77777777" w:rsidR="009311D8" w:rsidRPr="001B7B35" w:rsidRDefault="009311D8" w:rsidP="00BE550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tr-TR"/>
        </w:rPr>
      </w:pPr>
      <w:r w:rsidRPr="001B7B35">
        <w:rPr>
          <w:rFonts w:ascii="Times New Roman" w:eastAsia="Times New Roman" w:hAnsi="Times New Roman" w:cs="Times New Roman"/>
          <w:szCs w:val="24"/>
          <w:lang w:eastAsia="tr-TR"/>
        </w:rPr>
        <w:t xml:space="preserve">Hazırlanan içerikler, GUZEM tarafından </w:t>
      </w:r>
      <w:r w:rsidRPr="001B7B35">
        <w:rPr>
          <w:rFonts w:ascii="Times New Roman" w:eastAsia="Times New Roman" w:hAnsi="Times New Roman" w:cs="Times New Roman"/>
          <w:b/>
          <w:bCs/>
          <w:szCs w:val="24"/>
          <w:lang w:eastAsia="tr-TR"/>
        </w:rPr>
        <w:t>çoklu ortam materyallerine dönüştürülerek çevrimdışı erişime uygun hale getirilecektir.</w:t>
      </w:r>
    </w:p>
    <w:p w14:paraId="62D84666" w14:textId="77777777" w:rsidR="009311D8" w:rsidRPr="001B7B35" w:rsidRDefault="009311D8" w:rsidP="00BE550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tr-TR"/>
        </w:rPr>
      </w:pPr>
      <w:r w:rsidRPr="001B7B35">
        <w:rPr>
          <w:rFonts w:ascii="Times New Roman" w:eastAsia="Times New Roman" w:hAnsi="Times New Roman" w:cs="Times New Roman"/>
          <w:szCs w:val="24"/>
          <w:lang w:eastAsia="tr-TR"/>
        </w:rPr>
        <w:t>İçeriklerin, öğrenme çıktıları ile uyumlu ve yapılandırılmış bir şekilde hazırlanması beklenmektedir.</w:t>
      </w:r>
    </w:p>
    <w:p w14:paraId="1E11AC2C" w14:textId="77777777" w:rsidR="009311D8" w:rsidRPr="001B7B35" w:rsidRDefault="009311D8" w:rsidP="009311D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</w:pPr>
      <w:r w:rsidRPr="001B7B35"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t>3. İZLENCE (MODÜL PLANI) HAZIRLAMA İLKELERİ</w:t>
      </w:r>
    </w:p>
    <w:p w14:paraId="2706C3CA" w14:textId="77777777" w:rsidR="009311D8" w:rsidRPr="001B7B35" w:rsidRDefault="009311D8" w:rsidP="00BE550D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tr-TR"/>
        </w:rPr>
      </w:pPr>
      <w:r w:rsidRPr="001B7B35">
        <w:rPr>
          <w:rFonts w:ascii="Times New Roman" w:eastAsia="Times New Roman" w:hAnsi="Times New Roman" w:cs="Times New Roman"/>
          <w:szCs w:val="24"/>
          <w:lang w:eastAsia="tr-TR"/>
        </w:rPr>
        <w:t xml:space="preserve">İzlence dokümanları </w:t>
      </w:r>
      <w:r w:rsidRPr="001B7B35">
        <w:rPr>
          <w:rFonts w:ascii="Times New Roman" w:eastAsia="Times New Roman" w:hAnsi="Times New Roman" w:cs="Times New Roman"/>
          <w:b/>
          <w:bCs/>
          <w:szCs w:val="24"/>
          <w:lang w:eastAsia="tr-TR"/>
        </w:rPr>
        <w:t>EK-2’de yer alan şablon doğrultusunda</w:t>
      </w:r>
      <w:r w:rsidRPr="001B7B35">
        <w:rPr>
          <w:rFonts w:ascii="Times New Roman" w:eastAsia="Times New Roman" w:hAnsi="Times New Roman" w:cs="Times New Roman"/>
          <w:szCs w:val="24"/>
          <w:lang w:eastAsia="tr-TR"/>
        </w:rPr>
        <w:t xml:space="preserve"> hazırlanmalıdır.</w:t>
      </w:r>
    </w:p>
    <w:p w14:paraId="4991F1E0" w14:textId="77777777" w:rsidR="009311D8" w:rsidRPr="001B7B35" w:rsidRDefault="009311D8" w:rsidP="009311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tr-TR"/>
        </w:rPr>
      </w:pPr>
      <w:r w:rsidRPr="001B7B35">
        <w:rPr>
          <w:rFonts w:ascii="Times New Roman" w:eastAsia="Times New Roman" w:hAnsi="Times New Roman" w:cs="Times New Roman"/>
          <w:szCs w:val="24"/>
          <w:lang w:eastAsia="tr-TR"/>
        </w:rPr>
        <w:t>İzlence dokümanında aşağıdaki başlıkların yer alması beklenmektedir:</w:t>
      </w:r>
    </w:p>
    <w:p w14:paraId="7EF901E0" w14:textId="77777777" w:rsidR="009311D8" w:rsidRPr="001B7B35" w:rsidRDefault="009311D8" w:rsidP="00BE550D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tr-TR"/>
        </w:rPr>
      </w:pPr>
      <w:r w:rsidRPr="001B7B35">
        <w:rPr>
          <w:rFonts w:ascii="Times New Roman" w:eastAsia="Times New Roman" w:hAnsi="Times New Roman" w:cs="Times New Roman"/>
          <w:szCs w:val="24"/>
          <w:lang w:eastAsia="tr-TR"/>
        </w:rPr>
        <w:t>Modül bilgi sayfası</w:t>
      </w:r>
    </w:p>
    <w:p w14:paraId="31C9F6F8" w14:textId="77777777" w:rsidR="009311D8" w:rsidRPr="001B7B35" w:rsidRDefault="009311D8" w:rsidP="00BE550D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tr-TR"/>
        </w:rPr>
      </w:pPr>
      <w:r w:rsidRPr="001B7B35">
        <w:rPr>
          <w:rFonts w:ascii="Times New Roman" w:eastAsia="Times New Roman" w:hAnsi="Times New Roman" w:cs="Times New Roman"/>
          <w:szCs w:val="24"/>
          <w:lang w:eastAsia="tr-TR"/>
        </w:rPr>
        <w:t>Genel amaç ve beklenen yeterlikler</w:t>
      </w:r>
    </w:p>
    <w:p w14:paraId="2C146708" w14:textId="77777777" w:rsidR="009311D8" w:rsidRPr="001B7B35" w:rsidRDefault="009311D8" w:rsidP="00BE550D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tr-TR"/>
        </w:rPr>
      </w:pPr>
      <w:r w:rsidRPr="001B7B35">
        <w:rPr>
          <w:rFonts w:ascii="Times New Roman" w:eastAsia="Times New Roman" w:hAnsi="Times New Roman" w:cs="Times New Roman"/>
          <w:szCs w:val="24"/>
          <w:lang w:eastAsia="tr-TR"/>
        </w:rPr>
        <w:t>Öğrenme çıktıları</w:t>
      </w:r>
    </w:p>
    <w:p w14:paraId="25C156B4" w14:textId="77777777" w:rsidR="009311D8" w:rsidRPr="001B7B35" w:rsidRDefault="009311D8" w:rsidP="00BE550D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tr-TR"/>
        </w:rPr>
      </w:pPr>
      <w:r w:rsidRPr="001B7B35">
        <w:rPr>
          <w:rFonts w:ascii="Times New Roman" w:eastAsia="Times New Roman" w:hAnsi="Times New Roman" w:cs="Times New Roman"/>
          <w:szCs w:val="24"/>
          <w:lang w:eastAsia="tr-TR"/>
        </w:rPr>
        <w:t>İçerik ve süre dağılımı</w:t>
      </w:r>
    </w:p>
    <w:p w14:paraId="05280518" w14:textId="77777777" w:rsidR="009311D8" w:rsidRPr="001B7B35" w:rsidRDefault="009311D8" w:rsidP="00BE550D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tr-TR"/>
        </w:rPr>
      </w:pPr>
      <w:r w:rsidRPr="001B7B35">
        <w:rPr>
          <w:rFonts w:ascii="Times New Roman" w:eastAsia="Times New Roman" w:hAnsi="Times New Roman" w:cs="Times New Roman"/>
          <w:szCs w:val="24"/>
          <w:lang w:eastAsia="tr-TR"/>
        </w:rPr>
        <w:t>Öğrenme-öğretme süreci planı</w:t>
      </w:r>
    </w:p>
    <w:p w14:paraId="6B582B0E" w14:textId="2081F454" w:rsidR="009311D8" w:rsidRDefault="009311D8" w:rsidP="00BE550D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tr-TR"/>
        </w:rPr>
      </w:pPr>
      <w:r w:rsidRPr="001B7B35">
        <w:rPr>
          <w:rFonts w:ascii="Times New Roman" w:eastAsia="Times New Roman" w:hAnsi="Times New Roman" w:cs="Times New Roman"/>
          <w:szCs w:val="24"/>
          <w:lang w:eastAsia="tr-TR"/>
        </w:rPr>
        <w:t>Ölçme ve değerlendirme yaklaşımı</w:t>
      </w:r>
    </w:p>
    <w:p w14:paraId="34870213" w14:textId="77777777" w:rsidR="009311D8" w:rsidRPr="001B7B35" w:rsidRDefault="009311D8" w:rsidP="009311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tr-TR"/>
        </w:rPr>
      </w:pPr>
    </w:p>
    <w:p w14:paraId="3078A0E9" w14:textId="77777777" w:rsidR="009311D8" w:rsidRPr="001B7B35" w:rsidRDefault="009311D8" w:rsidP="009311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tr-TR"/>
        </w:rPr>
      </w:pPr>
      <w:r w:rsidRPr="001B7B35">
        <w:rPr>
          <w:rFonts w:ascii="Times New Roman" w:eastAsia="Times New Roman" w:hAnsi="Times New Roman" w:cs="Times New Roman"/>
          <w:szCs w:val="24"/>
          <w:lang w:eastAsia="tr-TR"/>
        </w:rPr>
        <w:lastRenderedPageBreak/>
        <w:t>İzlencelerin:</w:t>
      </w:r>
    </w:p>
    <w:p w14:paraId="1EC1E8FB" w14:textId="77777777" w:rsidR="009311D8" w:rsidRPr="001B7B35" w:rsidRDefault="009311D8" w:rsidP="00BE550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tr-TR"/>
        </w:rPr>
      </w:pPr>
      <w:r w:rsidRPr="001B7B35">
        <w:rPr>
          <w:rFonts w:ascii="Times New Roman" w:eastAsia="Times New Roman" w:hAnsi="Times New Roman" w:cs="Times New Roman"/>
          <w:szCs w:val="24"/>
          <w:lang w:eastAsia="tr-TR"/>
        </w:rPr>
        <w:t>Öğrenme çıktıları ile uyumlu,</w:t>
      </w:r>
    </w:p>
    <w:p w14:paraId="1013B2F6" w14:textId="77777777" w:rsidR="009311D8" w:rsidRPr="001B7B35" w:rsidRDefault="009311D8" w:rsidP="00BE550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tr-TR"/>
        </w:rPr>
      </w:pPr>
      <w:r w:rsidRPr="001B7B35">
        <w:rPr>
          <w:rFonts w:ascii="Times New Roman" w:eastAsia="Times New Roman" w:hAnsi="Times New Roman" w:cs="Times New Roman"/>
          <w:szCs w:val="24"/>
          <w:lang w:eastAsia="tr-TR"/>
        </w:rPr>
        <w:t>Katılımcı merkezli,</w:t>
      </w:r>
    </w:p>
    <w:p w14:paraId="5EC54FAC" w14:textId="77777777" w:rsidR="009311D8" w:rsidRPr="001B7B35" w:rsidRDefault="009311D8" w:rsidP="00BE550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tr-TR"/>
        </w:rPr>
      </w:pPr>
      <w:r w:rsidRPr="001B7B35">
        <w:rPr>
          <w:rFonts w:ascii="Times New Roman" w:eastAsia="Times New Roman" w:hAnsi="Times New Roman" w:cs="Times New Roman"/>
          <w:szCs w:val="24"/>
          <w:lang w:eastAsia="tr-TR"/>
        </w:rPr>
        <w:t>Uygulama ağırlıklı</w:t>
      </w:r>
    </w:p>
    <w:p w14:paraId="528E5E30" w14:textId="77777777" w:rsidR="009311D8" w:rsidRPr="001B7B35" w:rsidRDefault="009311D8" w:rsidP="009311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tr-TR"/>
        </w:rPr>
      </w:pPr>
      <w:proofErr w:type="gramStart"/>
      <w:r w:rsidRPr="001B7B35">
        <w:rPr>
          <w:rFonts w:ascii="Times New Roman" w:eastAsia="Times New Roman" w:hAnsi="Times New Roman" w:cs="Times New Roman"/>
          <w:szCs w:val="24"/>
          <w:lang w:eastAsia="tr-TR"/>
        </w:rPr>
        <w:t>olmasına</w:t>
      </w:r>
      <w:proofErr w:type="gramEnd"/>
      <w:r w:rsidRPr="001B7B35">
        <w:rPr>
          <w:rFonts w:ascii="Times New Roman" w:eastAsia="Times New Roman" w:hAnsi="Times New Roman" w:cs="Times New Roman"/>
          <w:szCs w:val="24"/>
          <w:lang w:eastAsia="tr-TR"/>
        </w:rPr>
        <w:t xml:space="preserve"> özen gösterilmelidir.</w:t>
      </w:r>
    </w:p>
    <w:p w14:paraId="3AC03613" w14:textId="77777777" w:rsidR="009311D8" w:rsidRPr="001B7B35" w:rsidRDefault="009311D8" w:rsidP="009311D8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tr-TR"/>
        </w:rPr>
      </w:pPr>
    </w:p>
    <w:p w14:paraId="7AE73A2F" w14:textId="77777777" w:rsidR="009311D8" w:rsidRPr="001B7B35" w:rsidRDefault="009311D8" w:rsidP="009311D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</w:pPr>
      <w:r w:rsidRPr="001B7B35"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t>4. ÖLÇME VE DEĞERLENDİRME SORULARI</w:t>
      </w:r>
    </w:p>
    <w:p w14:paraId="13B021A0" w14:textId="77777777" w:rsidR="009311D8" w:rsidRPr="001B7B35" w:rsidRDefault="009311D8" w:rsidP="00BE550D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tr-TR"/>
        </w:rPr>
      </w:pPr>
      <w:r w:rsidRPr="001B7B35">
        <w:rPr>
          <w:rFonts w:ascii="Times New Roman" w:eastAsia="Times New Roman" w:hAnsi="Times New Roman" w:cs="Times New Roman"/>
          <w:szCs w:val="24"/>
          <w:lang w:eastAsia="tr-TR"/>
        </w:rPr>
        <w:t xml:space="preserve">Ölçme-değerlendirme soruları </w:t>
      </w:r>
      <w:r w:rsidRPr="001B7B35">
        <w:rPr>
          <w:rFonts w:ascii="Times New Roman" w:eastAsia="Times New Roman" w:hAnsi="Times New Roman" w:cs="Times New Roman"/>
          <w:b/>
          <w:bCs/>
          <w:szCs w:val="24"/>
          <w:lang w:eastAsia="tr-TR"/>
        </w:rPr>
        <w:t>EK-3’te yer alan tablo formatına uygun olarak</w:t>
      </w:r>
      <w:r w:rsidRPr="001B7B35">
        <w:rPr>
          <w:rFonts w:ascii="Times New Roman" w:eastAsia="Times New Roman" w:hAnsi="Times New Roman" w:cs="Times New Roman"/>
          <w:szCs w:val="24"/>
          <w:lang w:eastAsia="tr-TR"/>
        </w:rPr>
        <w:t xml:space="preserve"> hazırlanmalıdır.</w:t>
      </w:r>
    </w:p>
    <w:p w14:paraId="6706B709" w14:textId="77777777" w:rsidR="009311D8" w:rsidRPr="001B7B35" w:rsidRDefault="009311D8" w:rsidP="00BE550D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tr-TR"/>
        </w:rPr>
      </w:pPr>
      <w:r w:rsidRPr="001B7B35">
        <w:rPr>
          <w:rFonts w:ascii="Times New Roman" w:eastAsia="Times New Roman" w:hAnsi="Times New Roman" w:cs="Times New Roman"/>
          <w:szCs w:val="24"/>
          <w:lang w:eastAsia="tr-TR"/>
        </w:rPr>
        <w:t xml:space="preserve">Her bir öğrenme çıktısı için </w:t>
      </w:r>
      <w:r w:rsidRPr="001B7B35">
        <w:rPr>
          <w:rFonts w:ascii="Times New Roman" w:eastAsia="Times New Roman" w:hAnsi="Times New Roman" w:cs="Times New Roman"/>
          <w:b/>
          <w:bCs/>
          <w:szCs w:val="24"/>
          <w:lang w:eastAsia="tr-TR"/>
        </w:rPr>
        <w:t>5 adet çoktan seçmeli soru</w:t>
      </w:r>
      <w:r w:rsidRPr="001B7B35">
        <w:rPr>
          <w:rFonts w:ascii="Times New Roman" w:eastAsia="Times New Roman" w:hAnsi="Times New Roman" w:cs="Times New Roman"/>
          <w:szCs w:val="24"/>
          <w:lang w:eastAsia="tr-TR"/>
        </w:rPr>
        <w:t xml:space="preserve"> yazılmalıdır.</w:t>
      </w:r>
    </w:p>
    <w:p w14:paraId="07A8D227" w14:textId="77777777" w:rsidR="009311D8" w:rsidRPr="001B7B35" w:rsidRDefault="009311D8" w:rsidP="00BE550D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tr-TR"/>
        </w:rPr>
      </w:pPr>
      <w:r w:rsidRPr="001B7B35">
        <w:rPr>
          <w:rFonts w:ascii="Times New Roman" w:eastAsia="Times New Roman" w:hAnsi="Times New Roman" w:cs="Times New Roman"/>
          <w:szCs w:val="24"/>
          <w:lang w:eastAsia="tr-TR"/>
        </w:rPr>
        <w:t xml:space="preserve">Sorular </w:t>
      </w:r>
      <w:r w:rsidRPr="001B7B35">
        <w:rPr>
          <w:rFonts w:ascii="Times New Roman" w:eastAsia="Times New Roman" w:hAnsi="Times New Roman" w:cs="Times New Roman"/>
          <w:b/>
          <w:bCs/>
          <w:szCs w:val="24"/>
          <w:lang w:eastAsia="tr-TR"/>
        </w:rPr>
        <w:t>5 seçenekli (A, B, C, D, E)</w:t>
      </w:r>
      <w:r w:rsidRPr="001B7B35">
        <w:rPr>
          <w:rFonts w:ascii="Times New Roman" w:eastAsia="Times New Roman" w:hAnsi="Times New Roman" w:cs="Times New Roman"/>
          <w:szCs w:val="24"/>
          <w:lang w:eastAsia="tr-TR"/>
        </w:rPr>
        <w:t xml:space="preserve"> olacak şekilde düzenlenmelidir.</w:t>
      </w:r>
    </w:p>
    <w:p w14:paraId="7292DBA3" w14:textId="77777777" w:rsidR="009311D8" w:rsidRPr="001B7B35" w:rsidRDefault="009311D8" w:rsidP="00BE550D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tr-TR"/>
        </w:rPr>
      </w:pPr>
      <w:r w:rsidRPr="001B7B35">
        <w:rPr>
          <w:rFonts w:ascii="Times New Roman" w:eastAsia="Times New Roman" w:hAnsi="Times New Roman" w:cs="Times New Roman"/>
          <w:szCs w:val="24"/>
          <w:lang w:eastAsia="tr-TR"/>
        </w:rPr>
        <w:t xml:space="preserve">Her sorunun </w:t>
      </w:r>
      <w:r w:rsidRPr="001B7B35">
        <w:rPr>
          <w:rFonts w:ascii="Times New Roman" w:eastAsia="Times New Roman" w:hAnsi="Times New Roman" w:cs="Times New Roman"/>
          <w:b/>
          <w:bCs/>
          <w:szCs w:val="24"/>
          <w:lang w:eastAsia="tr-TR"/>
        </w:rPr>
        <w:t>doğru cevabı belirtilmelidir.</w:t>
      </w:r>
    </w:p>
    <w:p w14:paraId="0700E245" w14:textId="77777777" w:rsidR="009311D8" w:rsidRDefault="009311D8" w:rsidP="00BE550D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tr-TR"/>
        </w:rPr>
      </w:pPr>
      <w:r w:rsidRPr="001B7B35">
        <w:rPr>
          <w:rFonts w:ascii="Times New Roman" w:eastAsia="Times New Roman" w:hAnsi="Times New Roman" w:cs="Times New Roman"/>
          <w:szCs w:val="24"/>
          <w:lang w:eastAsia="tr-TR"/>
        </w:rPr>
        <w:t>Soruların, ilgili öğrenme çıktısını doğrudan ölçen nitelikte olması gerekmektedir.</w:t>
      </w:r>
    </w:p>
    <w:p w14:paraId="47F533D4" w14:textId="77777777" w:rsidR="009311D8" w:rsidRPr="001B7B35" w:rsidRDefault="009311D8" w:rsidP="009311D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Cs w:val="24"/>
          <w:lang w:eastAsia="tr-TR"/>
        </w:rPr>
      </w:pPr>
    </w:p>
    <w:p w14:paraId="24D21FCA" w14:textId="77777777" w:rsidR="009311D8" w:rsidRPr="001B7B35" w:rsidRDefault="009311D8" w:rsidP="009311D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</w:pPr>
      <w:r w:rsidRPr="001B7B35"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t>5. VİDEO VE SUNUM HAZIRLAMA İLKELERİ</w:t>
      </w:r>
    </w:p>
    <w:p w14:paraId="2C1A3EB5" w14:textId="77777777" w:rsidR="009311D8" w:rsidRPr="001B7B35" w:rsidRDefault="009311D8" w:rsidP="009311D8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Cs w:val="24"/>
          <w:lang w:eastAsia="tr-TR"/>
        </w:rPr>
      </w:pPr>
      <w:r w:rsidRPr="001B7B35">
        <w:rPr>
          <w:rFonts w:ascii="Times New Roman" w:eastAsia="Times New Roman" w:hAnsi="Times New Roman" w:cs="Times New Roman"/>
          <w:b/>
          <w:bCs/>
          <w:szCs w:val="24"/>
          <w:lang w:eastAsia="tr-TR"/>
        </w:rPr>
        <w:t>5.1. Genel İlkeler</w:t>
      </w:r>
    </w:p>
    <w:p w14:paraId="05E473AF" w14:textId="77777777" w:rsidR="009311D8" w:rsidRPr="001B7B35" w:rsidRDefault="009311D8" w:rsidP="00BE550D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tr-TR"/>
        </w:rPr>
      </w:pPr>
      <w:r w:rsidRPr="001B7B35">
        <w:rPr>
          <w:rFonts w:ascii="Times New Roman" w:eastAsia="Times New Roman" w:hAnsi="Times New Roman" w:cs="Times New Roman"/>
          <w:szCs w:val="24"/>
          <w:lang w:eastAsia="tr-TR"/>
        </w:rPr>
        <w:t xml:space="preserve">Sunumlar </w:t>
      </w:r>
      <w:r w:rsidRPr="001B7B35">
        <w:rPr>
          <w:rFonts w:ascii="Times New Roman" w:eastAsia="Times New Roman" w:hAnsi="Times New Roman" w:cs="Times New Roman"/>
          <w:b/>
          <w:bCs/>
          <w:szCs w:val="24"/>
          <w:lang w:eastAsia="tr-TR"/>
        </w:rPr>
        <w:t>EK-4’te yer alan sunum şablonları kullanılarak</w:t>
      </w:r>
      <w:r w:rsidRPr="001B7B35">
        <w:rPr>
          <w:rFonts w:ascii="Times New Roman" w:eastAsia="Times New Roman" w:hAnsi="Times New Roman" w:cs="Times New Roman"/>
          <w:szCs w:val="24"/>
          <w:lang w:eastAsia="tr-TR"/>
        </w:rPr>
        <w:t xml:space="preserve"> hazırlanmalıdır.</w:t>
      </w:r>
    </w:p>
    <w:p w14:paraId="2836B075" w14:textId="77777777" w:rsidR="009311D8" w:rsidRPr="001B7B35" w:rsidRDefault="009311D8" w:rsidP="00BE550D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tr-TR"/>
        </w:rPr>
      </w:pPr>
      <w:r w:rsidRPr="001B7B35">
        <w:rPr>
          <w:rFonts w:ascii="Times New Roman" w:eastAsia="Times New Roman" w:hAnsi="Times New Roman" w:cs="Times New Roman"/>
          <w:szCs w:val="24"/>
          <w:lang w:eastAsia="tr-TR"/>
        </w:rPr>
        <w:t>Sunum başlangıcında eğitim adı belirtilmeli, eğitmen kendini tanıtmalı ve katılımcılar selamlanmalıdır.</w:t>
      </w:r>
    </w:p>
    <w:p w14:paraId="551C2E9A" w14:textId="77777777" w:rsidR="009311D8" w:rsidRPr="001B7B35" w:rsidRDefault="009311D8" w:rsidP="00BE550D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tr-TR"/>
        </w:rPr>
      </w:pPr>
      <w:r w:rsidRPr="001B7B35">
        <w:rPr>
          <w:rFonts w:ascii="Times New Roman" w:eastAsia="Times New Roman" w:hAnsi="Times New Roman" w:cs="Times New Roman"/>
          <w:szCs w:val="24"/>
          <w:lang w:eastAsia="tr-TR"/>
        </w:rPr>
        <w:t xml:space="preserve">Video süreleri </w:t>
      </w:r>
      <w:r w:rsidRPr="001B7B35">
        <w:rPr>
          <w:rFonts w:ascii="Times New Roman" w:eastAsia="Times New Roman" w:hAnsi="Times New Roman" w:cs="Times New Roman"/>
          <w:b/>
          <w:bCs/>
          <w:szCs w:val="24"/>
          <w:lang w:eastAsia="tr-TR"/>
        </w:rPr>
        <w:t>en fazla 15 dakika</w:t>
      </w:r>
      <w:r w:rsidRPr="001B7B35">
        <w:rPr>
          <w:rFonts w:ascii="Times New Roman" w:eastAsia="Times New Roman" w:hAnsi="Times New Roman" w:cs="Times New Roman"/>
          <w:szCs w:val="24"/>
          <w:lang w:eastAsia="tr-TR"/>
        </w:rPr>
        <w:t xml:space="preserve"> olacak şekilde planlanmalıdır.</w:t>
      </w:r>
    </w:p>
    <w:p w14:paraId="3534A954" w14:textId="77777777" w:rsidR="009311D8" w:rsidRPr="001B7B35" w:rsidRDefault="009311D8" w:rsidP="00BE550D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tr-TR"/>
        </w:rPr>
      </w:pPr>
      <w:r w:rsidRPr="001B7B35">
        <w:rPr>
          <w:rFonts w:ascii="Times New Roman" w:eastAsia="Times New Roman" w:hAnsi="Times New Roman" w:cs="Times New Roman"/>
          <w:szCs w:val="24"/>
          <w:lang w:eastAsia="tr-TR"/>
        </w:rPr>
        <w:t>Sunumlar görsellerle desteklenmelidir.</w:t>
      </w:r>
    </w:p>
    <w:p w14:paraId="4050DE1F" w14:textId="77777777" w:rsidR="009311D8" w:rsidRPr="001B7B35" w:rsidRDefault="009311D8" w:rsidP="00BE550D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tr-TR"/>
        </w:rPr>
      </w:pPr>
      <w:r w:rsidRPr="001B7B35">
        <w:rPr>
          <w:rFonts w:ascii="Times New Roman" w:eastAsia="Times New Roman" w:hAnsi="Times New Roman" w:cs="Times New Roman"/>
          <w:szCs w:val="24"/>
          <w:lang w:eastAsia="tr-TR"/>
        </w:rPr>
        <w:t>Akademik dil ile günlük dil arasında dengeli bir anlatım tercih edilmelidir.</w:t>
      </w:r>
    </w:p>
    <w:p w14:paraId="79662699" w14:textId="77777777" w:rsidR="009311D8" w:rsidRPr="001B7B35" w:rsidRDefault="009311D8" w:rsidP="00BE550D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tr-TR"/>
        </w:rPr>
      </w:pPr>
      <w:r w:rsidRPr="001B7B35">
        <w:rPr>
          <w:rFonts w:ascii="Times New Roman" w:eastAsia="Times New Roman" w:hAnsi="Times New Roman" w:cs="Times New Roman"/>
          <w:szCs w:val="24"/>
          <w:lang w:eastAsia="tr-TR"/>
        </w:rPr>
        <w:t>İlk slayttan sonra web kamerası aktif hale getirilmelidir.</w:t>
      </w:r>
    </w:p>
    <w:p w14:paraId="5EE3A587" w14:textId="77777777" w:rsidR="009311D8" w:rsidRPr="001B7B35" w:rsidRDefault="009311D8" w:rsidP="00BE550D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tr-TR"/>
        </w:rPr>
      </w:pPr>
      <w:r w:rsidRPr="001B7B35">
        <w:rPr>
          <w:rFonts w:ascii="Times New Roman" w:eastAsia="Times New Roman" w:hAnsi="Times New Roman" w:cs="Times New Roman"/>
          <w:szCs w:val="24"/>
          <w:lang w:eastAsia="tr-TR"/>
        </w:rPr>
        <w:t>Sunum sonunda uygun bir kapanış ifadesi kullanılmalıdır.</w:t>
      </w:r>
    </w:p>
    <w:p w14:paraId="5E522640" w14:textId="77777777" w:rsidR="009311D8" w:rsidRPr="001B7B35" w:rsidRDefault="009311D8" w:rsidP="009311D8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Cs w:val="24"/>
          <w:lang w:eastAsia="tr-TR"/>
        </w:rPr>
      </w:pPr>
      <w:r w:rsidRPr="001B7B35">
        <w:rPr>
          <w:rFonts w:ascii="Times New Roman" w:eastAsia="Times New Roman" w:hAnsi="Times New Roman" w:cs="Times New Roman"/>
          <w:b/>
          <w:bCs/>
          <w:szCs w:val="24"/>
          <w:lang w:eastAsia="tr-TR"/>
        </w:rPr>
        <w:t>5.2. Teknik Gereklilikler</w:t>
      </w:r>
    </w:p>
    <w:p w14:paraId="109248E8" w14:textId="77777777" w:rsidR="009311D8" w:rsidRPr="001B7B35" w:rsidRDefault="009311D8" w:rsidP="00BE550D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tr-TR"/>
        </w:rPr>
      </w:pPr>
      <w:r w:rsidRPr="001B7B35">
        <w:rPr>
          <w:rFonts w:ascii="Times New Roman" w:eastAsia="Times New Roman" w:hAnsi="Times New Roman" w:cs="Times New Roman"/>
          <w:szCs w:val="24"/>
          <w:lang w:eastAsia="tr-TR"/>
        </w:rPr>
        <w:t xml:space="preserve">Video kayıtları </w:t>
      </w:r>
      <w:r w:rsidRPr="001B7B35">
        <w:rPr>
          <w:rFonts w:ascii="Times New Roman" w:eastAsia="Times New Roman" w:hAnsi="Times New Roman" w:cs="Times New Roman"/>
          <w:b/>
          <w:bCs/>
          <w:szCs w:val="24"/>
          <w:lang w:eastAsia="tr-TR"/>
        </w:rPr>
        <w:t>Full HD (1920x1080)</w:t>
      </w:r>
      <w:r w:rsidRPr="001B7B35">
        <w:rPr>
          <w:rFonts w:ascii="Times New Roman" w:eastAsia="Times New Roman" w:hAnsi="Times New Roman" w:cs="Times New Roman"/>
          <w:szCs w:val="24"/>
          <w:lang w:eastAsia="tr-TR"/>
        </w:rPr>
        <w:t xml:space="preserve"> çözünürlükte ve </w:t>
      </w:r>
      <w:r w:rsidRPr="001B7B35">
        <w:rPr>
          <w:rFonts w:ascii="Times New Roman" w:eastAsia="Times New Roman" w:hAnsi="Times New Roman" w:cs="Times New Roman"/>
          <w:b/>
          <w:bCs/>
          <w:szCs w:val="24"/>
          <w:lang w:eastAsia="tr-TR"/>
        </w:rPr>
        <w:t>.mp4 formatında</w:t>
      </w:r>
      <w:r w:rsidRPr="001B7B35">
        <w:rPr>
          <w:rFonts w:ascii="Times New Roman" w:eastAsia="Times New Roman" w:hAnsi="Times New Roman" w:cs="Times New Roman"/>
          <w:szCs w:val="24"/>
          <w:lang w:eastAsia="tr-TR"/>
        </w:rPr>
        <w:t xml:space="preserve"> olmalıdır.</w:t>
      </w:r>
    </w:p>
    <w:p w14:paraId="5703B616" w14:textId="77777777" w:rsidR="009311D8" w:rsidRPr="001B7B35" w:rsidRDefault="009311D8" w:rsidP="00BE550D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tr-TR"/>
        </w:rPr>
      </w:pPr>
      <w:r w:rsidRPr="001B7B35">
        <w:rPr>
          <w:rFonts w:ascii="Times New Roman" w:eastAsia="Times New Roman" w:hAnsi="Times New Roman" w:cs="Times New Roman"/>
          <w:szCs w:val="24"/>
          <w:lang w:eastAsia="tr-TR"/>
        </w:rPr>
        <w:t xml:space="preserve">Ses kalitesi yüksek olmalı, mümkünse </w:t>
      </w:r>
      <w:r w:rsidRPr="001B7B35">
        <w:rPr>
          <w:rFonts w:ascii="Times New Roman" w:eastAsia="Times New Roman" w:hAnsi="Times New Roman" w:cs="Times New Roman"/>
          <w:b/>
          <w:bCs/>
          <w:szCs w:val="24"/>
          <w:lang w:eastAsia="tr-TR"/>
        </w:rPr>
        <w:t>harici mikrofon</w:t>
      </w:r>
      <w:r w:rsidRPr="001B7B35">
        <w:rPr>
          <w:rFonts w:ascii="Times New Roman" w:eastAsia="Times New Roman" w:hAnsi="Times New Roman" w:cs="Times New Roman"/>
          <w:szCs w:val="24"/>
          <w:lang w:eastAsia="tr-TR"/>
        </w:rPr>
        <w:t xml:space="preserve"> kullanılmalıdır.</w:t>
      </w:r>
    </w:p>
    <w:p w14:paraId="446D409C" w14:textId="77777777" w:rsidR="009311D8" w:rsidRPr="001B7B35" w:rsidRDefault="009311D8" w:rsidP="00BE550D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tr-TR"/>
        </w:rPr>
      </w:pPr>
      <w:r w:rsidRPr="001B7B35">
        <w:rPr>
          <w:rFonts w:ascii="Times New Roman" w:eastAsia="Times New Roman" w:hAnsi="Times New Roman" w:cs="Times New Roman"/>
          <w:szCs w:val="24"/>
          <w:lang w:eastAsia="tr-TR"/>
        </w:rPr>
        <w:t>Kayıt ortamı gürültüden arındırılmış olmalıdır.</w:t>
      </w:r>
    </w:p>
    <w:p w14:paraId="2E54799D" w14:textId="77777777" w:rsidR="009311D8" w:rsidRPr="001B7B35" w:rsidRDefault="009311D8" w:rsidP="00BE550D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tr-TR"/>
        </w:rPr>
      </w:pPr>
      <w:r w:rsidRPr="001B7B35">
        <w:rPr>
          <w:rFonts w:ascii="Times New Roman" w:eastAsia="Times New Roman" w:hAnsi="Times New Roman" w:cs="Times New Roman"/>
          <w:szCs w:val="24"/>
          <w:lang w:eastAsia="tr-TR"/>
        </w:rPr>
        <w:t>Ekran kaydı sırasında masaüstü sade olmalı ve bildirimler kapatılmalıdır.</w:t>
      </w:r>
    </w:p>
    <w:p w14:paraId="79CA46CF" w14:textId="77777777" w:rsidR="009311D8" w:rsidRPr="001B7B35" w:rsidRDefault="009311D8" w:rsidP="00BE550D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tr-TR"/>
        </w:rPr>
      </w:pPr>
      <w:proofErr w:type="spellStart"/>
      <w:r w:rsidRPr="001B7B35">
        <w:rPr>
          <w:rFonts w:ascii="Times New Roman" w:eastAsia="Times New Roman" w:hAnsi="Times New Roman" w:cs="Times New Roman"/>
          <w:szCs w:val="24"/>
          <w:lang w:eastAsia="tr-TR"/>
        </w:rPr>
        <w:t>Webcam</w:t>
      </w:r>
      <w:proofErr w:type="spellEnd"/>
      <w:r w:rsidRPr="001B7B35">
        <w:rPr>
          <w:rFonts w:ascii="Times New Roman" w:eastAsia="Times New Roman" w:hAnsi="Times New Roman" w:cs="Times New Roman"/>
          <w:szCs w:val="24"/>
          <w:lang w:eastAsia="tr-TR"/>
        </w:rPr>
        <w:t xml:space="preserve"> kullanımı durumunda:</w:t>
      </w:r>
    </w:p>
    <w:p w14:paraId="600B7E0A" w14:textId="77777777" w:rsidR="009311D8" w:rsidRPr="001B7B35" w:rsidRDefault="009311D8" w:rsidP="00BE550D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tr-TR"/>
        </w:rPr>
      </w:pPr>
      <w:r w:rsidRPr="001B7B35">
        <w:rPr>
          <w:rFonts w:ascii="Times New Roman" w:eastAsia="Times New Roman" w:hAnsi="Times New Roman" w:cs="Times New Roman"/>
          <w:szCs w:val="24"/>
          <w:lang w:eastAsia="tr-TR"/>
        </w:rPr>
        <w:t>Kamera ekranın sağ alt köşesinde konumlandırılmalıdır.</w:t>
      </w:r>
    </w:p>
    <w:p w14:paraId="33EF35CD" w14:textId="77777777" w:rsidR="009311D8" w:rsidRPr="001B7B35" w:rsidRDefault="009311D8" w:rsidP="00BE550D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tr-TR"/>
        </w:rPr>
      </w:pPr>
      <w:r w:rsidRPr="001B7B35">
        <w:rPr>
          <w:rFonts w:ascii="Times New Roman" w:eastAsia="Times New Roman" w:hAnsi="Times New Roman" w:cs="Times New Roman"/>
          <w:szCs w:val="24"/>
          <w:lang w:eastAsia="tr-TR"/>
        </w:rPr>
        <w:t>Işık, eğitmenin arkasında olmamalıdır.</w:t>
      </w:r>
    </w:p>
    <w:p w14:paraId="7AEFD016" w14:textId="77777777" w:rsidR="009311D8" w:rsidRPr="001B7B35" w:rsidRDefault="009311D8" w:rsidP="00BE550D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tr-TR"/>
        </w:rPr>
      </w:pPr>
      <w:r w:rsidRPr="001B7B35">
        <w:rPr>
          <w:rFonts w:ascii="Times New Roman" w:eastAsia="Times New Roman" w:hAnsi="Times New Roman" w:cs="Times New Roman"/>
          <w:szCs w:val="24"/>
          <w:lang w:eastAsia="tr-TR"/>
        </w:rPr>
        <w:t>Kadraj uygun şekilde ayarlanmalıdır.</w:t>
      </w:r>
    </w:p>
    <w:p w14:paraId="5D0EDB4B" w14:textId="77777777" w:rsidR="009311D8" w:rsidRPr="001B7B35" w:rsidRDefault="009311D8" w:rsidP="009311D8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tr-TR"/>
        </w:rPr>
      </w:pPr>
    </w:p>
    <w:p w14:paraId="1DFFBD77" w14:textId="77777777" w:rsidR="009311D8" w:rsidRPr="001B7B35" w:rsidRDefault="009311D8" w:rsidP="009311D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</w:pPr>
      <w:r w:rsidRPr="001B7B35"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t>6. GENEL DEĞERLENDİRME</w:t>
      </w:r>
    </w:p>
    <w:p w14:paraId="77144350" w14:textId="77777777" w:rsidR="009311D8" w:rsidRPr="001B7B35" w:rsidRDefault="009311D8" w:rsidP="009311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tr-TR"/>
        </w:rPr>
      </w:pPr>
      <w:r w:rsidRPr="001B7B35">
        <w:rPr>
          <w:rFonts w:ascii="Times New Roman" w:eastAsia="Times New Roman" w:hAnsi="Times New Roman" w:cs="Times New Roman"/>
          <w:szCs w:val="24"/>
          <w:lang w:eastAsia="tr-TR"/>
        </w:rPr>
        <w:t>Eğitim içeriklerinin hazırlanmasında temel yaklaşım;</w:t>
      </w:r>
    </w:p>
    <w:p w14:paraId="5F674008" w14:textId="77777777" w:rsidR="009311D8" w:rsidRPr="001B7B35" w:rsidRDefault="009311D8" w:rsidP="00BE550D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tr-TR"/>
        </w:rPr>
      </w:pPr>
      <w:proofErr w:type="gramStart"/>
      <w:r w:rsidRPr="001B7B35">
        <w:rPr>
          <w:rFonts w:ascii="Times New Roman" w:eastAsia="Times New Roman" w:hAnsi="Times New Roman" w:cs="Times New Roman"/>
          <w:b/>
          <w:bCs/>
          <w:szCs w:val="24"/>
          <w:lang w:eastAsia="tr-TR"/>
        </w:rPr>
        <w:t>katılımcı</w:t>
      </w:r>
      <w:proofErr w:type="gramEnd"/>
      <w:r w:rsidRPr="001B7B35">
        <w:rPr>
          <w:rFonts w:ascii="Times New Roman" w:eastAsia="Times New Roman" w:hAnsi="Times New Roman" w:cs="Times New Roman"/>
          <w:b/>
          <w:bCs/>
          <w:szCs w:val="24"/>
          <w:lang w:eastAsia="tr-TR"/>
        </w:rPr>
        <w:t xml:space="preserve"> merkezli</w:t>
      </w:r>
      <w:r w:rsidRPr="001B7B35">
        <w:rPr>
          <w:rFonts w:ascii="Times New Roman" w:eastAsia="Times New Roman" w:hAnsi="Times New Roman" w:cs="Times New Roman"/>
          <w:szCs w:val="24"/>
          <w:lang w:eastAsia="tr-TR"/>
        </w:rPr>
        <w:t>,</w:t>
      </w:r>
    </w:p>
    <w:p w14:paraId="1710695F" w14:textId="77777777" w:rsidR="009311D8" w:rsidRPr="001B7B35" w:rsidRDefault="009311D8" w:rsidP="00BE550D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tr-TR"/>
        </w:rPr>
      </w:pPr>
      <w:proofErr w:type="gramStart"/>
      <w:r w:rsidRPr="001B7B35">
        <w:rPr>
          <w:rFonts w:ascii="Times New Roman" w:eastAsia="Times New Roman" w:hAnsi="Times New Roman" w:cs="Times New Roman"/>
          <w:b/>
          <w:bCs/>
          <w:szCs w:val="24"/>
          <w:lang w:eastAsia="tr-TR"/>
        </w:rPr>
        <w:t>uygulama</w:t>
      </w:r>
      <w:proofErr w:type="gramEnd"/>
      <w:r w:rsidRPr="001B7B35">
        <w:rPr>
          <w:rFonts w:ascii="Times New Roman" w:eastAsia="Times New Roman" w:hAnsi="Times New Roman" w:cs="Times New Roman"/>
          <w:b/>
          <w:bCs/>
          <w:szCs w:val="24"/>
          <w:lang w:eastAsia="tr-TR"/>
        </w:rPr>
        <w:t xml:space="preserve"> odaklı</w:t>
      </w:r>
      <w:r w:rsidRPr="001B7B35">
        <w:rPr>
          <w:rFonts w:ascii="Times New Roman" w:eastAsia="Times New Roman" w:hAnsi="Times New Roman" w:cs="Times New Roman"/>
          <w:szCs w:val="24"/>
          <w:lang w:eastAsia="tr-TR"/>
        </w:rPr>
        <w:t>,</w:t>
      </w:r>
    </w:p>
    <w:p w14:paraId="6BA71BA7" w14:textId="77777777" w:rsidR="009311D8" w:rsidRPr="001B7B35" w:rsidRDefault="009311D8" w:rsidP="00BE550D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tr-TR"/>
        </w:rPr>
      </w:pPr>
      <w:proofErr w:type="gramStart"/>
      <w:r w:rsidRPr="001B7B35">
        <w:rPr>
          <w:rFonts w:ascii="Times New Roman" w:eastAsia="Times New Roman" w:hAnsi="Times New Roman" w:cs="Times New Roman"/>
          <w:b/>
          <w:bCs/>
          <w:szCs w:val="24"/>
          <w:lang w:eastAsia="tr-TR"/>
        </w:rPr>
        <w:t>öğrenme</w:t>
      </w:r>
      <w:proofErr w:type="gramEnd"/>
      <w:r w:rsidRPr="001B7B35">
        <w:rPr>
          <w:rFonts w:ascii="Times New Roman" w:eastAsia="Times New Roman" w:hAnsi="Times New Roman" w:cs="Times New Roman"/>
          <w:b/>
          <w:bCs/>
          <w:szCs w:val="24"/>
          <w:lang w:eastAsia="tr-TR"/>
        </w:rPr>
        <w:t xml:space="preserve"> çıktılarıyla uyumlu</w:t>
      </w:r>
    </w:p>
    <w:p w14:paraId="04DCD413" w14:textId="77777777" w:rsidR="009311D8" w:rsidRPr="001B7B35" w:rsidRDefault="009311D8" w:rsidP="009311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tr-TR"/>
        </w:rPr>
      </w:pPr>
      <w:proofErr w:type="gramStart"/>
      <w:r w:rsidRPr="001B7B35">
        <w:rPr>
          <w:rFonts w:ascii="Times New Roman" w:eastAsia="Times New Roman" w:hAnsi="Times New Roman" w:cs="Times New Roman"/>
          <w:szCs w:val="24"/>
          <w:lang w:eastAsia="tr-TR"/>
        </w:rPr>
        <w:t>bir</w:t>
      </w:r>
      <w:proofErr w:type="gramEnd"/>
      <w:r w:rsidRPr="001B7B35">
        <w:rPr>
          <w:rFonts w:ascii="Times New Roman" w:eastAsia="Times New Roman" w:hAnsi="Times New Roman" w:cs="Times New Roman"/>
          <w:szCs w:val="24"/>
          <w:lang w:eastAsia="tr-TR"/>
        </w:rPr>
        <w:t xml:space="preserve"> yapı oluşturulmasıdır.</w:t>
      </w:r>
    </w:p>
    <w:p w14:paraId="26C0A0DD" w14:textId="77777777" w:rsidR="009311D8" w:rsidRPr="001B7B35" w:rsidRDefault="009311D8" w:rsidP="009311D8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tr-TR"/>
        </w:rPr>
      </w:pPr>
    </w:p>
    <w:p w14:paraId="46E80E75" w14:textId="77777777" w:rsidR="009311D8" w:rsidRPr="001B7B35" w:rsidRDefault="009311D8" w:rsidP="009311D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</w:pPr>
      <w:r w:rsidRPr="001B7B35"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t>7. EKLER</w:t>
      </w:r>
    </w:p>
    <w:p w14:paraId="4F7F85FB" w14:textId="0F0E34FC" w:rsidR="009311D8" w:rsidRPr="001B7B35" w:rsidRDefault="00270B8E" w:rsidP="00BE550D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tr-TR"/>
        </w:rPr>
      </w:pPr>
      <w:hyperlink r:id="rId8" w:history="1">
        <w:r w:rsidR="009311D8" w:rsidRPr="00270B8E">
          <w:rPr>
            <w:rStyle w:val="Kpr"/>
            <w:rFonts w:ascii="Times New Roman" w:eastAsia="Times New Roman" w:hAnsi="Times New Roman" w:cs="Times New Roman"/>
            <w:b/>
            <w:bCs/>
            <w:szCs w:val="24"/>
            <w:lang w:eastAsia="tr-TR"/>
          </w:rPr>
          <w:t>EK-1:</w:t>
        </w:r>
        <w:r w:rsidR="009311D8" w:rsidRPr="00270B8E">
          <w:rPr>
            <w:rStyle w:val="Kpr"/>
            <w:rFonts w:ascii="Times New Roman" w:eastAsia="Times New Roman" w:hAnsi="Times New Roman" w:cs="Times New Roman"/>
            <w:szCs w:val="24"/>
            <w:lang w:eastAsia="tr-TR"/>
          </w:rPr>
          <w:t xml:space="preserve"> Ders İçeriği Hazırlama Formatı (Word/PDF)</w:t>
        </w:r>
      </w:hyperlink>
    </w:p>
    <w:p w14:paraId="6A43C21A" w14:textId="4B0585D2" w:rsidR="009311D8" w:rsidRPr="001B7B35" w:rsidRDefault="00270B8E" w:rsidP="00BE550D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tr-TR"/>
        </w:rPr>
      </w:pPr>
      <w:hyperlink r:id="rId9" w:history="1">
        <w:r w:rsidR="009311D8" w:rsidRPr="00270B8E">
          <w:rPr>
            <w:rStyle w:val="Kpr"/>
            <w:rFonts w:ascii="Times New Roman" w:eastAsia="Times New Roman" w:hAnsi="Times New Roman" w:cs="Times New Roman"/>
            <w:b/>
            <w:bCs/>
            <w:szCs w:val="24"/>
            <w:lang w:eastAsia="tr-TR"/>
          </w:rPr>
          <w:t>EK-2:</w:t>
        </w:r>
        <w:r w:rsidR="009311D8" w:rsidRPr="00270B8E">
          <w:rPr>
            <w:rStyle w:val="Kpr"/>
            <w:rFonts w:ascii="Times New Roman" w:eastAsia="Times New Roman" w:hAnsi="Times New Roman" w:cs="Times New Roman"/>
            <w:szCs w:val="24"/>
            <w:lang w:eastAsia="tr-TR"/>
          </w:rPr>
          <w:t xml:space="preserve"> İzlence (Modül Planı) Şablonu</w:t>
        </w:r>
      </w:hyperlink>
    </w:p>
    <w:p w14:paraId="447A4A11" w14:textId="216ACDD3" w:rsidR="009311D8" w:rsidRPr="001B7B35" w:rsidRDefault="00FF1F66" w:rsidP="00BE550D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tr-TR"/>
        </w:rPr>
      </w:pPr>
      <w:hyperlink r:id="rId10" w:history="1">
        <w:r w:rsidR="009311D8" w:rsidRPr="00FF1F66">
          <w:rPr>
            <w:rStyle w:val="Kpr"/>
            <w:rFonts w:ascii="Times New Roman" w:eastAsia="Times New Roman" w:hAnsi="Times New Roman" w:cs="Times New Roman"/>
            <w:b/>
            <w:bCs/>
            <w:szCs w:val="24"/>
            <w:lang w:eastAsia="tr-TR"/>
          </w:rPr>
          <w:t>EK-3:</w:t>
        </w:r>
        <w:r w:rsidR="009311D8" w:rsidRPr="00FF1F66">
          <w:rPr>
            <w:rStyle w:val="Kpr"/>
            <w:rFonts w:ascii="Times New Roman" w:eastAsia="Times New Roman" w:hAnsi="Times New Roman" w:cs="Times New Roman"/>
            <w:szCs w:val="24"/>
            <w:lang w:eastAsia="tr-TR"/>
          </w:rPr>
          <w:t xml:space="preserve"> Ölçme-Değerlendirme Soru Tablosu</w:t>
        </w:r>
      </w:hyperlink>
    </w:p>
    <w:p w14:paraId="22785A39" w14:textId="25F23487" w:rsidR="009311D8" w:rsidRPr="001B7B35" w:rsidRDefault="00FF1F66" w:rsidP="00BE550D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tr-TR"/>
        </w:rPr>
      </w:pPr>
      <w:hyperlink r:id="rId11" w:history="1">
        <w:r w:rsidR="009311D8" w:rsidRPr="00FF1F66">
          <w:rPr>
            <w:rStyle w:val="Kpr"/>
            <w:rFonts w:ascii="Times New Roman" w:eastAsia="Times New Roman" w:hAnsi="Times New Roman" w:cs="Times New Roman"/>
            <w:b/>
            <w:bCs/>
            <w:szCs w:val="24"/>
            <w:lang w:eastAsia="tr-TR"/>
          </w:rPr>
          <w:t>EK-4:</w:t>
        </w:r>
        <w:r w:rsidR="009311D8" w:rsidRPr="00FF1F66">
          <w:rPr>
            <w:rStyle w:val="Kpr"/>
            <w:rFonts w:ascii="Times New Roman" w:eastAsia="Times New Roman" w:hAnsi="Times New Roman" w:cs="Times New Roman"/>
            <w:szCs w:val="24"/>
            <w:lang w:eastAsia="tr-TR"/>
          </w:rPr>
          <w:t xml:space="preserve"> Sunum Şablonları</w:t>
        </w:r>
      </w:hyperlink>
    </w:p>
    <w:p w14:paraId="7E2A13B2" w14:textId="77777777" w:rsidR="009311D8" w:rsidRPr="001B7B35" w:rsidRDefault="00FF1F66" w:rsidP="009311D8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tr-TR"/>
        </w:rPr>
      </w:pPr>
      <w:r>
        <w:rPr>
          <w:rFonts w:ascii="Times New Roman" w:eastAsia="Times New Roman" w:hAnsi="Times New Roman" w:cs="Times New Roman"/>
          <w:szCs w:val="24"/>
          <w:lang w:eastAsia="tr-TR"/>
        </w:rPr>
        <w:pict w14:anchorId="55D7841A">
          <v:rect id="_x0000_i1025" style="width:0;height:1.5pt" o:hralign="center" o:hrstd="t" o:hr="t" fillcolor="#a0a0a0" stroked="f"/>
        </w:pict>
      </w:r>
    </w:p>
    <w:p w14:paraId="2F428F72" w14:textId="77777777" w:rsidR="009311D8" w:rsidRPr="001B7B35" w:rsidRDefault="009311D8" w:rsidP="009311D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</w:pPr>
      <w:r w:rsidRPr="001B7B35"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t>8. SON HÜKÜMLER</w:t>
      </w:r>
    </w:p>
    <w:p w14:paraId="2785E4F4" w14:textId="77777777" w:rsidR="009311D8" w:rsidRPr="001B7B35" w:rsidRDefault="009311D8" w:rsidP="009311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tr-TR"/>
        </w:rPr>
      </w:pPr>
      <w:r w:rsidRPr="001B7B35">
        <w:rPr>
          <w:rFonts w:ascii="Times New Roman" w:eastAsia="Times New Roman" w:hAnsi="Times New Roman" w:cs="Times New Roman"/>
          <w:szCs w:val="24"/>
          <w:lang w:eastAsia="tr-TR"/>
        </w:rPr>
        <w:t>Bu rehberde belirtilen hususlara uygun olarak hazırlanmayan içerikler gerekli düzenlemeler yapılmak üzere eğitmenlere iade edilebilir.</w:t>
      </w:r>
    </w:p>
    <w:p w14:paraId="56AD24A1" w14:textId="77777777" w:rsidR="009311D8" w:rsidRPr="001B7B35" w:rsidRDefault="009311D8" w:rsidP="009311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tr-TR"/>
        </w:rPr>
      </w:pPr>
      <w:r w:rsidRPr="001B7B35">
        <w:rPr>
          <w:rFonts w:ascii="Times New Roman" w:eastAsia="Times New Roman" w:hAnsi="Times New Roman" w:cs="Times New Roman"/>
          <w:szCs w:val="24"/>
          <w:lang w:eastAsia="tr-TR"/>
        </w:rPr>
        <w:t>Eğitim kalitesinin artırılması adına göstereceğiniz katkılar için teşekkür eder, çalışmalarınızda başarılar dileriz.</w:t>
      </w:r>
    </w:p>
    <w:p w14:paraId="4B6312F9" w14:textId="77777777" w:rsidR="009311D8" w:rsidRPr="001B7B35" w:rsidRDefault="009311D8" w:rsidP="009311D8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Cs w:val="24"/>
          <w:lang w:eastAsia="tr-TR"/>
        </w:rPr>
      </w:pPr>
      <w:r w:rsidRPr="001B7B35">
        <w:rPr>
          <w:rFonts w:ascii="Times New Roman" w:eastAsia="Times New Roman" w:hAnsi="Times New Roman" w:cs="Times New Roman"/>
          <w:b/>
          <w:bCs/>
          <w:szCs w:val="24"/>
          <w:lang w:eastAsia="tr-TR"/>
        </w:rPr>
        <w:t>Uzaktan Eğitim Uygulama ve Araştırma Merkezi (GUZEM)</w:t>
      </w:r>
    </w:p>
    <w:p w14:paraId="32DBB62C" w14:textId="77777777" w:rsidR="009311D8" w:rsidRDefault="009311D8" w:rsidP="009311D8"/>
    <w:p w14:paraId="29E966DF" w14:textId="75DCBE69" w:rsidR="004F14F8" w:rsidRPr="006D6861" w:rsidRDefault="004F14F8" w:rsidP="006D6861"/>
    <w:sectPr w:rsidR="004F14F8" w:rsidRPr="006D6861" w:rsidSect="0001589A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2268" w:right="1418" w:bottom="284" w:left="1418" w:header="709" w:footer="14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555418" w14:textId="77777777" w:rsidR="00BE550D" w:rsidRDefault="00BE550D" w:rsidP="00D035CD">
      <w:pPr>
        <w:spacing w:after="0" w:line="240" w:lineRule="auto"/>
      </w:pPr>
      <w:r>
        <w:separator/>
      </w:r>
    </w:p>
  </w:endnote>
  <w:endnote w:type="continuationSeparator" w:id="0">
    <w:p w14:paraId="6AD7E502" w14:textId="77777777" w:rsidR="00BE550D" w:rsidRDefault="00BE550D" w:rsidP="00D035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ourier">
    <w:panose1 w:val="02070309020205020404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22597308"/>
      <w:docPartObj>
        <w:docPartGallery w:val="Page Numbers (Bottom of Page)"/>
        <w:docPartUnique/>
      </w:docPartObj>
    </w:sdtPr>
    <w:sdtEndPr/>
    <w:sdtContent>
      <w:p w14:paraId="496DA905" w14:textId="77777777" w:rsidR="0001589A" w:rsidRDefault="00D035CD" w:rsidP="0001589A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74B5">
          <w:rPr>
            <w:noProof/>
          </w:rPr>
          <w:t>1</w:t>
        </w:r>
        <w:r>
          <w:fldChar w:fldCharType="end"/>
        </w:r>
      </w:p>
      <w:p w14:paraId="0CA96DD8" w14:textId="5F11D037" w:rsidR="00D035CD" w:rsidRDefault="00FF1F66" w:rsidP="0001589A">
        <w:pPr>
          <w:pStyle w:val="AltBilgi"/>
          <w:jc w:val="center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DC1CA3" w14:textId="77777777" w:rsidR="00BE550D" w:rsidRDefault="00BE550D" w:rsidP="00D035CD">
      <w:pPr>
        <w:spacing w:after="0" w:line="240" w:lineRule="auto"/>
      </w:pPr>
      <w:r>
        <w:separator/>
      </w:r>
    </w:p>
  </w:footnote>
  <w:footnote w:type="continuationSeparator" w:id="0">
    <w:p w14:paraId="41D3691C" w14:textId="77777777" w:rsidR="00BE550D" w:rsidRDefault="00BE550D" w:rsidP="00D035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63075" w14:textId="379212B7" w:rsidR="004F14F8" w:rsidRDefault="00FF1F66">
    <w:pPr>
      <w:pStyle w:val="stBilgi"/>
    </w:pPr>
    <w:r>
      <w:rPr>
        <w:noProof/>
      </w:rPr>
      <w:pict w14:anchorId="79E4BA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2410563" o:spid="_x0000_s2050" type="#_x0000_t75" style="position:absolute;margin-left:0;margin-top:0;width:594.5pt;height:840.95pt;z-index:-251656192;mso-position-horizontal:center;mso-position-horizontal-relative:margin;mso-position-vertical:center;mso-position-vertical-relative:margin" o:allowincell="f">
          <v:imagedata r:id="rId1" o:title="Resim1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F9514" w14:textId="7CE53A15" w:rsidR="00D035CD" w:rsidRDefault="00FF1F66">
    <w:pPr>
      <w:pStyle w:val="stBilgi"/>
    </w:pPr>
    <w:r>
      <w:rPr>
        <w:noProof/>
        <w:lang w:eastAsia="tr-TR"/>
      </w:rPr>
      <w:pict w14:anchorId="5C50D7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2410564" o:spid="_x0000_s2051" type="#_x0000_t75" style="position:absolute;margin-left:-70.5pt;margin-top:-113.55pt;width:594.5pt;height:840.95pt;z-index:-251655168;mso-position-horizontal-relative:margin;mso-position-vertical-relative:margin" o:allowincell="f">
          <v:imagedata r:id="rId1" o:title="Resim1 copy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6E2921" w14:textId="64BEA76B" w:rsidR="004F14F8" w:rsidRDefault="00FF1F66">
    <w:pPr>
      <w:pStyle w:val="stBilgi"/>
    </w:pPr>
    <w:r>
      <w:rPr>
        <w:noProof/>
      </w:rPr>
      <w:pict w14:anchorId="0129B1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2410562" o:spid="_x0000_s2049" type="#_x0000_t75" style="position:absolute;margin-left:0;margin-top:0;width:594.5pt;height:840.95pt;z-index:-251657216;mso-position-horizontal:center;mso-position-horizontal-relative:margin;mso-position-vertical:center;mso-position-vertical-relative:margin" o:allowincell="f">
          <v:imagedata r:id="rId1" o:title="Resim1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E"/>
    <w:multiLevelType w:val="singleLevel"/>
    <w:tmpl w:val="FB12693A"/>
    <w:lvl w:ilvl="0">
      <w:start w:val="1"/>
      <w:numFmt w:val="decimal"/>
      <w:pStyle w:val="ListeNumara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 w15:restartNumberingAfterBreak="0">
    <w:nsid w:val="FFFFFF7F"/>
    <w:multiLevelType w:val="singleLevel"/>
    <w:tmpl w:val="38441652"/>
    <w:lvl w:ilvl="0">
      <w:start w:val="1"/>
      <w:numFmt w:val="decimal"/>
      <w:pStyle w:val="ListeNumara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FFFFFF82"/>
    <w:multiLevelType w:val="singleLevel"/>
    <w:tmpl w:val="F3EAFDEC"/>
    <w:lvl w:ilvl="0">
      <w:start w:val="1"/>
      <w:numFmt w:val="bullet"/>
      <w:pStyle w:val="ListeMadde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3D1EFFD4"/>
    <w:lvl w:ilvl="0">
      <w:start w:val="1"/>
      <w:numFmt w:val="bullet"/>
      <w:pStyle w:val="ListeMadde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D0A62B40"/>
    <w:lvl w:ilvl="0">
      <w:start w:val="1"/>
      <w:numFmt w:val="decimal"/>
      <w:pStyle w:val="ListeNumara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FFFFFF89"/>
    <w:multiLevelType w:val="singleLevel"/>
    <w:tmpl w:val="29761A62"/>
    <w:lvl w:ilvl="0">
      <w:start w:val="1"/>
      <w:numFmt w:val="bullet"/>
      <w:pStyle w:val="ListeMadde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1954CB4"/>
    <w:multiLevelType w:val="multilevel"/>
    <w:tmpl w:val="CB0E6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57F0848"/>
    <w:multiLevelType w:val="multilevel"/>
    <w:tmpl w:val="A0BA8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44B2297"/>
    <w:multiLevelType w:val="multilevel"/>
    <w:tmpl w:val="4F42E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D3B1021"/>
    <w:multiLevelType w:val="multilevel"/>
    <w:tmpl w:val="FD4C0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3D738AC"/>
    <w:multiLevelType w:val="multilevel"/>
    <w:tmpl w:val="A3849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3E3789C"/>
    <w:multiLevelType w:val="multilevel"/>
    <w:tmpl w:val="71F8B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50B4F79"/>
    <w:multiLevelType w:val="multilevel"/>
    <w:tmpl w:val="5C0C9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6B25957"/>
    <w:multiLevelType w:val="multilevel"/>
    <w:tmpl w:val="4E962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A45338F"/>
    <w:multiLevelType w:val="multilevel"/>
    <w:tmpl w:val="563CC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4"/>
  </w:num>
  <w:num w:numId="5">
    <w:abstractNumId w:val="1"/>
  </w:num>
  <w:num w:numId="6">
    <w:abstractNumId w:val="0"/>
  </w:num>
  <w:num w:numId="7">
    <w:abstractNumId w:val="10"/>
  </w:num>
  <w:num w:numId="8">
    <w:abstractNumId w:val="12"/>
  </w:num>
  <w:num w:numId="9">
    <w:abstractNumId w:val="7"/>
  </w:num>
  <w:num w:numId="10">
    <w:abstractNumId w:val="14"/>
  </w:num>
  <w:num w:numId="11">
    <w:abstractNumId w:val="13"/>
  </w:num>
  <w:num w:numId="12">
    <w:abstractNumId w:val="8"/>
  </w:num>
  <w:num w:numId="13">
    <w:abstractNumId w:val="11"/>
  </w:num>
  <w:num w:numId="14">
    <w:abstractNumId w:val="9"/>
  </w:num>
  <w:num w:numId="15">
    <w:abstractNumId w:val="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220F"/>
    <w:rsid w:val="000103E7"/>
    <w:rsid w:val="0001589A"/>
    <w:rsid w:val="00016926"/>
    <w:rsid w:val="00023879"/>
    <w:rsid w:val="00036F5B"/>
    <w:rsid w:val="000424F9"/>
    <w:rsid w:val="000579BF"/>
    <w:rsid w:val="000A4976"/>
    <w:rsid w:val="000D1ED1"/>
    <w:rsid w:val="000D3526"/>
    <w:rsid w:val="001A30BF"/>
    <w:rsid w:val="001D29B0"/>
    <w:rsid w:val="001E1A29"/>
    <w:rsid w:val="00213403"/>
    <w:rsid w:val="002639A9"/>
    <w:rsid w:val="00270B8E"/>
    <w:rsid w:val="003A568D"/>
    <w:rsid w:val="003C6475"/>
    <w:rsid w:val="004473F7"/>
    <w:rsid w:val="00454648"/>
    <w:rsid w:val="004C216C"/>
    <w:rsid w:val="004C42BE"/>
    <w:rsid w:val="004C4FEF"/>
    <w:rsid w:val="004D6E14"/>
    <w:rsid w:val="004E399C"/>
    <w:rsid w:val="004F0FD4"/>
    <w:rsid w:val="004F14F8"/>
    <w:rsid w:val="00507DBC"/>
    <w:rsid w:val="00521A79"/>
    <w:rsid w:val="00593C92"/>
    <w:rsid w:val="005A0B39"/>
    <w:rsid w:val="005A6A58"/>
    <w:rsid w:val="005B3900"/>
    <w:rsid w:val="005E1F54"/>
    <w:rsid w:val="005E2A4E"/>
    <w:rsid w:val="005F3A77"/>
    <w:rsid w:val="006275AA"/>
    <w:rsid w:val="0063220F"/>
    <w:rsid w:val="0065016E"/>
    <w:rsid w:val="00663CB0"/>
    <w:rsid w:val="00692DF0"/>
    <w:rsid w:val="006D6861"/>
    <w:rsid w:val="006F11CE"/>
    <w:rsid w:val="00704A6A"/>
    <w:rsid w:val="007529B3"/>
    <w:rsid w:val="007902B0"/>
    <w:rsid w:val="0081012C"/>
    <w:rsid w:val="008211FF"/>
    <w:rsid w:val="00827CC3"/>
    <w:rsid w:val="008775ED"/>
    <w:rsid w:val="008817F0"/>
    <w:rsid w:val="008A2C6B"/>
    <w:rsid w:val="008A360B"/>
    <w:rsid w:val="008E3DFB"/>
    <w:rsid w:val="00923FD5"/>
    <w:rsid w:val="00926332"/>
    <w:rsid w:val="00930B9E"/>
    <w:rsid w:val="009311D8"/>
    <w:rsid w:val="00961FCE"/>
    <w:rsid w:val="00AC1FE9"/>
    <w:rsid w:val="00AC67C9"/>
    <w:rsid w:val="00B27130"/>
    <w:rsid w:val="00B6254F"/>
    <w:rsid w:val="00BC75B5"/>
    <w:rsid w:val="00BD56FB"/>
    <w:rsid w:val="00BE550D"/>
    <w:rsid w:val="00BF20DF"/>
    <w:rsid w:val="00C064CE"/>
    <w:rsid w:val="00CA1CEC"/>
    <w:rsid w:val="00CB08D5"/>
    <w:rsid w:val="00D035CD"/>
    <w:rsid w:val="00D17D70"/>
    <w:rsid w:val="00D472F4"/>
    <w:rsid w:val="00D757E4"/>
    <w:rsid w:val="00D93AE7"/>
    <w:rsid w:val="00D9746F"/>
    <w:rsid w:val="00DB74B5"/>
    <w:rsid w:val="00DE2540"/>
    <w:rsid w:val="00DF201D"/>
    <w:rsid w:val="00E054B2"/>
    <w:rsid w:val="00E465A6"/>
    <w:rsid w:val="00E57BC4"/>
    <w:rsid w:val="00E63204"/>
    <w:rsid w:val="00EC4AB3"/>
    <w:rsid w:val="00EE0D6D"/>
    <w:rsid w:val="00EE4065"/>
    <w:rsid w:val="00EF6FE6"/>
    <w:rsid w:val="00F30255"/>
    <w:rsid w:val="00F60819"/>
    <w:rsid w:val="00F61744"/>
    <w:rsid w:val="00F9724E"/>
    <w:rsid w:val="00FF1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22F1CAD"/>
  <w15:chartTrackingRefBased/>
  <w15:docId w15:val="{442CEC07-3CFD-4598-9F05-041EB3E9B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3CB0"/>
    <w:rPr>
      <w:sz w:val="24"/>
    </w:rPr>
  </w:style>
  <w:style w:type="paragraph" w:styleId="Balk1">
    <w:name w:val="heading 1"/>
    <w:basedOn w:val="Normal"/>
    <w:next w:val="Normal"/>
    <w:link w:val="Balk1Char"/>
    <w:uiPriority w:val="9"/>
    <w:qFormat/>
    <w:rsid w:val="000579BF"/>
    <w:pPr>
      <w:keepNext/>
      <w:keepLines/>
      <w:spacing w:before="120" w:after="120" w:line="276" w:lineRule="auto"/>
      <w:outlineLvl w:val="0"/>
    </w:pPr>
    <w:rPr>
      <w:rFonts w:ascii="Cambria" w:eastAsiaTheme="majorEastAsia" w:hAnsi="Cambria" w:cstheme="majorBidi"/>
      <w:b/>
      <w:bCs/>
      <w:color w:val="2E74B5" w:themeColor="accent1" w:themeShade="BF"/>
      <w:szCs w:val="28"/>
      <w:lang w:val="en-US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0579BF"/>
    <w:pPr>
      <w:keepNext/>
      <w:keepLines/>
      <w:spacing w:before="120" w:after="120" w:line="276" w:lineRule="auto"/>
      <w:outlineLvl w:val="1"/>
    </w:pPr>
    <w:rPr>
      <w:rFonts w:asciiTheme="majorHAnsi" w:eastAsiaTheme="majorEastAsia" w:hAnsiTheme="majorHAnsi" w:cstheme="majorBidi"/>
      <w:b/>
      <w:bCs/>
      <w:color w:val="002060"/>
      <w:szCs w:val="26"/>
      <w:lang w:val="en-US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0579BF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lang w:val="en-US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0579BF"/>
    <w:pPr>
      <w:keepNext/>
      <w:keepLines/>
      <w:spacing w:before="200" w:after="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lang w:val="en-US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0579BF"/>
    <w:pPr>
      <w:keepNext/>
      <w:keepLines/>
      <w:spacing w:before="200" w:after="0" w:line="276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lang w:val="en-US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0579BF"/>
    <w:pPr>
      <w:keepNext/>
      <w:keepLines/>
      <w:spacing w:before="200" w:after="0" w:line="276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lang w:val="en-US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0579BF"/>
    <w:pPr>
      <w:keepNext/>
      <w:keepLines/>
      <w:spacing w:before="200" w:after="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lang w:val="en-US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0579BF"/>
    <w:pPr>
      <w:keepNext/>
      <w:keepLines/>
      <w:spacing w:before="200" w:after="0" w:line="276" w:lineRule="auto"/>
      <w:outlineLvl w:val="7"/>
    </w:pPr>
    <w:rPr>
      <w:rFonts w:asciiTheme="majorHAnsi" w:eastAsiaTheme="majorEastAsia" w:hAnsiTheme="majorHAnsi" w:cstheme="majorBidi"/>
      <w:color w:val="5B9BD5" w:themeColor="accent1"/>
      <w:sz w:val="20"/>
      <w:szCs w:val="20"/>
      <w:lang w:val="en-US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0579BF"/>
    <w:pPr>
      <w:keepNext/>
      <w:keepLines/>
      <w:spacing w:before="200" w:after="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923F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BC75B5"/>
    <w:rPr>
      <w:color w:val="0563C1" w:themeColor="hyperlink"/>
      <w:u w:val="single"/>
    </w:rPr>
  </w:style>
  <w:style w:type="paragraph" w:styleId="ListeParagraf">
    <w:name w:val="List Paragraph"/>
    <w:basedOn w:val="Normal"/>
    <w:uiPriority w:val="34"/>
    <w:qFormat/>
    <w:rsid w:val="00EF6FE6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D035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D035CD"/>
  </w:style>
  <w:style w:type="paragraph" w:styleId="AltBilgi">
    <w:name w:val="footer"/>
    <w:basedOn w:val="Normal"/>
    <w:link w:val="AltBilgiChar"/>
    <w:uiPriority w:val="99"/>
    <w:unhideWhenUsed/>
    <w:rsid w:val="00D035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D035CD"/>
  </w:style>
  <w:style w:type="table" w:styleId="DzTablo4">
    <w:name w:val="Plain Table 4"/>
    <w:basedOn w:val="NormalTablo"/>
    <w:uiPriority w:val="44"/>
    <w:rsid w:val="00D93AE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DzTablo2">
    <w:name w:val="Plain Table 2"/>
    <w:basedOn w:val="NormalTablo"/>
    <w:uiPriority w:val="42"/>
    <w:rsid w:val="00D93AE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KlavuzTablo1Ak-Vurgu3">
    <w:name w:val="Grid Table 1 Light Accent 3"/>
    <w:basedOn w:val="NormalTablo"/>
    <w:uiPriority w:val="46"/>
    <w:rsid w:val="00D93AE7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2">
    <w:name w:val="Grid Table 2"/>
    <w:basedOn w:val="NormalTablo"/>
    <w:uiPriority w:val="47"/>
    <w:rsid w:val="00D93AE7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avuzTablo2-Vurgu1">
    <w:name w:val="Grid Table 2 Accent 1"/>
    <w:basedOn w:val="NormalTablo"/>
    <w:uiPriority w:val="47"/>
    <w:rsid w:val="00AC67C9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CB08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B08D5"/>
    <w:rPr>
      <w:rFonts w:ascii="Segoe UI" w:hAnsi="Segoe UI" w:cs="Segoe UI"/>
      <w:sz w:val="18"/>
      <w:szCs w:val="18"/>
    </w:rPr>
  </w:style>
  <w:style w:type="table" w:customStyle="1" w:styleId="TableGrid">
    <w:name w:val="TableGrid"/>
    <w:rsid w:val="00E054B2"/>
    <w:pPr>
      <w:spacing w:after="0" w:line="240" w:lineRule="auto"/>
    </w:pPr>
    <w:rPr>
      <w:rFonts w:eastAsiaTheme="minorEastAsia"/>
      <w:kern w:val="2"/>
      <w:sz w:val="24"/>
      <w:szCs w:val="24"/>
      <w:lang w:eastAsia="tr-TR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zmlenmeyenBahsetme">
    <w:name w:val="Unresolved Mention"/>
    <w:basedOn w:val="VarsaylanParagrafYazTipi"/>
    <w:uiPriority w:val="99"/>
    <w:semiHidden/>
    <w:unhideWhenUsed/>
    <w:rsid w:val="0081012C"/>
    <w:rPr>
      <w:color w:val="605E5C"/>
      <w:shd w:val="clear" w:color="auto" w:fill="E1DFDD"/>
    </w:rPr>
  </w:style>
  <w:style w:type="character" w:customStyle="1" w:styleId="Balk1Char">
    <w:name w:val="Başlık 1 Char"/>
    <w:basedOn w:val="VarsaylanParagrafYazTipi"/>
    <w:link w:val="Balk1"/>
    <w:uiPriority w:val="9"/>
    <w:rsid w:val="000579BF"/>
    <w:rPr>
      <w:rFonts w:ascii="Cambria" w:eastAsiaTheme="majorEastAsia" w:hAnsi="Cambria" w:cstheme="majorBidi"/>
      <w:b/>
      <w:bCs/>
      <w:color w:val="2E74B5" w:themeColor="accent1" w:themeShade="BF"/>
      <w:sz w:val="24"/>
      <w:szCs w:val="28"/>
      <w:lang w:val="en-US"/>
    </w:rPr>
  </w:style>
  <w:style w:type="character" w:customStyle="1" w:styleId="Balk2Char">
    <w:name w:val="Başlık 2 Char"/>
    <w:basedOn w:val="VarsaylanParagrafYazTipi"/>
    <w:link w:val="Balk2"/>
    <w:uiPriority w:val="9"/>
    <w:rsid w:val="000579BF"/>
    <w:rPr>
      <w:rFonts w:asciiTheme="majorHAnsi" w:eastAsiaTheme="majorEastAsia" w:hAnsiTheme="majorHAnsi" w:cstheme="majorBidi"/>
      <w:b/>
      <w:bCs/>
      <w:color w:val="002060"/>
      <w:sz w:val="24"/>
      <w:szCs w:val="26"/>
      <w:lang w:val="en-US"/>
    </w:rPr>
  </w:style>
  <w:style w:type="character" w:customStyle="1" w:styleId="Balk3Char">
    <w:name w:val="Başlık 3 Char"/>
    <w:basedOn w:val="VarsaylanParagrafYazTipi"/>
    <w:link w:val="Balk3"/>
    <w:uiPriority w:val="9"/>
    <w:rsid w:val="000579BF"/>
    <w:rPr>
      <w:rFonts w:asciiTheme="majorHAnsi" w:eastAsiaTheme="majorEastAsia" w:hAnsiTheme="majorHAnsi" w:cstheme="majorBidi"/>
      <w:b/>
      <w:bCs/>
      <w:color w:val="5B9BD5" w:themeColor="accent1"/>
      <w:lang w:val="en-US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0579BF"/>
    <w:rPr>
      <w:rFonts w:asciiTheme="majorHAnsi" w:eastAsiaTheme="majorEastAsia" w:hAnsiTheme="majorHAnsi" w:cstheme="majorBidi"/>
      <w:b/>
      <w:bCs/>
      <w:i/>
      <w:iCs/>
      <w:color w:val="5B9BD5" w:themeColor="accent1"/>
      <w:lang w:val="en-US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0579BF"/>
    <w:rPr>
      <w:rFonts w:asciiTheme="majorHAnsi" w:eastAsiaTheme="majorEastAsia" w:hAnsiTheme="majorHAnsi" w:cstheme="majorBidi"/>
      <w:color w:val="1F4D78" w:themeColor="accent1" w:themeShade="7F"/>
      <w:lang w:val="en-US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0579BF"/>
    <w:rPr>
      <w:rFonts w:asciiTheme="majorHAnsi" w:eastAsiaTheme="majorEastAsia" w:hAnsiTheme="majorHAnsi" w:cstheme="majorBidi"/>
      <w:i/>
      <w:iCs/>
      <w:color w:val="1F4D78" w:themeColor="accent1" w:themeShade="7F"/>
      <w:lang w:val="en-US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0579BF"/>
    <w:rPr>
      <w:rFonts w:asciiTheme="majorHAnsi" w:eastAsiaTheme="majorEastAsia" w:hAnsiTheme="majorHAnsi" w:cstheme="majorBidi"/>
      <w:i/>
      <w:iCs/>
      <w:color w:val="404040" w:themeColor="text1" w:themeTint="BF"/>
      <w:lang w:val="en-US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0579BF"/>
    <w:rPr>
      <w:rFonts w:asciiTheme="majorHAnsi" w:eastAsiaTheme="majorEastAsia" w:hAnsiTheme="majorHAnsi" w:cstheme="majorBidi"/>
      <w:color w:val="5B9BD5" w:themeColor="accent1"/>
      <w:sz w:val="20"/>
      <w:szCs w:val="20"/>
      <w:lang w:val="en-US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0579B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/>
    </w:rPr>
  </w:style>
  <w:style w:type="paragraph" w:styleId="AralkYok">
    <w:name w:val="No Spacing"/>
    <w:uiPriority w:val="1"/>
    <w:qFormat/>
    <w:rsid w:val="000579BF"/>
    <w:pPr>
      <w:spacing w:after="0" w:line="240" w:lineRule="auto"/>
    </w:pPr>
    <w:rPr>
      <w:rFonts w:eastAsiaTheme="minorEastAsia"/>
      <w:lang w:val="en-US"/>
    </w:rPr>
  </w:style>
  <w:style w:type="paragraph" w:styleId="KonuBal">
    <w:name w:val="Title"/>
    <w:basedOn w:val="Normal"/>
    <w:next w:val="Normal"/>
    <w:link w:val="KonuBalChar"/>
    <w:uiPriority w:val="10"/>
    <w:qFormat/>
    <w:rsid w:val="000579BF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KonuBalChar">
    <w:name w:val="Konu Başlığı Char"/>
    <w:basedOn w:val="VarsaylanParagrafYazTipi"/>
    <w:link w:val="KonuBal"/>
    <w:uiPriority w:val="10"/>
    <w:rsid w:val="000579BF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Altyaz">
    <w:name w:val="Subtitle"/>
    <w:basedOn w:val="Normal"/>
    <w:next w:val="Normal"/>
    <w:link w:val="AltyazChar"/>
    <w:uiPriority w:val="11"/>
    <w:qFormat/>
    <w:rsid w:val="000579BF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5B9BD5" w:themeColor="accent1"/>
      <w:spacing w:val="15"/>
      <w:szCs w:val="24"/>
      <w:lang w:val="en-US"/>
    </w:rPr>
  </w:style>
  <w:style w:type="character" w:customStyle="1" w:styleId="AltyazChar">
    <w:name w:val="Altyazı Char"/>
    <w:basedOn w:val="VarsaylanParagrafYazTipi"/>
    <w:link w:val="Altyaz"/>
    <w:uiPriority w:val="11"/>
    <w:rsid w:val="000579BF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n-US"/>
    </w:rPr>
  </w:style>
  <w:style w:type="paragraph" w:styleId="GvdeMetni">
    <w:name w:val="Body Text"/>
    <w:basedOn w:val="Normal"/>
    <w:link w:val="GvdeMetniChar"/>
    <w:uiPriority w:val="99"/>
    <w:unhideWhenUsed/>
    <w:rsid w:val="000579BF"/>
    <w:pPr>
      <w:spacing w:after="120" w:line="276" w:lineRule="auto"/>
    </w:pPr>
    <w:rPr>
      <w:rFonts w:ascii="Calibri" w:eastAsia="Calibri" w:hAnsi="Calibri"/>
      <w:sz w:val="22"/>
      <w:lang w:val="en-US"/>
    </w:rPr>
  </w:style>
  <w:style w:type="character" w:customStyle="1" w:styleId="GvdeMetniChar">
    <w:name w:val="Gövde Metni Char"/>
    <w:basedOn w:val="VarsaylanParagrafYazTipi"/>
    <w:link w:val="GvdeMetni"/>
    <w:uiPriority w:val="99"/>
    <w:rsid w:val="000579BF"/>
    <w:rPr>
      <w:rFonts w:ascii="Calibri" w:eastAsia="Calibri" w:hAnsi="Calibri"/>
      <w:lang w:val="en-US"/>
    </w:rPr>
  </w:style>
  <w:style w:type="paragraph" w:styleId="GvdeMetni2">
    <w:name w:val="Body Text 2"/>
    <w:basedOn w:val="Normal"/>
    <w:link w:val="GvdeMetni2Char"/>
    <w:uiPriority w:val="99"/>
    <w:unhideWhenUsed/>
    <w:rsid w:val="000579BF"/>
    <w:pPr>
      <w:spacing w:after="120" w:line="480" w:lineRule="auto"/>
    </w:pPr>
    <w:rPr>
      <w:rFonts w:ascii="Calibri" w:eastAsia="Calibri" w:hAnsi="Calibri"/>
      <w:sz w:val="22"/>
      <w:lang w:val="en-US"/>
    </w:rPr>
  </w:style>
  <w:style w:type="character" w:customStyle="1" w:styleId="GvdeMetni2Char">
    <w:name w:val="Gövde Metni 2 Char"/>
    <w:basedOn w:val="VarsaylanParagrafYazTipi"/>
    <w:link w:val="GvdeMetni2"/>
    <w:uiPriority w:val="99"/>
    <w:rsid w:val="000579BF"/>
    <w:rPr>
      <w:rFonts w:ascii="Calibri" w:eastAsia="Calibri" w:hAnsi="Calibri"/>
      <w:lang w:val="en-US"/>
    </w:rPr>
  </w:style>
  <w:style w:type="paragraph" w:styleId="GvdeMetni3">
    <w:name w:val="Body Text 3"/>
    <w:basedOn w:val="Normal"/>
    <w:link w:val="GvdeMetni3Char"/>
    <w:uiPriority w:val="99"/>
    <w:unhideWhenUsed/>
    <w:rsid w:val="000579BF"/>
    <w:pPr>
      <w:spacing w:after="120" w:line="276" w:lineRule="auto"/>
    </w:pPr>
    <w:rPr>
      <w:rFonts w:ascii="Calibri" w:eastAsia="Calibri" w:hAnsi="Calibri"/>
      <w:sz w:val="16"/>
      <w:szCs w:val="16"/>
      <w:lang w:val="en-US"/>
    </w:rPr>
  </w:style>
  <w:style w:type="character" w:customStyle="1" w:styleId="GvdeMetni3Char">
    <w:name w:val="Gövde Metni 3 Char"/>
    <w:basedOn w:val="VarsaylanParagrafYazTipi"/>
    <w:link w:val="GvdeMetni3"/>
    <w:uiPriority w:val="99"/>
    <w:rsid w:val="000579BF"/>
    <w:rPr>
      <w:rFonts w:ascii="Calibri" w:eastAsia="Calibri" w:hAnsi="Calibri"/>
      <w:sz w:val="16"/>
      <w:szCs w:val="16"/>
      <w:lang w:val="en-US"/>
    </w:rPr>
  </w:style>
  <w:style w:type="paragraph" w:styleId="Liste">
    <w:name w:val="List"/>
    <w:basedOn w:val="Normal"/>
    <w:uiPriority w:val="99"/>
    <w:unhideWhenUsed/>
    <w:rsid w:val="000579BF"/>
    <w:pPr>
      <w:spacing w:after="200" w:line="276" w:lineRule="auto"/>
      <w:ind w:left="360" w:hanging="360"/>
      <w:contextualSpacing/>
    </w:pPr>
    <w:rPr>
      <w:rFonts w:ascii="Calibri" w:eastAsia="Calibri" w:hAnsi="Calibri"/>
      <w:sz w:val="22"/>
      <w:lang w:val="en-US"/>
    </w:rPr>
  </w:style>
  <w:style w:type="paragraph" w:styleId="Liste2">
    <w:name w:val="List 2"/>
    <w:basedOn w:val="Normal"/>
    <w:uiPriority w:val="99"/>
    <w:unhideWhenUsed/>
    <w:rsid w:val="000579BF"/>
    <w:pPr>
      <w:spacing w:after="200" w:line="276" w:lineRule="auto"/>
      <w:ind w:left="720" w:hanging="360"/>
      <w:contextualSpacing/>
    </w:pPr>
    <w:rPr>
      <w:rFonts w:ascii="Calibri" w:eastAsia="Calibri" w:hAnsi="Calibri"/>
      <w:sz w:val="22"/>
      <w:lang w:val="en-US"/>
    </w:rPr>
  </w:style>
  <w:style w:type="paragraph" w:styleId="Liste3">
    <w:name w:val="List 3"/>
    <w:basedOn w:val="Normal"/>
    <w:uiPriority w:val="99"/>
    <w:unhideWhenUsed/>
    <w:rsid w:val="000579BF"/>
    <w:pPr>
      <w:spacing w:after="200" w:line="276" w:lineRule="auto"/>
      <w:ind w:left="1080" w:hanging="360"/>
      <w:contextualSpacing/>
    </w:pPr>
    <w:rPr>
      <w:rFonts w:ascii="Calibri" w:eastAsia="Calibri" w:hAnsi="Calibri"/>
      <w:sz w:val="22"/>
      <w:lang w:val="en-US"/>
    </w:rPr>
  </w:style>
  <w:style w:type="paragraph" w:styleId="ListeMaddemi">
    <w:name w:val="List Bullet"/>
    <w:basedOn w:val="Normal"/>
    <w:uiPriority w:val="99"/>
    <w:unhideWhenUsed/>
    <w:rsid w:val="000579BF"/>
    <w:pPr>
      <w:numPr>
        <w:numId w:val="1"/>
      </w:numPr>
      <w:spacing w:after="200" w:line="276" w:lineRule="auto"/>
      <w:contextualSpacing/>
    </w:pPr>
    <w:rPr>
      <w:rFonts w:ascii="Calibri" w:eastAsia="Calibri" w:hAnsi="Calibri"/>
      <w:sz w:val="22"/>
      <w:lang w:val="en-US"/>
    </w:rPr>
  </w:style>
  <w:style w:type="paragraph" w:styleId="ListeMaddemi2">
    <w:name w:val="List Bullet 2"/>
    <w:basedOn w:val="Normal"/>
    <w:uiPriority w:val="99"/>
    <w:unhideWhenUsed/>
    <w:rsid w:val="000579BF"/>
    <w:pPr>
      <w:numPr>
        <w:numId w:val="2"/>
      </w:numPr>
      <w:spacing w:after="200" w:line="276" w:lineRule="auto"/>
      <w:contextualSpacing/>
    </w:pPr>
    <w:rPr>
      <w:rFonts w:ascii="Calibri" w:eastAsia="Calibri" w:hAnsi="Calibri"/>
      <w:sz w:val="22"/>
      <w:lang w:val="en-US"/>
    </w:rPr>
  </w:style>
  <w:style w:type="paragraph" w:styleId="ListeMaddemi3">
    <w:name w:val="List Bullet 3"/>
    <w:basedOn w:val="Normal"/>
    <w:uiPriority w:val="99"/>
    <w:unhideWhenUsed/>
    <w:rsid w:val="000579BF"/>
    <w:pPr>
      <w:numPr>
        <w:numId w:val="3"/>
      </w:numPr>
      <w:spacing w:after="200" w:line="276" w:lineRule="auto"/>
      <w:contextualSpacing/>
    </w:pPr>
    <w:rPr>
      <w:rFonts w:ascii="Calibri" w:eastAsia="Calibri" w:hAnsi="Calibri"/>
      <w:sz w:val="22"/>
      <w:lang w:val="en-US"/>
    </w:rPr>
  </w:style>
  <w:style w:type="paragraph" w:styleId="ListeNumaras">
    <w:name w:val="List Number"/>
    <w:basedOn w:val="Normal"/>
    <w:uiPriority w:val="99"/>
    <w:unhideWhenUsed/>
    <w:rsid w:val="000579BF"/>
    <w:pPr>
      <w:numPr>
        <w:numId w:val="4"/>
      </w:numPr>
      <w:spacing w:after="200" w:line="276" w:lineRule="auto"/>
      <w:contextualSpacing/>
    </w:pPr>
    <w:rPr>
      <w:rFonts w:ascii="Calibri" w:eastAsia="Calibri" w:hAnsi="Calibri"/>
      <w:sz w:val="22"/>
      <w:lang w:val="en-US"/>
    </w:rPr>
  </w:style>
  <w:style w:type="paragraph" w:styleId="ListeNumaras2">
    <w:name w:val="List Number 2"/>
    <w:basedOn w:val="Normal"/>
    <w:uiPriority w:val="99"/>
    <w:unhideWhenUsed/>
    <w:rsid w:val="000579BF"/>
    <w:pPr>
      <w:numPr>
        <w:numId w:val="5"/>
      </w:numPr>
      <w:spacing w:after="200" w:line="276" w:lineRule="auto"/>
      <w:contextualSpacing/>
    </w:pPr>
    <w:rPr>
      <w:rFonts w:ascii="Calibri" w:eastAsia="Calibri" w:hAnsi="Calibri"/>
      <w:sz w:val="22"/>
      <w:lang w:val="en-US"/>
    </w:rPr>
  </w:style>
  <w:style w:type="paragraph" w:styleId="ListeNumaras3">
    <w:name w:val="List Number 3"/>
    <w:basedOn w:val="Normal"/>
    <w:uiPriority w:val="99"/>
    <w:unhideWhenUsed/>
    <w:rsid w:val="000579BF"/>
    <w:pPr>
      <w:numPr>
        <w:numId w:val="6"/>
      </w:numPr>
      <w:spacing w:after="200" w:line="276" w:lineRule="auto"/>
      <w:contextualSpacing/>
    </w:pPr>
    <w:rPr>
      <w:rFonts w:ascii="Calibri" w:eastAsia="Calibri" w:hAnsi="Calibri"/>
      <w:sz w:val="22"/>
      <w:lang w:val="en-US"/>
    </w:rPr>
  </w:style>
  <w:style w:type="paragraph" w:styleId="ListeDevam">
    <w:name w:val="List Continue"/>
    <w:basedOn w:val="Normal"/>
    <w:uiPriority w:val="99"/>
    <w:unhideWhenUsed/>
    <w:rsid w:val="000579BF"/>
    <w:pPr>
      <w:spacing w:after="120" w:line="276" w:lineRule="auto"/>
      <w:ind w:left="360"/>
      <w:contextualSpacing/>
    </w:pPr>
    <w:rPr>
      <w:rFonts w:ascii="Calibri" w:eastAsia="Calibri" w:hAnsi="Calibri"/>
      <w:sz w:val="22"/>
      <w:lang w:val="en-US"/>
    </w:rPr>
  </w:style>
  <w:style w:type="paragraph" w:styleId="ListeDevam2">
    <w:name w:val="List Continue 2"/>
    <w:basedOn w:val="Normal"/>
    <w:uiPriority w:val="99"/>
    <w:unhideWhenUsed/>
    <w:rsid w:val="000579BF"/>
    <w:pPr>
      <w:spacing w:after="120" w:line="276" w:lineRule="auto"/>
      <w:ind w:left="720"/>
      <w:contextualSpacing/>
    </w:pPr>
    <w:rPr>
      <w:rFonts w:ascii="Calibri" w:eastAsia="Calibri" w:hAnsi="Calibri"/>
      <w:sz w:val="22"/>
      <w:lang w:val="en-US"/>
    </w:rPr>
  </w:style>
  <w:style w:type="paragraph" w:styleId="ListeDevam3">
    <w:name w:val="List Continue 3"/>
    <w:basedOn w:val="Normal"/>
    <w:uiPriority w:val="99"/>
    <w:unhideWhenUsed/>
    <w:rsid w:val="000579BF"/>
    <w:pPr>
      <w:spacing w:after="120" w:line="276" w:lineRule="auto"/>
      <w:ind w:left="1080"/>
      <w:contextualSpacing/>
    </w:pPr>
    <w:rPr>
      <w:rFonts w:ascii="Calibri" w:eastAsia="Calibri" w:hAnsi="Calibri"/>
      <w:sz w:val="22"/>
      <w:lang w:val="en-US"/>
    </w:rPr>
  </w:style>
  <w:style w:type="paragraph" w:styleId="MakroMetni">
    <w:name w:val="macro"/>
    <w:link w:val="MakroMetniChar"/>
    <w:uiPriority w:val="99"/>
    <w:unhideWhenUsed/>
    <w:rsid w:val="000579BF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spacing w:after="200" w:line="276" w:lineRule="auto"/>
    </w:pPr>
    <w:rPr>
      <w:rFonts w:ascii="Courier" w:eastAsiaTheme="minorEastAsia" w:hAnsi="Courier"/>
      <w:sz w:val="20"/>
      <w:szCs w:val="20"/>
      <w:lang w:val="en-US"/>
    </w:rPr>
  </w:style>
  <w:style w:type="character" w:customStyle="1" w:styleId="MakroMetniChar">
    <w:name w:val="Makro Metni Char"/>
    <w:basedOn w:val="VarsaylanParagrafYazTipi"/>
    <w:link w:val="MakroMetni"/>
    <w:uiPriority w:val="99"/>
    <w:rsid w:val="000579BF"/>
    <w:rPr>
      <w:rFonts w:ascii="Courier" w:eastAsiaTheme="minorEastAsia" w:hAnsi="Courier"/>
      <w:sz w:val="20"/>
      <w:szCs w:val="20"/>
      <w:lang w:val="en-US"/>
    </w:rPr>
  </w:style>
  <w:style w:type="paragraph" w:styleId="Alnt">
    <w:name w:val="Quote"/>
    <w:basedOn w:val="Normal"/>
    <w:next w:val="Normal"/>
    <w:link w:val="AlntChar"/>
    <w:uiPriority w:val="29"/>
    <w:qFormat/>
    <w:rsid w:val="000579BF"/>
    <w:pPr>
      <w:spacing w:after="200" w:line="276" w:lineRule="auto"/>
    </w:pPr>
    <w:rPr>
      <w:rFonts w:ascii="Calibri" w:eastAsia="Calibri" w:hAnsi="Calibri"/>
      <w:i/>
      <w:iCs/>
      <w:color w:val="000000" w:themeColor="text1"/>
      <w:sz w:val="22"/>
      <w:lang w:val="en-US"/>
    </w:rPr>
  </w:style>
  <w:style w:type="character" w:customStyle="1" w:styleId="AlntChar">
    <w:name w:val="Alıntı Char"/>
    <w:basedOn w:val="VarsaylanParagrafYazTipi"/>
    <w:link w:val="Alnt"/>
    <w:uiPriority w:val="29"/>
    <w:rsid w:val="000579BF"/>
    <w:rPr>
      <w:rFonts w:ascii="Calibri" w:eastAsia="Calibri" w:hAnsi="Calibri"/>
      <w:i/>
      <w:iCs/>
      <w:color w:val="000000" w:themeColor="text1"/>
      <w:lang w:val="en-US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0579BF"/>
    <w:pPr>
      <w:spacing w:after="200" w:line="240" w:lineRule="auto"/>
    </w:pPr>
    <w:rPr>
      <w:rFonts w:ascii="Calibri" w:eastAsia="Calibri" w:hAnsi="Calibri"/>
      <w:b/>
      <w:bCs/>
      <w:color w:val="5B9BD5" w:themeColor="accent1"/>
      <w:sz w:val="18"/>
      <w:szCs w:val="18"/>
      <w:lang w:val="en-US"/>
    </w:rPr>
  </w:style>
  <w:style w:type="character" w:styleId="Gl">
    <w:name w:val="Strong"/>
    <w:basedOn w:val="VarsaylanParagrafYazTipi"/>
    <w:uiPriority w:val="22"/>
    <w:qFormat/>
    <w:rsid w:val="000579BF"/>
    <w:rPr>
      <w:b/>
      <w:bCs/>
    </w:rPr>
  </w:style>
  <w:style w:type="character" w:styleId="Vurgu">
    <w:name w:val="Emphasis"/>
    <w:basedOn w:val="VarsaylanParagrafYazTipi"/>
    <w:uiPriority w:val="20"/>
    <w:qFormat/>
    <w:rsid w:val="000579BF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0579BF"/>
    <w:pPr>
      <w:pBdr>
        <w:bottom w:val="single" w:sz="4" w:space="4" w:color="5B9BD5" w:themeColor="accent1"/>
      </w:pBdr>
      <w:spacing w:before="200" w:after="280" w:line="276" w:lineRule="auto"/>
      <w:ind w:left="936" w:right="936"/>
    </w:pPr>
    <w:rPr>
      <w:rFonts w:ascii="Calibri" w:eastAsia="Calibri" w:hAnsi="Calibri"/>
      <w:b/>
      <w:bCs/>
      <w:i/>
      <w:iCs/>
      <w:color w:val="5B9BD5" w:themeColor="accent1"/>
      <w:sz w:val="22"/>
      <w:lang w:val="en-US"/>
    </w:rPr>
  </w:style>
  <w:style w:type="character" w:customStyle="1" w:styleId="GlAlntChar">
    <w:name w:val="Güçlü Alıntı Char"/>
    <w:basedOn w:val="VarsaylanParagrafYazTipi"/>
    <w:link w:val="GlAlnt"/>
    <w:uiPriority w:val="30"/>
    <w:rsid w:val="000579BF"/>
    <w:rPr>
      <w:rFonts w:ascii="Calibri" w:eastAsia="Calibri" w:hAnsi="Calibri"/>
      <w:b/>
      <w:bCs/>
      <w:i/>
      <w:iCs/>
      <w:color w:val="5B9BD5" w:themeColor="accent1"/>
      <w:lang w:val="en-US"/>
    </w:rPr>
  </w:style>
  <w:style w:type="character" w:styleId="HafifVurgulama">
    <w:name w:val="Subtle Emphasis"/>
    <w:basedOn w:val="VarsaylanParagrafYazTipi"/>
    <w:uiPriority w:val="19"/>
    <w:qFormat/>
    <w:rsid w:val="000579BF"/>
    <w:rPr>
      <w:i/>
      <w:iCs/>
      <w:color w:val="808080" w:themeColor="text1" w:themeTint="7F"/>
    </w:rPr>
  </w:style>
  <w:style w:type="character" w:styleId="GlVurgulama">
    <w:name w:val="Intense Emphasis"/>
    <w:basedOn w:val="VarsaylanParagrafYazTipi"/>
    <w:uiPriority w:val="21"/>
    <w:qFormat/>
    <w:rsid w:val="000579BF"/>
    <w:rPr>
      <w:b/>
      <w:bCs/>
      <w:i/>
      <w:iCs/>
      <w:color w:val="5B9BD5" w:themeColor="accent1"/>
    </w:rPr>
  </w:style>
  <w:style w:type="character" w:styleId="HafifBavuru">
    <w:name w:val="Subtle Reference"/>
    <w:basedOn w:val="VarsaylanParagrafYazTipi"/>
    <w:uiPriority w:val="31"/>
    <w:qFormat/>
    <w:rsid w:val="000579BF"/>
    <w:rPr>
      <w:smallCaps/>
      <w:color w:val="ED7D31" w:themeColor="accent2"/>
      <w:u w:val="single"/>
    </w:rPr>
  </w:style>
  <w:style w:type="character" w:styleId="GlBavuru">
    <w:name w:val="Intense Reference"/>
    <w:basedOn w:val="VarsaylanParagrafYazTipi"/>
    <w:uiPriority w:val="32"/>
    <w:qFormat/>
    <w:rsid w:val="000579BF"/>
    <w:rPr>
      <w:b/>
      <w:bCs/>
      <w:smallCaps/>
      <w:color w:val="ED7D31" w:themeColor="accent2"/>
      <w:spacing w:val="5"/>
      <w:u w:val="single"/>
    </w:rPr>
  </w:style>
  <w:style w:type="character" w:styleId="KitapBal">
    <w:name w:val="Book Title"/>
    <w:basedOn w:val="VarsaylanParagrafYazTipi"/>
    <w:uiPriority w:val="33"/>
    <w:qFormat/>
    <w:rsid w:val="000579BF"/>
    <w:rPr>
      <w:b/>
      <w:bCs/>
      <w:smallCaps/>
      <w:spacing w:val="5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0579BF"/>
    <w:pPr>
      <w:outlineLvl w:val="9"/>
    </w:pPr>
  </w:style>
  <w:style w:type="table" w:styleId="AkGlgeleme">
    <w:name w:val="Light Shading"/>
    <w:basedOn w:val="NormalTablo"/>
    <w:uiPriority w:val="60"/>
    <w:rsid w:val="000579BF"/>
    <w:pPr>
      <w:spacing w:after="0" w:line="240" w:lineRule="auto"/>
    </w:pPr>
    <w:rPr>
      <w:rFonts w:eastAsiaTheme="minorEastAsia"/>
      <w:color w:val="000000" w:themeColor="text1" w:themeShade="BF"/>
      <w:lang w:val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kGlgeleme-Vurgu1">
    <w:name w:val="Light Shading Accent 1"/>
    <w:basedOn w:val="NormalTablo"/>
    <w:uiPriority w:val="60"/>
    <w:rsid w:val="000579BF"/>
    <w:pPr>
      <w:spacing w:after="0" w:line="240" w:lineRule="auto"/>
    </w:pPr>
    <w:rPr>
      <w:rFonts w:eastAsiaTheme="minorEastAsia"/>
      <w:color w:val="2E74B5" w:themeColor="accent1" w:themeShade="BF"/>
      <w:lang w:val="en-US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AkGlgeleme-Vurgu2">
    <w:name w:val="Light Shading Accent 2"/>
    <w:basedOn w:val="NormalTablo"/>
    <w:uiPriority w:val="60"/>
    <w:rsid w:val="000579BF"/>
    <w:pPr>
      <w:spacing w:after="0" w:line="240" w:lineRule="auto"/>
    </w:pPr>
    <w:rPr>
      <w:rFonts w:eastAsiaTheme="minorEastAsia"/>
      <w:color w:val="C45911" w:themeColor="accent2" w:themeShade="BF"/>
      <w:lang w:val="en-US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AkGlgeleme-Vurgu3">
    <w:name w:val="Light Shading Accent 3"/>
    <w:basedOn w:val="NormalTablo"/>
    <w:uiPriority w:val="60"/>
    <w:rsid w:val="000579BF"/>
    <w:pPr>
      <w:spacing w:after="0" w:line="240" w:lineRule="auto"/>
    </w:pPr>
    <w:rPr>
      <w:rFonts w:eastAsiaTheme="minorEastAsia"/>
      <w:color w:val="7B7B7B" w:themeColor="accent3" w:themeShade="BF"/>
      <w:lang w:val="en-US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AkGlgeleme-Vurgu4">
    <w:name w:val="Light Shading Accent 4"/>
    <w:basedOn w:val="NormalTablo"/>
    <w:uiPriority w:val="60"/>
    <w:rsid w:val="000579BF"/>
    <w:pPr>
      <w:spacing w:after="0" w:line="240" w:lineRule="auto"/>
    </w:pPr>
    <w:rPr>
      <w:rFonts w:eastAsiaTheme="minorEastAsia"/>
      <w:color w:val="BF8F00" w:themeColor="accent4" w:themeShade="BF"/>
      <w:lang w:val="en-US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AkGlgeleme-Vurgu5">
    <w:name w:val="Light Shading Accent 5"/>
    <w:basedOn w:val="NormalTablo"/>
    <w:uiPriority w:val="60"/>
    <w:rsid w:val="000579BF"/>
    <w:pPr>
      <w:spacing w:after="0" w:line="240" w:lineRule="auto"/>
    </w:pPr>
    <w:rPr>
      <w:rFonts w:eastAsiaTheme="minorEastAsia"/>
      <w:color w:val="2F5496" w:themeColor="accent5" w:themeShade="BF"/>
      <w:lang w:val="en-US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AkGlgeleme-Vurgu6">
    <w:name w:val="Light Shading Accent 6"/>
    <w:basedOn w:val="NormalTablo"/>
    <w:uiPriority w:val="60"/>
    <w:rsid w:val="000579BF"/>
    <w:pPr>
      <w:spacing w:after="0" w:line="240" w:lineRule="auto"/>
    </w:pPr>
    <w:rPr>
      <w:rFonts w:eastAsiaTheme="minorEastAsia"/>
      <w:color w:val="538135" w:themeColor="accent6" w:themeShade="BF"/>
      <w:lang w:val="en-US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AkListe">
    <w:name w:val="Light List"/>
    <w:basedOn w:val="NormalTablo"/>
    <w:uiPriority w:val="61"/>
    <w:rsid w:val="000579BF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AkListe-Vurgu1">
    <w:name w:val="Light List Accent 1"/>
    <w:basedOn w:val="NormalTablo"/>
    <w:uiPriority w:val="61"/>
    <w:rsid w:val="000579BF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AkListe-Vurgu2">
    <w:name w:val="Light List Accent 2"/>
    <w:basedOn w:val="NormalTablo"/>
    <w:uiPriority w:val="61"/>
    <w:rsid w:val="000579BF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AkListe-Vurgu3">
    <w:name w:val="Light List Accent 3"/>
    <w:basedOn w:val="NormalTablo"/>
    <w:uiPriority w:val="61"/>
    <w:rsid w:val="000579BF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AkListe-Vurgu4">
    <w:name w:val="Light List Accent 4"/>
    <w:basedOn w:val="NormalTablo"/>
    <w:uiPriority w:val="61"/>
    <w:rsid w:val="000579BF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AkListe-Vurgu5">
    <w:name w:val="Light List Accent 5"/>
    <w:basedOn w:val="NormalTablo"/>
    <w:uiPriority w:val="61"/>
    <w:rsid w:val="000579BF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AkListe-Vurgu6">
    <w:name w:val="Light List Accent 6"/>
    <w:basedOn w:val="NormalTablo"/>
    <w:uiPriority w:val="61"/>
    <w:rsid w:val="000579BF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AkKlavuz">
    <w:name w:val="Light Grid"/>
    <w:basedOn w:val="NormalTablo"/>
    <w:uiPriority w:val="62"/>
    <w:rsid w:val="000579BF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AkKlavuz-Vurgu1">
    <w:name w:val="Light Grid Accent 1"/>
    <w:basedOn w:val="NormalTablo"/>
    <w:uiPriority w:val="62"/>
    <w:rsid w:val="000579BF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AkKlavuz-Vurgu2">
    <w:name w:val="Light Grid Accent 2"/>
    <w:basedOn w:val="NormalTablo"/>
    <w:uiPriority w:val="62"/>
    <w:rsid w:val="000579BF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AkKlavuz-Vurgu3">
    <w:name w:val="Light Grid Accent 3"/>
    <w:basedOn w:val="NormalTablo"/>
    <w:uiPriority w:val="62"/>
    <w:rsid w:val="000579BF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AkKlavuz-Vurgu4">
    <w:name w:val="Light Grid Accent 4"/>
    <w:basedOn w:val="NormalTablo"/>
    <w:uiPriority w:val="62"/>
    <w:rsid w:val="000579BF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AkKlavuz-Vurgu5">
    <w:name w:val="Light Grid Accent 5"/>
    <w:basedOn w:val="NormalTablo"/>
    <w:uiPriority w:val="62"/>
    <w:rsid w:val="000579BF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AkKlavuz-Vurgu6">
    <w:name w:val="Light Grid Accent 6"/>
    <w:basedOn w:val="NormalTablo"/>
    <w:uiPriority w:val="62"/>
    <w:rsid w:val="000579BF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OrtaGlgeleme1">
    <w:name w:val="Medium Shading 1"/>
    <w:basedOn w:val="NormalTablo"/>
    <w:uiPriority w:val="63"/>
    <w:rsid w:val="000579BF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1">
    <w:name w:val="Medium Shading 1 Accent 1"/>
    <w:basedOn w:val="NormalTablo"/>
    <w:uiPriority w:val="63"/>
    <w:rsid w:val="000579BF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2">
    <w:name w:val="Medium Shading 1 Accent 2"/>
    <w:basedOn w:val="NormalTablo"/>
    <w:uiPriority w:val="63"/>
    <w:rsid w:val="000579BF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3">
    <w:name w:val="Medium Shading 1 Accent 3"/>
    <w:basedOn w:val="NormalTablo"/>
    <w:uiPriority w:val="63"/>
    <w:rsid w:val="000579BF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4">
    <w:name w:val="Medium Shading 1 Accent 4"/>
    <w:basedOn w:val="NormalTablo"/>
    <w:uiPriority w:val="63"/>
    <w:rsid w:val="000579BF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5">
    <w:name w:val="Medium Shading 1 Accent 5"/>
    <w:basedOn w:val="NormalTablo"/>
    <w:uiPriority w:val="63"/>
    <w:rsid w:val="000579BF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6">
    <w:name w:val="Medium Shading 1 Accent 6"/>
    <w:basedOn w:val="NormalTablo"/>
    <w:uiPriority w:val="63"/>
    <w:rsid w:val="000579BF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2">
    <w:name w:val="Medium Shading 2"/>
    <w:basedOn w:val="NormalTablo"/>
    <w:uiPriority w:val="64"/>
    <w:rsid w:val="000579BF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Glgeleme2-Vurgu1">
    <w:name w:val="Medium Shading 2 Accent 1"/>
    <w:basedOn w:val="NormalTablo"/>
    <w:uiPriority w:val="64"/>
    <w:rsid w:val="000579BF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Glgeleme2-Vurgu2">
    <w:name w:val="Medium Shading 2 Accent 2"/>
    <w:basedOn w:val="NormalTablo"/>
    <w:uiPriority w:val="64"/>
    <w:rsid w:val="000579BF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Glgeleme2-Vurgu3">
    <w:name w:val="Medium Shading 2 Accent 3"/>
    <w:basedOn w:val="NormalTablo"/>
    <w:uiPriority w:val="64"/>
    <w:rsid w:val="000579BF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Glgeleme2-Vurgu4">
    <w:name w:val="Medium Shading 2 Accent 4"/>
    <w:basedOn w:val="NormalTablo"/>
    <w:uiPriority w:val="64"/>
    <w:rsid w:val="000579BF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Glgeleme2-Vurgu5">
    <w:name w:val="Medium Shading 2 Accent 5"/>
    <w:basedOn w:val="NormalTablo"/>
    <w:uiPriority w:val="64"/>
    <w:rsid w:val="000579BF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Glgeleme2-Vurgu6">
    <w:name w:val="Medium Shading 2 Accent 6"/>
    <w:basedOn w:val="NormalTablo"/>
    <w:uiPriority w:val="64"/>
    <w:rsid w:val="000579BF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Liste1">
    <w:name w:val="Medium List 1"/>
    <w:basedOn w:val="NormalTablo"/>
    <w:uiPriority w:val="65"/>
    <w:rsid w:val="000579BF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OrtaListe1-Vurgu1">
    <w:name w:val="Medium List 1 Accent 1"/>
    <w:basedOn w:val="NormalTablo"/>
    <w:uiPriority w:val="65"/>
    <w:rsid w:val="000579BF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OrtaListe1-Vurgu2">
    <w:name w:val="Medium List 1 Accent 2"/>
    <w:basedOn w:val="NormalTablo"/>
    <w:uiPriority w:val="65"/>
    <w:rsid w:val="000579BF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OrtaListe1-Vurgu3">
    <w:name w:val="Medium List 1 Accent 3"/>
    <w:basedOn w:val="NormalTablo"/>
    <w:uiPriority w:val="65"/>
    <w:rsid w:val="000579BF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OrtaListe1-Vurgu4">
    <w:name w:val="Medium List 1 Accent 4"/>
    <w:basedOn w:val="NormalTablo"/>
    <w:uiPriority w:val="65"/>
    <w:rsid w:val="000579BF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OrtaListe1-Vurgu5">
    <w:name w:val="Medium List 1 Accent 5"/>
    <w:basedOn w:val="NormalTablo"/>
    <w:uiPriority w:val="65"/>
    <w:rsid w:val="000579BF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OrtaListe1-Vurgu6">
    <w:name w:val="Medium List 1 Accent 6"/>
    <w:basedOn w:val="NormalTablo"/>
    <w:uiPriority w:val="65"/>
    <w:rsid w:val="000579BF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OrtaListe2">
    <w:name w:val="Medium List 2"/>
    <w:basedOn w:val="NormalTablo"/>
    <w:uiPriority w:val="66"/>
    <w:rsid w:val="000579B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2-Vurgu1">
    <w:name w:val="Medium List 2 Accent 1"/>
    <w:basedOn w:val="NormalTablo"/>
    <w:uiPriority w:val="66"/>
    <w:rsid w:val="000579B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2">
    <w:name w:val="Medium List 2 Accent 2"/>
    <w:basedOn w:val="NormalTablo"/>
    <w:uiPriority w:val="66"/>
    <w:rsid w:val="000579B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3">
    <w:name w:val="Medium List 2 Accent 3"/>
    <w:basedOn w:val="NormalTablo"/>
    <w:uiPriority w:val="66"/>
    <w:rsid w:val="000579B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4">
    <w:name w:val="Medium List 2 Accent 4"/>
    <w:basedOn w:val="NormalTablo"/>
    <w:uiPriority w:val="66"/>
    <w:rsid w:val="000579B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5">
    <w:name w:val="Medium List 2 Accent 5"/>
    <w:basedOn w:val="NormalTablo"/>
    <w:uiPriority w:val="66"/>
    <w:rsid w:val="000579B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6">
    <w:name w:val="Medium List 2 Accent 6"/>
    <w:basedOn w:val="NormalTablo"/>
    <w:uiPriority w:val="66"/>
    <w:rsid w:val="000579B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Klavuz1">
    <w:name w:val="Medium Grid 1"/>
    <w:basedOn w:val="NormalTablo"/>
    <w:uiPriority w:val="67"/>
    <w:rsid w:val="000579BF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OrtaKlavuz1-Vurgu1">
    <w:name w:val="Medium Grid 1 Accent 1"/>
    <w:basedOn w:val="NormalTablo"/>
    <w:uiPriority w:val="67"/>
    <w:rsid w:val="000579BF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OrtaKlavuz1-Vurgu2">
    <w:name w:val="Medium Grid 1 Accent 2"/>
    <w:basedOn w:val="NormalTablo"/>
    <w:uiPriority w:val="67"/>
    <w:rsid w:val="000579BF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OrtaKlavuz1-Vurgu3">
    <w:name w:val="Medium Grid 1 Accent 3"/>
    <w:basedOn w:val="NormalTablo"/>
    <w:uiPriority w:val="67"/>
    <w:rsid w:val="000579BF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OrtaKlavuz1-Vurgu4">
    <w:name w:val="Medium Grid 1 Accent 4"/>
    <w:basedOn w:val="NormalTablo"/>
    <w:uiPriority w:val="67"/>
    <w:rsid w:val="000579BF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OrtaKlavuz1-Vurgu5">
    <w:name w:val="Medium Grid 1 Accent 5"/>
    <w:basedOn w:val="NormalTablo"/>
    <w:uiPriority w:val="67"/>
    <w:rsid w:val="000579BF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OrtaKlavuz1-Vurgu6">
    <w:name w:val="Medium Grid 1 Accent 6"/>
    <w:basedOn w:val="NormalTablo"/>
    <w:uiPriority w:val="67"/>
    <w:rsid w:val="000579BF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OrtaKlavuz2">
    <w:name w:val="Medium Grid 2"/>
    <w:basedOn w:val="NormalTablo"/>
    <w:uiPriority w:val="68"/>
    <w:rsid w:val="000579B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1">
    <w:name w:val="Medium Grid 2 Accent 1"/>
    <w:basedOn w:val="NormalTablo"/>
    <w:uiPriority w:val="68"/>
    <w:rsid w:val="000579B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2">
    <w:name w:val="Medium Grid 2 Accent 2"/>
    <w:basedOn w:val="NormalTablo"/>
    <w:uiPriority w:val="68"/>
    <w:rsid w:val="000579B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3">
    <w:name w:val="Medium Grid 2 Accent 3"/>
    <w:basedOn w:val="NormalTablo"/>
    <w:uiPriority w:val="68"/>
    <w:rsid w:val="000579B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4">
    <w:name w:val="Medium Grid 2 Accent 4"/>
    <w:basedOn w:val="NormalTablo"/>
    <w:uiPriority w:val="68"/>
    <w:rsid w:val="000579B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5">
    <w:name w:val="Medium Grid 2 Accent 5"/>
    <w:basedOn w:val="NormalTablo"/>
    <w:uiPriority w:val="68"/>
    <w:rsid w:val="000579B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6">
    <w:name w:val="Medium Grid 2 Accent 6"/>
    <w:basedOn w:val="NormalTablo"/>
    <w:uiPriority w:val="68"/>
    <w:rsid w:val="000579B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3">
    <w:name w:val="Medium Grid 3"/>
    <w:basedOn w:val="NormalTablo"/>
    <w:uiPriority w:val="69"/>
    <w:rsid w:val="000579BF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OrtaKlavuz3-Vurgu1">
    <w:name w:val="Medium Grid 3 Accent 1"/>
    <w:basedOn w:val="NormalTablo"/>
    <w:uiPriority w:val="69"/>
    <w:rsid w:val="000579BF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OrtaKlavuz3-Vurgu2">
    <w:name w:val="Medium Grid 3 Accent 2"/>
    <w:basedOn w:val="NormalTablo"/>
    <w:uiPriority w:val="69"/>
    <w:rsid w:val="000579BF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OrtaKlavuz3-Vurgu3">
    <w:name w:val="Medium Grid 3 Accent 3"/>
    <w:basedOn w:val="NormalTablo"/>
    <w:uiPriority w:val="69"/>
    <w:rsid w:val="000579BF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OrtaKlavuz3-Vurgu4">
    <w:name w:val="Medium Grid 3 Accent 4"/>
    <w:basedOn w:val="NormalTablo"/>
    <w:uiPriority w:val="69"/>
    <w:rsid w:val="000579BF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OrtaKlavuz3-Vurgu5">
    <w:name w:val="Medium Grid 3 Accent 5"/>
    <w:basedOn w:val="NormalTablo"/>
    <w:uiPriority w:val="69"/>
    <w:rsid w:val="000579BF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OrtaKlavuz3-Vurgu6">
    <w:name w:val="Medium Grid 3 Accent 6"/>
    <w:basedOn w:val="NormalTablo"/>
    <w:uiPriority w:val="69"/>
    <w:rsid w:val="000579BF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KoyuListe">
    <w:name w:val="Dark List"/>
    <w:basedOn w:val="NormalTablo"/>
    <w:uiPriority w:val="70"/>
    <w:rsid w:val="000579BF"/>
    <w:pPr>
      <w:spacing w:after="0" w:line="240" w:lineRule="auto"/>
    </w:pPr>
    <w:rPr>
      <w:rFonts w:eastAsiaTheme="minorEastAsia"/>
      <w:color w:val="FFFFFF" w:themeColor="background1"/>
      <w:lang w:val="en-US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KoyuListe-Vurgu1">
    <w:name w:val="Dark List Accent 1"/>
    <w:basedOn w:val="NormalTablo"/>
    <w:uiPriority w:val="70"/>
    <w:rsid w:val="000579BF"/>
    <w:pPr>
      <w:spacing w:after="0" w:line="240" w:lineRule="auto"/>
    </w:pPr>
    <w:rPr>
      <w:rFonts w:eastAsiaTheme="minorEastAsia"/>
      <w:color w:val="FFFFFF" w:themeColor="background1"/>
      <w:lang w:val="en-US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KoyuListe-Vurgu2">
    <w:name w:val="Dark List Accent 2"/>
    <w:basedOn w:val="NormalTablo"/>
    <w:uiPriority w:val="70"/>
    <w:rsid w:val="000579BF"/>
    <w:pPr>
      <w:spacing w:after="0" w:line="240" w:lineRule="auto"/>
    </w:pPr>
    <w:rPr>
      <w:rFonts w:eastAsiaTheme="minorEastAsia"/>
      <w:color w:val="FFFFFF" w:themeColor="background1"/>
      <w:lang w:val="en-US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KoyuListe-Vurgu3">
    <w:name w:val="Dark List Accent 3"/>
    <w:basedOn w:val="NormalTablo"/>
    <w:uiPriority w:val="70"/>
    <w:rsid w:val="000579BF"/>
    <w:pPr>
      <w:spacing w:after="0" w:line="240" w:lineRule="auto"/>
    </w:pPr>
    <w:rPr>
      <w:rFonts w:eastAsiaTheme="minorEastAsia"/>
      <w:color w:val="FFFFFF" w:themeColor="background1"/>
      <w:lang w:val="en-US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KoyuListe-Vurgu4">
    <w:name w:val="Dark List Accent 4"/>
    <w:basedOn w:val="NormalTablo"/>
    <w:uiPriority w:val="70"/>
    <w:rsid w:val="000579BF"/>
    <w:pPr>
      <w:spacing w:after="0" w:line="240" w:lineRule="auto"/>
    </w:pPr>
    <w:rPr>
      <w:rFonts w:eastAsiaTheme="minorEastAsia"/>
      <w:color w:val="FFFFFF" w:themeColor="background1"/>
      <w:lang w:val="en-US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KoyuListe-Vurgu5">
    <w:name w:val="Dark List Accent 5"/>
    <w:basedOn w:val="NormalTablo"/>
    <w:uiPriority w:val="70"/>
    <w:rsid w:val="000579BF"/>
    <w:pPr>
      <w:spacing w:after="0" w:line="240" w:lineRule="auto"/>
    </w:pPr>
    <w:rPr>
      <w:rFonts w:eastAsiaTheme="minorEastAsia"/>
      <w:color w:val="FFFFFF" w:themeColor="background1"/>
      <w:lang w:val="en-US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KoyuListe-Vurgu6">
    <w:name w:val="Dark List Accent 6"/>
    <w:basedOn w:val="NormalTablo"/>
    <w:uiPriority w:val="70"/>
    <w:rsid w:val="000579BF"/>
    <w:pPr>
      <w:spacing w:after="0" w:line="240" w:lineRule="auto"/>
    </w:pPr>
    <w:rPr>
      <w:rFonts w:eastAsiaTheme="minorEastAsia"/>
      <w:color w:val="FFFFFF" w:themeColor="background1"/>
      <w:lang w:val="en-US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RenkliGlgeleme">
    <w:name w:val="Colorful Shading"/>
    <w:basedOn w:val="NormalTablo"/>
    <w:uiPriority w:val="71"/>
    <w:rsid w:val="000579BF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1">
    <w:name w:val="Colorful Shading Accent 1"/>
    <w:basedOn w:val="NormalTablo"/>
    <w:uiPriority w:val="71"/>
    <w:rsid w:val="000579BF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2">
    <w:name w:val="Colorful Shading Accent 2"/>
    <w:basedOn w:val="NormalTablo"/>
    <w:uiPriority w:val="71"/>
    <w:rsid w:val="000579BF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3">
    <w:name w:val="Colorful Shading Accent 3"/>
    <w:basedOn w:val="NormalTablo"/>
    <w:uiPriority w:val="71"/>
    <w:rsid w:val="000579BF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nkliGlgeleme-Vurgu4">
    <w:name w:val="Colorful Shading Accent 4"/>
    <w:basedOn w:val="NormalTablo"/>
    <w:uiPriority w:val="71"/>
    <w:rsid w:val="000579BF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5">
    <w:name w:val="Colorful Shading Accent 5"/>
    <w:basedOn w:val="NormalTablo"/>
    <w:uiPriority w:val="71"/>
    <w:rsid w:val="000579BF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6">
    <w:name w:val="Colorful Shading Accent 6"/>
    <w:basedOn w:val="NormalTablo"/>
    <w:uiPriority w:val="71"/>
    <w:rsid w:val="000579BF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Liste">
    <w:name w:val="Colorful List"/>
    <w:basedOn w:val="NormalTablo"/>
    <w:uiPriority w:val="72"/>
    <w:rsid w:val="000579BF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enkliListe-Vurgu1">
    <w:name w:val="Colorful List Accent 1"/>
    <w:basedOn w:val="NormalTablo"/>
    <w:uiPriority w:val="72"/>
    <w:rsid w:val="000579BF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RenkliListe-Vurgu2">
    <w:name w:val="Colorful List Accent 2"/>
    <w:basedOn w:val="NormalTablo"/>
    <w:uiPriority w:val="72"/>
    <w:rsid w:val="000579BF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RenkliListe-Vurgu3">
    <w:name w:val="Colorful List Accent 3"/>
    <w:basedOn w:val="NormalTablo"/>
    <w:uiPriority w:val="72"/>
    <w:rsid w:val="000579BF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RenkliListe-Vurgu4">
    <w:name w:val="Colorful List Accent 4"/>
    <w:basedOn w:val="NormalTablo"/>
    <w:uiPriority w:val="72"/>
    <w:rsid w:val="000579BF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RenkliListe-Vurgu5">
    <w:name w:val="Colorful List Accent 5"/>
    <w:basedOn w:val="NormalTablo"/>
    <w:uiPriority w:val="72"/>
    <w:rsid w:val="000579BF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RenkliListe-Vurgu6">
    <w:name w:val="Colorful List Accent 6"/>
    <w:basedOn w:val="NormalTablo"/>
    <w:uiPriority w:val="72"/>
    <w:rsid w:val="000579BF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RenkliKlavuz">
    <w:name w:val="Colorful Grid"/>
    <w:basedOn w:val="NormalTablo"/>
    <w:uiPriority w:val="73"/>
    <w:rsid w:val="000579BF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nkliKlavuz-Vurgu1">
    <w:name w:val="Colorful Grid Accent 1"/>
    <w:basedOn w:val="NormalTablo"/>
    <w:uiPriority w:val="73"/>
    <w:rsid w:val="000579BF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nkliKlavuz-Vurgu2">
    <w:name w:val="Colorful Grid Accent 2"/>
    <w:basedOn w:val="NormalTablo"/>
    <w:uiPriority w:val="73"/>
    <w:rsid w:val="000579BF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nkliKlavuz-Vurgu3">
    <w:name w:val="Colorful Grid Accent 3"/>
    <w:basedOn w:val="NormalTablo"/>
    <w:uiPriority w:val="73"/>
    <w:rsid w:val="000579BF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nkliKlavuz-Vurgu4">
    <w:name w:val="Colorful Grid Accent 4"/>
    <w:basedOn w:val="NormalTablo"/>
    <w:uiPriority w:val="73"/>
    <w:rsid w:val="000579BF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nkliKlavuz-Vurgu5">
    <w:name w:val="Colorful Grid Accent 5"/>
    <w:basedOn w:val="NormalTablo"/>
    <w:uiPriority w:val="73"/>
    <w:rsid w:val="000579BF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nkliKlavuz-Vurgu6">
    <w:name w:val="Colorful Grid Accent 6"/>
    <w:basedOn w:val="NormalTablo"/>
    <w:uiPriority w:val="73"/>
    <w:rsid w:val="000579BF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character" w:customStyle="1" w:styleId="whitespace-normal">
    <w:name w:val="whitespace-normal"/>
    <w:basedOn w:val="VarsaylanParagrafYazTipi"/>
    <w:rsid w:val="000579BF"/>
  </w:style>
  <w:style w:type="paragraph" w:styleId="T1">
    <w:name w:val="toc 1"/>
    <w:basedOn w:val="Normal"/>
    <w:next w:val="Normal"/>
    <w:autoRedefine/>
    <w:uiPriority w:val="39"/>
    <w:unhideWhenUsed/>
    <w:rsid w:val="000579BF"/>
    <w:pPr>
      <w:tabs>
        <w:tab w:val="right" w:leader="dot" w:pos="9791"/>
      </w:tabs>
      <w:spacing w:after="0" w:line="240" w:lineRule="auto"/>
    </w:pPr>
    <w:rPr>
      <w:rFonts w:asciiTheme="majorHAnsi" w:eastAsia="Calibri" w:hAnsiTheme="majorHAnsi" w:cstheme="majorHAnsi"/>
      <w:b/>
      <w:bCs/>
      <w:caps/>
      <w:szCs w:val="24"/>
      <w:lang w:val="en-US"/>
    </w:rPr>
  </w:style>
  <w:style w:type="paragraph" w:styleId="T2">
    <w:name w:val="toc 2"/>
    <w:basedOn w:val="Normal"/>
    <w:next w:val="Normal"/>
    <w:autoRedefine/>
    <w:uiPriority w:val="39"/>
    <w:unhideWhenUsed/>
    <w:rsid w:val="000579BF"/>
    <w:pPr>
      <w:spacing w:before="240" w:after="0" w:line="276" w:lineRule="auto"/>
    </w:pPr>
    <w:rPr>
      <w:rFonts w:eastAsia="Calibri"/>
      <w:b/>
      <w:bCs/>
      <w:sz w:val="20"/>
      <w:szCs w:val="20"/>
      <w:lang w:val="en-US"/>
    </w:rPr>
  </w:style>
  <w:style w:type="paragraph" w:styleId="T3">
    <w:name w:val="toc 3"/>
    <w:basedOn w:val="Normal"/>
    <w:next w:val="Normal"/>
    <w:autoRedefine/>
    <w:uiPriority w:val="39"/>
    <w:unhideWhenUsed/>
    <w:rsid w:val="000579BF"/>
    <w:pPr>
      <w:spacing w:after="0" w:line="276" w:lineRule="auto"/>
      <w:ind w:left="220"/>
    </w:pPr>
    <w:rPr>
      <w:rFonts w:eastAsia="Calibri"/>
      <w:sz w:val="20"/>
      <w:szCs w:val="20"/>
      <w:lang w:val="en-US"/>
    </w:rPr>
  </w:style>
  <w:style w:type="paragraph" w:styleId="T4">
    <w:name w:val="toc 4"/>
    <w:basedOn w:val="Normal"/>
    <w:next w:val="Normal"/>
    <w:autoRedefine/>
    <w:uiPriority w:val="39"/>
    <w:unhideWhenUsed/>
    <w:rsid w:val="000579BF"/>
    <w:pPr>
      <w:spacing w:after="0" w:line="276" w:lineRule="auto"/>
      <w:ind w:left="440"/>
    </w:pPr>
    <w:rPr>
      <w:rFonts w:eastAsia="Calibri"/>
      <w:sz w:val="20"/>
      <w:szCs w:val="20"/>
      <w:lang w:val="en-US"/>
    </w:rPr>
  </w:style>
  <w:style w:type="paragraph" w:styleId="T5">
    <w:name w:val="toc 5"/>
    <w:basedOn w:val="Normal"/>
    <w:next w:val="Normal"/>
    <w:autoRedefine/>
    <w:uiPriority w:val="39"/>
    <w:unhideWhenUsed/>
    <w:rsid w:val="000579BF"/>
    <w:pPr>
      <w:spacing w:after="0" w:line="276" w:lineRule="auto"/>
      <w:ind w:left="660"/>
    </w:pPr>
    <w:rPr>
      <w:rFonts w:eastAsia="Calibri"/>
      <w:sz w:val="20"/>
      <w:szCs w:val="20"/>
      <w:lang w:val="en-US"/>
    </w:rPr>
  </w:style>
  <w:style w:type="paragraph" w:styleId="T6">
    <w:name w:val="toc 6"/>
    <w:basedOn w:val="Normal"/>
    <w:next w:val="Normal"/>
    <w:autoRedefine/>
    <w:uiPriority w:val="39"/>
    <w:unhideWhenUsed/>
    <w:rsid w:val="000579BF"/>
    <w:pPr>
      <w:spacing w:after="0" w:line="276" w:lineRule="auto"/>
      <w:ind w:left="880"/>
    </w:pPr>
    <w:rPr>
      <w:rFonts w:eastAsia="Calibri"/>
      <w:sz w:val="20"/>
      <w:szCs w:val="20"/>
      <w:lang w:val="en-US"/>
    </w:rPr>
  </w:style>
  <w:style w:type="paragraph" w:styleId="T7">
    <w:name w:val="toc 7"/>
    <w:basedOn w:val="Normal"/>
    <w:next w:val="Normal"/>
    <w:autoRedefine/>
    <w:uiPriority w:val="39"/>
    <w:unhideWhenUsed/>
    <w:rsid w:val="000579BF"/>
    <w:pPr>
      <w:spacing w:after="0" w:line="276" w:lineRule="auto"/>
      <w:ind w:left="1100"/>
    </w:pPr>
    <w:rPr>
      <w:rFonts w:eastAsia="Calibri"/>
      <w:sz w:val="20"/>
      <w:szCs w:val="20"/>
      <w:lang w:val="en-US"/>
    </w:rPr>
  </w:style>
  <w:style w:type="paragraph" w:styleId="T8">
    <w:name w:val="toc 8"/>
    <w:basedOn w:val="Normal"/>
    <w:next w:val="Normal"/>
    <w:autoRedefine/>
    <w:uiPriority w:val="39"/>
    <w:unhideWhenUsed/>
    <w:rsid w:val="000579BF"/>
    <w:pPr>
      <w:spacing w:after="0" w:line="276" w:lineRule="auto"/>
      <w:ind w:left="1320"/>
    </w:pPr>
    <w:rPr>
      <w:rFonts w:eastAsia="Calibri"/>
      <w:sz w:val="20"/>
      <w:szCs w:val="20"/>
      <w:lang w:val="en-US"/>
    </w:rPr>
  </w:style>
  <w:style w:type="paragraph" w:styleId="T9">
    <w:name w:val="toc 9"/>
    <w:basedOn w:val="Normal"/>
    <w:next w:val="Normal"/>
    <w:autoRedefine/>
    <w:uiPriority w:val="39"/>
    <w:unhideWhenUsed/>
    <w:rsid w:val="000579BF"/>
    <w:pPr>
      <w:spacing w:after="0" w:line="276" w:lineRule="auto"/>
      <w:ind w:left="1540"/>
    </w:pPr>
    <w:rPr>
      <w:rFonts w:eastAsia="Calibri"/>
      <w:sz w:val="20"/>
      <w:szCs w:val="20"/>
      <w:lang w:val="en-US"/>
    </w:rPr>
  </w:style>
  <w:style w:type="character" w:styleId="AklamaBavurusu">
    <w:name w:val="annotation reference"/>
    <w:basedOn w:val="VarsaylanParagrafYazTipi"/>
    <w:uiPriority w:val="99"/>
    <w:semiHidden/>
    <w:unhideWhenUsed/>
    <w:rsid w:val="000579B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0579BF"/>
    <w:pPr>
      <w:spacing w:after="200" w:line="240" w:lineRule="auto"/>
    </w:pPr>
    <w:rPr>
      <w:rFonts w:ascii="Calibri" w:eastAsia="Calibri" w:hAnsi="Calibri"/>
      <w:sz w:val="20"/>
      <w:szCs w:val="20"/>
      <w:lang w:val="en-US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0579BF"/>
    <w:rPr>
      <w:rFonts w:ascii="Calibri" w:eastAsia="Calibri" w:hAnsi="Calibri"/>
      <w:sz w:val="20"/>
      <w:szCs w:val="20"/>
      <w:lang w:val="en-US"/>
    </w:rPr>
  </w:style>
  <w:style w:type="paragraph" w:styleId="Dzeltme">
    <w:name w:val="Revision"/>
    <w:hidden/>
    <w:uiPriority w:val="99"/>
    <w:semiHidden/>
    <w:rsid w:val="000579BF"/>
    <w:pPr>
      <w:spacing w:after="0" w:line="240" w:lineRule="auto"/>
    </w:pPr>
    <w:rPr>
      <w:rFonts w:ascii="Calibri" w:eastAsia="Calibri" w:hAnsi="Calibri"/>
      <w:lang w:val="en-US"/>
    </w:rPr>
  </w:style>
  <w:style w:type="paragraph" w:styleId="NormalWeb">
    <w:name w:val="Normal (Web)"/>
    <w:basedOn w:val="Normal"/>
    <w:uiPriority w:val="99"/>
    <w:unhideWhenUsed/>
    <w:rsid w:val="000579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258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04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2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5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bupload.gazi.edu.tr/upload/672/2026/5/6/580f139f-6cbe-442f-acba-394f8cc7cde1-1ders-icerigi.docx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ebupload.gazi.edu.tr/upload/672/2026/5/6/bd030e08-ef72-4295-bfa9-a9769a4406d1-sunumsablonlari.rar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webupload.gazi.edu.tr/upload/672/2026/5/6/1c2d164a-4c12-4795-99d7-c8238f2512d4-3sorular.docx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ebupload.gazi.edu.tr/upload/672/2026/5/6/5d874c48-087c-4699-a23d-a545d6b42042-2Izlence.docx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7BAE92-C065-460F-B2FB-900CF56BD8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584</Words>
  <Characters>3332</Characters>
  <Application>Microsoft Office Word</Application>
  <DocSecurity>0</DocSecurity>
  <Lines>27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Pc3</dc:creator>
  <cp:keywords/>
  <dc:description/>
  <cp:lastModifiedBy>Gizem Yıldız</cp:lastModifiedBy>
  <cp:revision>12</cp:revision>
  <cp:lastPrinted>2026-04-24T07:23:00Z</cp:lastPrinted>
  <dcterms:created xsi:type="dcterms:W3CDTF">2026-04-16T08:34:00Z</dcterms:created>
  <dcterms:modified xsi:type="dcterms:W3CDTF">2026-05-06T06:27:00Z</dcterms:modified>
</cp:coreProperties>
</file>